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753E7" w14:textId="52A683C9" w:rsidR="00B91334" w:rsidRPr="00655EAC" w:rsidRDefault="00655EAC" w:rsidP="00655EAC">
      <w:pPr>
        <w:ind w:firstLine="0"/>
        <w:jc w:val="center"/>
        <w:rPr>
          <w:lang w:val="ru-RU"/>
        </w:rPr>
      </w:pPr>
      <w:bookmarkStart w:id="0" w:name="_GoBack"/>
      <w:r w:rsidRPr="00655EAC">
        <w:rPr>
          <w:rFonts w:cs="Times New Roman"/>
          <w:b/>
          <w:szCs w:val="28"/>
          <w:lang w:val="ru-RU"/>
        </w:rPr>
        <w:t>ЖК «</w:t>
      </w:r>
      <w:proofErr w:type="spellStart"/>
      <w:r w:rsidRPr="00655EAC">
        <w:rPr>
          <w:rFonts w:cs="Times New Roman"/>
          <w:b/>
          <w:szCs w:val="28"/>
          <w:lang w:val="ru-RU"/>
        </w:rPr>
        <w:t>Сайора</w:t>
      </w:r>
      <w:proofErr w:type="spellEnd"/>
      <w:r w:rsidRPr="00655EAC">
        <w:rPr>
          <w:rFonts w:cs="Times New Roman"/>
          <w:b/>
          <w:szCs w:val="28"/>
          <w:lang w:val="ru-RU"/>
        </w:rPr>
        <w:t xml:space="preserve">» </w:t>
      </w:r>
      <w:proofErr w:type="spellStart"/>
      <w:r w:rsidRPr="00655EAC">
        <w:rPr>
          <w:rFonts w:cs="Times New Roman"/>
          <w:szCs w:val="28"/>
          <w:lang w:val="ru-RU"/>
        </w:rPr>
        <w:t>Балалардын</w:t>
      </w:r>
      <w:proofErr w:type="spellEnd"/>
      <w:r w:rsidRPr="00655EAC">
        <w:rPr>
          <w:rFonts w:cs="Times New Roman"/>
          <w:szCs w:val="28"/>
          <w:lang w:val="ru-RU"/>
        </w:rPr>
        <w:t xml:space="preserve"> </w:t>
      </w:r>
      <w:proofErr w:type="spellStart"/>
      <w:r w:rsidRPr="00655EAC">
        <w:rPr>
          <w:rFonts w:cs="Times New Roman"/>
          <w:szCs w:val="28"/>
          <w:lang w:val="ru-RU"/>
        </w:rPr>
        <w:t>демалыс</w:t>
      </w:r>
      <w:proofErr w:type="spellEnd"/>
      <w:r w:rsidRPr="00655EAC">
        <w:rPr>
          <w:rFonts w:cs="Times New Roman"/>
          <w:szCs w:val="28"/>
          <w:lang w:val="ru-RU"/>
        </w:rPr>
        <w:t xml:space="preserve"> </w:t>
      </w:r>
      <w:proofErr w:type="spellStart"/>
      <w:r w:rsidRPr="00655EAC">
        <w:rPr>
          <w:rFonts w:cs="Times New Roman"/>
          <w:szCs w:val="28"/>
          <w:lang w:val="ru-RU"/>
        </w:rPr>
        <w:t>және</w:t>
      </w:r>
      <w:proofErr w:type="spellEnd"/>
      <w:r w:rsidRPr="00655EAC">
        <w:rPr>
          <w:rFonts w:cs="Times New Roman"/>
          <w:szCs w:val="28"/>
          <w:lang w:val="ru-RU"/>
        </w:rPr>
        <w:t xml:space="preserve"> спорт </w:t>
      </w:r>
      <w:proofErr w:type="spellStart"/>
      <w:r w:rsidRPr="00655EAC">
        <w:rPr>
          <w:rFonts w:cs="Times New Roman"/>
          <w:szCs w:val="28"/>
          <w:lang w:val="ru-RU"/>
        </w:rPr>
        <w:t>орталығы</w:t>
      </w:r>
      <w:proofErr w:type="spellEnd"/>
      <w:r w:rsidRPr="00655EAC">
        <w:rPr>
          <w:rFonts w:cs="Times New Roman"/>
          <w:szCs w:val="28"/>
          <w:lang w:val="ru-RU"/>
        </w:rPr>
        <w:t xml:space="preserve"> </w:t>
      </w:r>
      <w:r w:rsidRPr="00655EAC">
        <w:rPr>
          <w:rFonts w:cs="Times New Roman"/>
          <w:b/>
          <w:szCs w:val="28"/>
          <w:lang w:val="ru-RU"/>
        </w:rPr>
        <w:t>«Строитель»</w:t>
      </w:r>
    </w:p>
    <w:bookmarkEnd w:id="0"/>
    <w:p w14:paraId="2D36899C" w14:textId="36197BDB" w:rsidR="00C67B66" w:rsidRPr="00655EAC" w:rsidRDefault="00C67B66">
      <w:pPr>
        <w:ind w:firstLine="0"/>
        <w:rPr>
          <w:lang w:val="ru-RU"/>
        </w:rPr>
      </w:pPr>
    </w:p>
    <w:p w14:paraId="0AB1402D" w14:textId="4CF7B9FD" w:rsidR="00C67B66" w:rsidRPr="00655EAC" w:rsidRDefault="00C67B66">
      <w:pPr>
        <w:ind w:firstLine="0"/>
        <w:rPr>
          <w:lang w:val="ru-RU"/>
        </w:rPr>
      </w:pPr>
    </w:p>
    <w:p w14:paraId="56A70F3A" w14:textId="6200089F" w:rsidR="00C67B66" w:rsidRPr="00655EAC" w:rsidRDefault="00C67B66">
      <w:pPr>
        <w:ind w:firstLine="0"/>
        <w:rPr>
          <w:lang w:val="ru-RU"/>
        </w:rPr>
      </w:pPr>
    </w:p>
    <w:p w14:paraId="3657B2D3" w14:textId="47AE1E87" w:rsidR="00C67B66" w:rsidRPr="00655EAC" w:rsidRDefault="00C67B66">
      <w:pPr>
        <w:ind w:firstLine="0"/>
        <w:rPr>
          <w:lang w:val="ru-RU"/>
        </w:rPr>
      </w:pPr>
    </w:p>
    <w:p w14:paraId="7DD604EB" w14:textId="1687B072" w:rsidR="00E56216" w:rsidRPr="00655EAC" w:rsidRDefault="00E56216">
      <w:pPr>
        <w:ind w:firstLine="0"/>
        <w:rPr>
          <w:lang w:val="ru-RU"/>
        </w:rPr>
      </w:pPr>
    </w:p>
    <w:p w14:paraId="6E88CFAA" w14:textId="1193AD30" w:rsidR="00E56216" w:rsidRPr="00655EAC" w:rsidRDefault="00E56216">
      <w:pPr>
        <w:ind w:firstLine="0"/>
        <w:rPr>
          <w:lang w:val="ru-RU"/>
        </w:rPr>
      </w:pPr>
    </w:p>
    <w:p w14:paraId="6967CACC" w14:textId="4DDBF56F" w:rsidR="00E56216" w:rsidRPr="00655EAC" w:rsidRDefault="00E56216">
      <w:pPr>
        <w:ind w:firstLine="0"/>
        <w:rPr>
          <w:lang w:val="ru-RU"/>
        </w:rPr>
      </w:pPr>
    </w:p>
    <w:p w14:paraId="0A6390CC" w14:textId="77777777" w:rsidR="00E56216" w:rsidRPr="00655EAC" w:rsidRDefault="00E56216">
      <w:pPr>
        <w:ind w:firstLine="0"/>
        <w:rPr>
          <w:lang w:val="ru-RU"/>
        </w:rPr>
      </w:pPr>
    </w:p>
    <w:p w14:paraId="4EABBAFD" w14:textId="77777777" w:rsidR="00C67B66" w:rsidRPr="00655EAC" w:rsidRDefault="00C67B66">
      <w:pPr>
        <w:ind w:firstLine="0"/>
        <w:rPr>
          <w:lang w:val="ru-RU"/>
        </w:rPr>
      </w:pPr>
    </w:p>
    <w:p w14:paraId="5B8D9792" w14:textId="77777777" w:rsidR="00C67B66" w:rsidRPr="00655EAC" w:rsidRDefault="00C67B66" w:rsidP="00C67B66">
      <w:pPr>
        <w:ind w:firstLine="0"/>
        <w:jc w:val="center"/>
        <w:rPr>
          <w:b/>
          <w:sz w:val="32"/>
          <w:lang w:val="ru-RU"/>
        </w:rPr>
      </w:pPr>
      <w:r w:rsidRPr="00C67B66">
        <w:rPr>
          <w:b/>
          <w:sz w:val="32"/>
          <w:lang w:val="ru-RU"/>
        </w:rPr>
        <w:t>КӘМЕЛЕТКЕ</w:t>
      </w:r>
      <w:r w:rsidRPr="00655EAC">
        <w:rPr>
          <w:b/>
          <w:sz w:val="32"/>
          <w:lang w:val="ru-RU"/>
        </w:rPr>
        <w:t xml:space="preserve"> </w:t>
      </w:r>
      <w:r w:rsidRPr="00C67B66">
        <w:rPr>
          <w:b/>
          <w:sz w:val="32"/>
          <w:lang w:val="ru-RU"/>
        </w:rPr>
        <w:t>ТОЛМАҒАН</w:t>
      </w:r>
      <w:r w:rsidRPr="00655EAC">
        <w:rPr>
          <w:b/>
          <w:sz w:val="32"/>
          <w:lang w:val="ru-RU"/>
        </w:rPr>
        <w:t xml:space="preserve"> </w:t>
      </w:r>
      <w:r w:rsidRPr="00C67B66">
        <w:rPr>
          <w:b/>
          <w:sz w:val="32"/>
          <w:lang w:val="ru-RU"/>
        </w:rPr>
        <w:t>БАЛАЛАРҒА</w:t>
      </w:r>
      <w:r w:rsidRPr="00655EAC">
        <w:rPr>
          <w:b/>
          <w:sz w:val="32"/>
          <w:lang w:val="ru-RU"/>
        </w:rPr>
        <w:t xml:space="preserve"> </w:t>
      </w:r>
      <w:r w:rsidRPr="00C67B66">
        <w:rPr>
          <w:b/>
          <w:sz w:val="32"/>
          <w:lang w:val="ru-RU"/>
        </w:rPr>
        <w:t>АРНАЛҒАН</w:t>
      </w:r>
    </w:p>
    <w:p w14:paraId="0E352F75" w14:textId="61FCB0DA" w:rsidR="00B91334" w:rsidRPr="00655EAC" w:rsidRDefault="00C67B66" w:rsidP="00C67B66">
      <w:pPr>
        <w:ind w:firstLine="0"/>
        <w:jc w:val="center"/>
        <w:rPr>
          <w:lang w:val="ru-RU"/>
        </w:rPr>
      </w:pPr>
      <w:r w:rsidRPr="00655EAC">
        <w:rPr>
          <w:b/>
          <w:sz w:val="32"/>
          <w:lang w:val="ru-RU"/>
        </w:rPr>
        <w:t>«</w:t>
      </w:r>
      <w:r w:rsidRPr="00C67B66">
        <w:rPr>
          <w:b/>
          <w:sz w:val="32"/>
          <w:lang w:val="ru-RU"/>
        </w:rPr>
        <w:t>ДАЛА</w:t>
      </w:r>
      <w:r w:rsidRPr="00655EAC">
        <w:rPr>
          <w:b/>
          <w:sz w:val="32"/>
          <w:lang w:val="ru-RU"/>
        </w:rPr>
        <w:t xml:space="preserve"> </w:t>
      </w:r>
      <w:r w:rsidRPr="00C67B66">
        <w:rPr>
          <w:b/>
          <w:sz w:val="32"/>
          <w:lang w:val="ru-RU"/>
        </w:rPr>
        <w:t>МАРШРУТТАРЫ</w:t>
      </w:r>
      <w:r w:rsidRPr="00655EAC">
        <w:rPr>
          <w:b/>
          <w:sz w:val="32"/>
          <w:lang w:val="ru-RU"/>
        </w:rPr>
        <w:t xml:space="preserve">» </w:t>
      </w:r>
      <w:r w:rsidRPr="00C67B66">
        <w:rPr>
          <w:b/>
          <w:sz w:val="32"/>
          <w:lang w:val="ru-RU"/>
        </w:rPr>
        <w:t>БІЛІМ</w:t>
      </w:r>
      <w:r w:rsidRPr="00655EAC">
        <w:rPr>
          <w:b/>
          <w:sz w:val="32"/>
          <w:lang w:val="ru-RU"/>
        </w:rPr>
        <w:t xml:space="preserve"> </w:t>
      </w:r>
      <w:r w:rsidRPr="00C67B66">
        <w:rPr>
          <w:b/>
          <w:sz w:val="32"/>
          <w:lang w:val="ru-RU"/>
        </w:rPr>
        <w:t>БЕРУ</w:t>
      </w:r>
      <w:r w:rsidRPr="00655EAC">
        <w:rPr>
          <w:b/>
          <w:sz w:val="32"/>
          <w:lang w:val="ru-RU"/>
        </w:rPr>
        <w:t xml:space="preserve"> </w:t>
      </w:r>
      <w:r w:rsidRPr="00C67B66">
        <w:rPr>
          <w:b/>
          <w:sz w:val="32"/>
          <w:lang w:val="ru-RU"/>
        </w:rPr>
        <w:t>ЖӘНЕ</w:t>
      </w:r>
      <w:r w:rsidRPr="00655EAC">
        <w:rPr>
          <w:b/>
          <w:sz w:val="32"/>
          <w:lang w:val="ru-RU"/>
        </w:rPr>
        <w:t xml:space="preserve"> </w:t>
      </w:r>
      <w:r w:rsidRPr="00C67B66">
        <w:rPr>
          <w:b/>
          <w:sz w:val="32"/>
          <w:lang w:val="ru-RU"/>
        </w:rPr>
        <w:t>САУЫҚТЫРУ</w:t>
      </w:r>
      <w:r w:rsidRPr="00655EAC">
        <w:rPr>
          <w:b/>
          <w:sz w:val="32"/>
          <w:lang w:val="ru-RU"/>
        </w:rPr>
        <w:t xml:space="preserve"> </w:t>
      </w:r>
      <w:r w:rsidRPr="00C67B66">
        <w:rPr>
          <w:b/>
          <w:sz w:val="32"/>
          <w:lang w:val="ru-RU"/>
        </w:rPr>
        <w:t>БАҒДАРЛАМАСЫ</w:t>
      </w:r>
      <w:r w:rsidRPr="00655EAC">
        <w:rPr>
          <w:b/>
          <w:sz w:val="32"/>
          <w:lang w:val="ru-RU"/>
        </w:rPr>
        <w:t xml:space="preserve"> (</w:t>
      </w:r>
      <w:r w:rsidRPr="00C67B66">
        <w:rPr>
          <w:b/>
          <w:sz w:val="32"/>
          <w:lang w:val="ru-RU"/>
        </w:rPr>
        <w:t>СПОРТТЫҚ</w:t>
      </w:r>
      <w:r w:rsidRPr="00655EAC">
        <w:rPr>
          <w:b/>
          <w:sz w:val="32"/>
          <w:lang w:val="ru-RU"/>
        </w:rPr>
        <w:t>-</w:t>
      </w:r>
      <w:r w:rsidRPr="00C67B66">
        <w:rPr>
          <w:b/>
          <w:sz w:val="32"/>
          <w:lang w:val="ru-RU"/>
        </w:rPr>
        <w:t>ТУРИСТІК</w:t>
      </w:r>
      <w:r w:rsidRPr="00655EAC">
        <w:rPr>
          <w:b/>
          <w:sz w:val="32"/>
          <w:lang w:val="ru-RU"/>
        </w:rPr>
        <w:t xml:space="preserve"> </w:t>
      </w:r>
      <w:r w:rsidRPr="00C67B66">
        <w:rPr>
          <w:b/>
          <w:sz w:val="32"/>
          <w:lang w:val="ru-RU"/>
        </w:rPr>
        <w:t>ЛАГЕРЬ</w:t>
      </w:r>
      <w:r w:rsidRPr="00655EAC">
        <w:rPr>
          <w:b/>
          <w:sz w:val="32"/>
          <w:lang w:val="ru-RU"/>
        </w:rPr>
        <w:t>)</w:t>
      </w:r>
    </w:p>
    <w:p w14:paraId="296A6130" w14:textId="77777777" w:rsidR="00B91334" w:rsidRPr="00655EAC" w:rsidRDefault="00B91334">
      <w:pPr>
        <w:ind w:firstLine="0"/>
        <w:rPr>
          <w:lang w:val="ru-RU"/>
        </w:rPr>
      </w:pPr>
    </w:p>
    <w:p w14:paraId="711F456D" w14:textId="77777777" w:rsidR="00B91334" w:rsidRPr="00655EAC" w:rsidRDefault="00B91334">
      <w:pPr>
        <w:ind w:firstLine="0"/>
        <w:rPr>
          <w:lang w:val="ru-RU"/>
        </w:rPr>
      </w:pPr>
    </w:p>
    <w:p w14:paraId="15C5CEAB" w14:textId="77777777" w:rsidR="00E56216" w:rsidRPr="00655EAC" w:rsidRDefault="00E56216" w:rsidP="00751E5B">
      <w:pPr>
        <w:pStyle w:val="1"/>
      </w:pPr>
    </w:p>
    <w:p w14:paraId="4A688A6F" w14:textId="77777777" w:rsidR="00C67B66" w:rsidRPr="00655EAC" w:rsidRDefault="00C67B66" w:rsidP="00751E5B">
      <w:pPr>
        <w:pStyle w:val="1"/>
      </w:pPr>
    </w:p>
    <w:p w14:paraId="6632D6E6" w14:textId="77777777" w:rsidR="00C67B66" w:rsidRPr="00655EAC" w:rsidRDefault="00C67B66" w:rsidP="00751E5B">
      <w:pPr>
        <w:pStyle w:val="1"/>
      </w:pPr>
    </w:p>
    <w:p w14:paraId="76F74546" w14:textId="77777777" w:rsidR="00C67B66" w:rsidRPr="00655EAC" w:rsidRDefault="00C67B66" w:rsidP="00751E5B">
      <w:pPr>
        <w:pStyle w:val="1"/>
      </w:pPr>
    </w:p>
    <w:p w14:paraId="60DE882F" w14:textId="77777777" w:rsidR="00C67B66" w:rsidRPr="00655EAC" w:rsidRDefault="00C67B66" w:rsidP="00751E5B">
      <w:pPr>
        <w:pStyle w:val="1"/>
      </w:pPr>
    </w:p>
    <w:p w14:paraId="3A8CEEB3" w14:textId="77777777" w:rsidR="00C67B66" w:rsidRPr="00655EAC" w:rsidRDefault="00C67B66" w:rsidP="00751E5B">
      <w:pPr>
        <w:pStyle w:val="1"/>
      </w:pPr>
    </w:p>
    <w:p w14:paraId="7342C765" w14:textId="77777777" w:rsidR="00C67B66" w:rsidRPr="00655EAC" w:rsidRDefault="00C67B66" w:rsidP="00751E5B">
      <w:pPr>
        <w:pStyle w:val="1"/>
      </w:pPr>
    </w:p>
    <w:p w14:paraId="645CF813" w14:textId="77777777" w:rsidR="00C67B66" w:rsidRPr="00655EAC" w:rsidRDefault="00C67B66" w:rsidP="00751E5B">
      <w:pPr>
        <w:pStyle w:val="1"/>
      </w:pPr>
    </w:p>
    <w:p w14:paraId="402E20DB" w14:textId="77777777" w:rsidR="00C67B66" w:rsidRPr="00655EAC" w:rsidRDefault="00C67B66" w:rsidP="00751E5B">
      <w:pPr>
        <w:pStyle w:val="1"/>
      </w:pPr>
    </w:p>
    <w:p w14:paraId="1176D60D" w14:textId="376192D8" w:rsidR="00C67B66" w:rsidRPr="00655EAC" w:rsidRDefault="00C67B66" w:rsidP="00751E5B">
      <w:pPr>
        <w:pStyle w:val="1"/>
      </w:pPr>
    </w:p>
    <w:p w14:paraId="354B399E" w14:textId="21EE3160" w:rsidR="00E56216" w:rsidRPr="00655EAC" w:rsidRDefault="00E56216" w:rsidP="00E56216">
      <w:pPr>
        <w:rPr>
          <w:lang w:val="ru-RU"/>
        </w:rPr>
      </w:pPr>
    </w:p>
    <w:p w14:paraId="49E8F495" w14:textId="08FBE7A0" w:rsidR="00E56216" w:rsidRPr="00655EAC" w:rsidRDefault="00E56216" w:rsidP="00E56216">
      <w:pPr>
        <w:rPr>
          <w:lang w:val="ru-RU"/>
        </w:rPr>
      </w:pPr>
    </w:p>
    <w:p w14:paraId="42F1A364" w14:textId="4B160AFE" w:rsidR="00E56216" w:rsidRPr="00655EAC" w:rsidRDefault="00E56216" w:rsidP="00E56216">
      <w:pPr>
        <w:rPr>
          <w:lang w:val="ru-RU"/>
        </w:rPr>
      </w:pPr>
    </w:p>
    <w:p w14:paraId="27B0A00C" w14:textId="77777777" w:rsidR="00E56216" w:rsidRPr="00655EAC" w:rsidRDefault="00E56216" w:rsidP="00E56216">
      <w:pPr>
        <w:rPr>
          <w:lang w:val="ru-RU"/>
        </w:rPr>
      </w:pPr>
    </w:p>
    <w:p w14:paraId="44F8432E" w14:textId="69CD3207" w:rsidR="00E56216" w:rsidRPr="00984A70" w:rsidRDefault="00E56216" w:rsidP="00E56216">
      <w:pPr>
        <w:ind w:firstLine="0"/>
        <w:rPr>
          <w:rFonts w:cs="Times New Roman"/>
          <w:b/>
          <w:szCs w:val="28"/>
          <w:lang w:val="ru-RU"/>
        </w:rPr>
      </w:pPr>
      <w:proofErr w:type="spellStart"/>
      <w:r w:rsidRPr="00984A70">
        <w:rPr>
          <w:rFonts w:cs="Times New Roman"/>
          <w:szCs w:val="28"/>
          <w:lang w:val="ru-RU"/>
        </w:rPr>
        <w:t>Ұйымның</w:t>
      </w:r>
      <w:proofErr w:type="spellEnd"/>
      <w:r w:rsidRPr="00984A70">
        <w:rPr>
          <w:rFonts w:cs="Times New Roman"/>
          <w:szCs w:val="28"/>
          <w:lang w:val="ru-RU"/>
        </w:rPr>
        <w:t xml:space="preserve"> </w:t>
      </w:r>
      <w:proofErr w:type="spellStart"/>
      <w:r w:rsidRPr="00984A70">
        <w:rPr>
          <w:rFonts w:cs="Times New Roman"/>
          <w:szCs w:val="28"/>
          <w:lang w:val="ru-RU"/>
        </w:rPr>
        <w:t>толық</w:t>
      </w:r>
      <w:proofErr w:type="spellEnd"/>
      <w:r w:rsidRPr="00984A70">
        <w:rPr>
          <w:rFonts w:cs="Times New Roman"/>
          <w:szCs w:val="28"/>
          <w:lang w:val="ru-RU"/>
        </w:rPr>
        <w:t xml:space="preserve"> </w:t>
      </w:r>
      <w:proofErr w:type="spellStart"/>
      <w:r w:rsidRPr="00984A70">
        <w:rPr>
          <w:rFonts w:cs="Times New Roman"/>
          <w:szCs w:val="28"/>
          <w:lang w:val="ru-RU"/>
        </w:rPr>
        <w:t>атауы</w:t>
      </w:r>
      <w:proofErr w:type="spellEnd"/>
      <w:r w:rsidRPr="00984A70">
        <w:rPr>
          <w:rFonts w:cs="Times New Roman"/>
          <w:szCs w:val="28"/>
          <w:lang w:val="ru-RU"/>
        </w:rPr>
        <w:t xml:space="preserve">: </w:t>
      </w:r>
      <w:r w:rsidR="00865B21" w:rsidRPr="005C5F55">
        <w:rPr>
          <w:rFonts w:cs="Times New Roman"/>
          <w:b/>
          <w:szCs w:val="28"/>
          <w:u w:val="single"/>
          <w:lang w:val="ru-RU"/>
        </w:rPr>
        <w:t>ЖК</w:t>
      </w:r>
      <w:r w:rsidR="00865B21" w:rsidRPr="00984A70">
        <w:rPr>
          <w:rFonts w:cs="Times New Roman"/>
          <w:b/>
          <w:szCs w:val="28"/>
          <w:u w:val="single"/>
          <w:lang w:val="ru-RU"/>
        </w:rPr>
        <w:t xml:space="preserve"> «</w:t>
      </w:r>
      <w:proofErr w:type="spellStart"/>
      <w:r w:rsidR="00865B21" w:rsidRPr="005C5F55">
        <w:rPr>
          <w:rFonts w:cs="Times New Roman"/>
          <w:b/>
          <w:szCs w:val="28"/>
          <w:u w:val="single"/>
          <w:lang w:val="ru-RU"/>
        </w:rPr>
        <w:t>Сайора</w:t>
      </w:r>
      <w:proofErr w:type="spellEnd"/>
      <w:r w:rsidR="00865B21" w:rsidRPr="00984A70">
        <w:rPr>
          <w:rFonts w:cs="Times New Roman"/>
          <w:b/>
          <w:szCs w:val="28"/>
          <w:u w:val="single"/>
          <w:lang w:val="ru-RU"/>
        </w:rPr>
        <w:t xml:space="preserve">» </w:t>
      </w:r>
      <w:proofErr w:type="spellStart"/>
      <w:r w:rsidR="005C5F55" w:rsidRPr="005C5F55">
        <w:rPr>
          <w:rFonts w:cs="Times New Roman"/>
          <w:szCs w:val="28"/>
          <w:u w:val="single"/>
          <w:lang w:val="ru-RU"/>
        </w:rPr>
        <w:t>Балалар</w:t>
      </w:r>
      <w:r w:rsidR="005C5F55">
        <w:rPr>
          <w:rFonts w:cs="Times New Roman"/>
          <w:szCs w:val="28"/>
          <w:u w:val="single"/>
          <w:lang w:val="ru-RU"/>
        </w:rPr>
        <w:t>дын</w:t>
      </w:r>
      <w:proofErr w:type="spellEnd"/>
      <w:r w:rsidR="005C5F55" w:rsidRPr="00984A70">
        <w:rPr>
          <w:rFonts w:cs="Times New Roman"/>
          <w:szCs w:val="28"/>
          <w:u w:val="single"/>
          <w:lang w:val="ru-RU"/>
        </w:rPr>
        <w:t xml:space="preserve"> </w:t>
      </w:r>
      <w:proofErr w:type="spellStart"/>
      <w:r w:rsidR="005C5F55" w:rsidRPr="005C5F55">
        <w:rPr>
          <w:rFonts w:cs="Times New Roman"/>
          <w:szCs w:val="28"/>
          <w:u w:val="single"/>
          <w:lang w:val="ru-RU"/>
        </w:rPr>
        <w:t>демалыс</w:t>
      </w:r>
      <w:proofErr w:type="spellEnd"/>
      <w:r w:rsidR="005C5F55" w:rsidRPr="00984A70">
        <w:rPr>
          <w:rFonts w:cs="Times New Roman"/>
          <w:szCs w:val="28"/>
          <w:u w:val="single"/>
          <w:lang w:val="ru-RU"/>
        </w:rPr>
        <w:t xml:space="preserve"> </w:t>
      </w:r>
      <w:proofErr w:type="spellStart"/>
      <w:r w:rsidR="005C5F55" w:rsidRPr="005C5F55">
        <w:rPr>
          <w:rFonts w:cs="Times New Roman"/>
          <w:szCs w:val="28"/>
          <w:u w:val="single"/>
          <w:lang w:val="ru-RU"/>
        </w:rPr>
        <w:t>және</w:t>
      </w:r>
      <w:proofErr w:type="spellEnd"/>
      <w:r w:rsidR="005C5F55" w:rsidRPr="00984A70">
        <w:rPr>
          <w:rFonts w:cs="Times New Roman"/>
          <w:szCs w:val="28"/>
          <w:u w:val="single"/>
          <w:lang w:val="ru-RU"/>
        </w:rPr>
        <w:t xml:space="preserve"> </w:t>
      </w:r>
      <w:r w:rsidR="005C5F55" w:rsidRPr="005C5F55">
        <w:rPr>
          <w:rFonts w:cs="Times New Roman"/>
          <w:szCs w:val="28"/>
          <w:u w:val="single"/>
          <w:lang w:val="ru-RU"/>
        </w:rPr>
        <w:t>спорт</w:t>
      </w:r>
      <w:r w:rsidR="005C5F55" w:rsidRPr="00984A70">
        <w:rPr>
          <w:rFonts w:cs="Times New Roman"/>
          <w:szCs w:val="28"/>
          <w:u w:val="single"/>
          <w:lang w:val="ru-RU"/>
        </w:rPr>
        <w:t xml:space="preserve"> </w:t>
      </w:r>
      <w:proofErr w:type="spellStart"/>
      <w:r w:rsidR="005C5F55" w:rsidRPr="005C5F55">
        <w:rPr>
          <w:rFonts w:cs="Times New Roman"/>
          <w:szCs w:val="28"/>
          <w:u w:val="single"/>
          <w:lang w:val="ru-RU"/>
        </w:rPr>
        <w:t>орталығы</w:t>
      </w:r>
      <w:proofErr w:type="spellEnd"/>
      <w:r w:rsidR="00865B21" w:rsidRPr="00984A70">
        <w:rPr>
          <w:rFonts w:cs="Times New Roman"/>
          <w:szCs w:val="28"/>
          <w:u w:val="single"/>
          <w:lang w:val="ru-RU"/>
        </w:rPr>
        <w:t xml:space="preserve"> </w:t>
      </w:r>
      <w:r w:rsidR="00984A70" w:rsidRPr="00984A70">
        <w:rPr>
          <w:rFonts w:cs="Times New Roman"/>
          <w:b/>
          <w:szCs w:val="28"/>
          <w:u w:val="single"/>
          <w:lang w:val="ru-RU"/>
        </w:rPr>
        <w:t>«</w:t>
      </w:r>
      <w:r w:rsidR="00984A70">
        <w:rPr>
          <w:rFonts w:cs="Times New Roman"/>
          <w:b/>
          <w:szCs w:val="28"/>
          <w:u w:val="single"/>
          <w:lang w:val="ru-RU"/>
        </w:rPr>
        <w:t>Строите</w:t>
      </w:r>
      <w:r w:rsidR="00865B21" w:rsidRPr="005C5F55">
        <w:rPr>
          <w:rFonts w:cs="Times New Roman"/>
          <w:b/>
          <w:szCs w:val="28"/>
          <w:u w:val="single"/>
          <w:lang w:val="ru-RU"/>
        </w:rPr>
        <w:t>ль</w:t>
      </w:r>
      <w:r w:rsidR="00865B21" w:rsidRPr="00984A70">
        <w:rPr>
          <w:rFonts w:cs="Times New Roman"/>
          <w:b/>
          <w:szCs w:val="28"/>
          <w:u w:val="single"/>
          <w:lang w:val="ru-RU"/>
        </w:rPr>
        <w:t>»</w:t>
      </w:r>
    </w:p>
    <w:p w14:paraId="03361A0D" w14:textId="77777777" w:rsidR="00E56216" w:rsidRPr="00E56216" w:rsidRDefault="00E56216" w:rsidP="00E56216">
      <w:pPr>
        <w:ind w:firstLine="0"/>
        <w:rPr>
          <w:rFonts w:cs="Times New Roman"/>
          <w:szCs w:val="28"/>
        </w:rPr>
      </w:pPr>
      <w:proofErr w:type="spellStart"/>
      <w:r w:rsidRPr="00E56216">
        <w:rPr>
          <w:rFonts w:cs="Times New Roman"/>
          <w:szCs w:val="28"/>
        </w:rPr>
        <w:t>Әзірленген</w:t>
      </w:r>
      <w:proofErr w:type="spellEnd"/>
      <w:r w:rsidRPr="00E56216">
        <w:rPr>
          <w:rFonts w:cs="Times New Roman"/>
          <w:szCs w:val="28"/>
        </w:rPr>
        <w:t xml:space="preserve"> </w:t>
      </w:r>
      <w:proofErr w:type="spellStart"/>
      <w:r w:rsidRPr="00E56216">
        <w:rPr>
          <w:rFonts w:cs="Times New Roman"/>
          <w:szCs w:val="28"/>
        </w:rPr>
        <w:t>жылы</w:t>
      </w:r>
      <w:proofErr w:type="spellEnd"/>
      <w:r w:rsidRPr="00E56216">
        <w:rPr>
          <w:rFonts w:cs="Times New Roman"/>
          <w:szCs w:val="28"/>
        </w:rPr>
        <w:t xml:space="preserve">: 2026 </w:t>
      </w:r>
      <w:proofErr w:type="spellStart"/>
      <w:r w:rsidRPr="00E56216">
        <w:rPr>
          <w:rFonts w:cs="Times New Roman"/>
          <w:szCs w:val="28"/>
        </w:rPr>
        <w:t>жыл</w:t>
      </w:r>
      <w:proofErr w:type="spellEnd"/>
    </w:p>
    <w:p w14:paraId="64DC6DEC" w14:textId="14A21C82" w:rsidR="00C67B66" w:rsidRPr="00525B0B" w:rsidRDefault="00C67B66" w:rsidP="00751E5B">
      <w:pPr>
        <w:pStyle w:val="1"/>
        <w:rPr>
          <w:lang w:val="en-US"/>
        </w:rPr>
      </w:pPr>
    </w:p>
    <w:p w14:paraId="2A2C7587" w14:textId="06A58EC5" w:rsidR="00DE3200" w:rsidRPr="00525B0B" w:rsidRDefault="00DE3200" w:rsidP="00DE3200"/>
    <w:p w14:paraId="1862BD10" w14:textId="06A58EC5" w:rsidR="00DE3200" w:rsidRPr="00525B0B" w:rsidRDefault="00DE3200" w:rsidP="00DE3200"/>
    <w:p w14:paraId="0089BAB0" w14:textId="77777777" w:rsidR="00C67B66" w:rsidRPr="00525B0B" w:rsidRDefault="00C67B66" w:rsidP="00C67B66"/>
    <w:p w14:paraId="4D9B25E5" w14:textId="09D3E501" w:rsidR="00B91334" w:rsidRPr="00751E5B" w:rsidRDefault="00C67B66" w:rsidP="00751E5B">
      <w:pPr>
        <w:pStyle w:val="1"/>
      </w:pPr>
      <w:r w:rsidRPr="00751E5B">
        <w:t>МАЗМҰНЫ</w:t>
      </w:r>
    </w:p>
    <w:p w14:paraId="21050885" w14:textId="77777777" w:rsidR="00C67B66" w:rsidRPr="00C67B66" w:rsidRDefault="00C67B66" w:rsidP="00C67B66">
      <w:pPr>
        <w:rPr>
          <w:lang w:val="ru-RU"/>
        </w:rPr>
      </w:pPr>
    </w:p>
    <w:tbl>
      <w:tblPr>
        <w:tblStyle w:val="aff0"/>
        <w:tblW w:w="0" w:type="auto"/>
        <w:jc w:val="center"/>
        <w:tblLook w:val="04A0" w:firstRow="1" w:lastRow="0" w:firstColumn="1" w:lastColumn="0" w:noHBand="0" w:noVBand="1"/>
      </w:tblPr>
      <w:tblGrid>
        <w:gridCol w:w="567"/>
        <w:gridCol w:w="7370"/>
        <w:gridCol w:w="1701"/>
      </w:tblGrid>
      <w:tr w:rsidR="00C67B66" w:rsidRPr="00C67B66" w14:paraId="35857B9C" w14:textId="77777777">
        <w:trPr>
          <w:tblHeader/>
          <w:jc w:val="center"/>
        </w:trPr>
        <w:tc>
          <w:tcPr>
            <w:tcW w:w="567" w:type="dxa"/>
            <w:shd w:val="clear" w:color="auto" w:fill="D9EAD3"/>
          </w:tcPr>
          <w:p w14:paraId="54099D74" w14:textId="77777777" w:rsidR="00C67B66" w:rsidRPr="00C67B66" w:rsidRDefault="00C67B66" w:rsidP="00C67B66">
            <w:pPr>
              <w:ind w:firstLine="0"/>
              <w:rPr>
                <w:szCs w:val="28"/>
              </w:rPr>
            </w:pPr>
            <w:r w:rsidRPr="00C67B66">
              <w:rPr>
                <w:b/>
                <w:szCs w:val="28"/>
              </w:rPr>
              <w:t>№</w:t>
            </w:r>
          </w:p>
        </w:tc>
        <w:tc>
          <w:tcPr>
            <w:tcW w:w="7370" w:type="dxa"/>
            <w:shd w:val="clear" w:color="auto" w:fill="D9EAD3"/>
          </w:tcPr>
          <w:p w14:paraId="0FEA4E20" w14:textId="24DA9655" w:rsidR="00C67B66" w:rsidRPr="00E56216" w:rsidRDefault="00C67B66" w:rsidP="00C67B66">
            <w:pPr>
              <w:ind w:firstLine="0"/>
              <w:rPr>
                <w:b/>
                <w:bCs/>
                <w:szCs w:val="28"/>
              </w:rPr>
            </w:pPr>
            <w:proofErr w:type="spellStart"/>
            <w:r w:rsidRPr="00E56216">
              <w:rPr>
                <w:b/>
                <w:bCs/>
                <w:szCs w:val="28"/>
              </w:rPr>
              <w:t>Бөлім</w:t>
            </w:r>
            <w:proofErr w:type="spellEnd"/>
            <w:r w:rsidRPr="00E56216">
              <w:rPr>
                <w:b/>
                <w:bCs/>
                <w:szCs w:val="28"/>
              </w:rPr>
              <w:t xml:space="preserve"> </w:t>
            </w:r>
          </w:p>
        </w:tc>
        <w:tc>
          <w:tcPr>
            <w:tcW w:w="1701" w:type="dxa"/>
            <w:shd w:val="clear" w:color="auto" w:fill="D9EAD3"/>
          </w:tcPr>
          <w:p w14:paraId="2AC3D314" w14:textId="660FEF61" w:rsidR="00C67B66" w:rsidRPr="00C67B66" w:rsidRDefault="00C67B66" w:rsidP="00C67B66">
            <w:pPr>
              <w:ind w:firstLine="0"/>
              <w:jc w:val="center"/>
              <w:rPr>
                <w:szCs w:val="28"/>
                <w:lang w:val="kk-KZ"/>
              </w:rPr>
            </w:pPr>
            <w:r w:rsidRPr="00C67B66">
              <w:rPr>
                <w:b/>
                <w:szCs w:val="28"/>
                <w:lang w:val="kk-KZ"/>
              </w:rPr>
              <w:t>Бет</w:t>
            </w:r>
          </w:p>
        </w:tc>
      </w:tr>
      <w:tr w:rsidR="00C67B66" w:rsidRPr="00C67B66" w14:paraId="140A479B" w14:textId="77777777">
        <w:trPr>
          <w:jc w:val="center"/>
        </w:trPr>
        <w:tc>
          <w:tcPr>
            <w:tcW w:w="567" w:type="dxa"/>
          </w:tcPr>
          <w:p w14:paraId="5CE3E53D" w14:textId="77777777" w:rsidR="00C67B66" w:rsidRPr="00C67B66" w:rsidRDefault="00C67B66" w:rsidP="00C67B66">
            <w:pPr>
              <w:ind w:firstLine="0"/>
              <w:rPr>
                <w:szCs w:val="28"/>
              </w:rPr>
            </w:pPr>
            <w:r w:rsidRPr="00C67B66">
              <w:rPr>
                <w:szCs w:val="28"/>
              </w:rPr>
              <w:t>1</w:t>
            </w:r>
          </w:p>
        </w:tc>
        <w:tc>
          <w:tcPr>
            <w:tcW w:w="7370" w:type="dxa"/>
          </w:tcPr>
          <w:p w14:paraId="2DDE3FA2" w14:textId="7974AFC1" w:rsidR="00C67B66" w:rsidRPr="00C67B66" w:rsidRDefault="00C67B66" w:rsidP="00C67B66">
            <w:pPr>
              <w:ind w:firstLine="0"/>
              <w:rPr>
                <w:szCs w:val="28"/>
              </w:rPr>
            </w:pPr>
            <w:proofErr w:type="spellStart"/>
            <w:r w:rsidRPr="00C67B66">
              <w:rPr>
                <w:szCs w:val="28"/>
              </w:rPr>
              <w:t>Жалпы</w:t>
            </w:r>
            <w:proofErr w:type="spellEnd"/>
            <w:r w:rsidRPr="00C67B66">
              <w:rPr>
                <w:szCs w:val="28"/>
              </w:rPr>
              <w:t xml:space="preserve"> </w:t>
            </w:r>
            <w:proofErr w:type="spellStart"/>
            <w:r w:rsidRPr="00C67B66">
              <w:rPr>
                <w:szCs w:val="28"/>
              </w:rPr>
              <w:t>ережелер</w:t>
            </w:r>
            <w:proofErr w:type="spellEnd"/>
            <w:r w:rsidRPr="00C67B66">
              <w:rPr>
                <w:szCs w:val="28"/>
              </w:rPr>
              <w:t xml:space="preserve"> </w:t>
            </w:r>
          </w:p>
        </w:tc>
        <w:tc>
          <w:tcPr>
            <w:tcW w:w="1701" w:type="dxa"/>
          </w:tcPr>
          <w:p w14:paraId="423C07F6" w14:textId="5BC32554" w:rsidR="00C67B66" w:rsidRPr="007B6B0B" w:rsidRDefault="007B6B0B" w:rsidP="007B6B0B">
            <w:pPr>
              <w:ind w:firstLine="0"/>
              <w:jc w:val="center"/>
              <w:rPr>
                <w:szCs w:val="28"/>
                <w:lang w:val="kk-KZ"/>
              </w:rPr>
            </w:pPr>
            <w:r>
              <w:rPr>
                <w:szCs w:val="28"/>
                <w:lang w:val="kk-KZ"/>
              </w:rPr>
              <w:t>3</w:t>
            </w:r>
          </w:p>
        </w:tc>
      </w:tr>
      <w:tr w:rsidR="00C67B66" w:rsidRPr="00C67B66" w14:paraId="53B44189" w14:textId="77777777">
        <w:trPr>
          <w:jc w:val="center"/>
        </w:trPr>
        <w:tc>
          <w:tcPr>
            <w:tcW w:w="567" w:type="dxa"/>
          </w:tcPr>
          <w:p w14:paraId="6969B39D" w14:textId="77777777" w:rsidR="00C67B66" w:rsidRPr="00C67B66" w:rsidRDefault="00C67B66" w:rsidP="00C67B66">
            <w:pPr>
              <w:ind w:firstLine="0"/>
              <w:rPr>
                <w:szCs w:val="28"/>
              </w:rPr>
            </w:pPr>
            <w:r w:rsidRPr="00C67B66">
              <w:rPr>
                <w:szCs w:val="28"/>
              </w:rPr>
              <w:t>2</w:t>
            </w:r>
          </w:p>
        </w:tc>
        <w:tc>
          <w:tcPr>
            <w:tcW w:w="7370" w:type="dxa"/>
          </w:tcPr>
          <w:p w14:paraId="171C719E" w14:textId="453797A8" w:rsidR="00C67B66" w:rsidRPr="00C67B66" w:rsidRDefault="00C67B66" w:rsidP="00C67B66">
            <w:pPr>
              <w:ind w:firstLine="0"/>
              <w:rPr>
                <w:szCs w:val="28"/>
              </w:rPr>
            </w:pPr>
            <w:proofErr w:type="spellStart"/>
            <w:r w:rsidRPr="00C67B66">
              <w:rPr>
                <w:szCs w:val="28"/>
              </w:rPr>
              <w:t>Глоссарий</w:t>
            </w:r>
            <w:proofErr w:type="spellEnd"/>
            <w:r w:rsidRPr="00C67B66">
              <w:rPr>
                <w:szCs w:val="28"/>
              </w:rPr>
              <w:t xml:space="preserve"> </w:t>
            </w:r>
          </w:p>
        </w:tc>
        <w:tc>
          <w:tcPr>
            <w:tcW w:w="1701" w:type="dxa"/>
          </w:tcPr>
          <w:p w14:paraId="393F7D3C" w14:textId="687BF223" w:rsidR="00C67B66" w:rsidRPr="007B6B0B" w:rsidRDefault="007B6B0B" w:rsidP="007B6B0B">
            <w:pPr>
              <w:ind w:firstLine="0"/>
              <w:jc w:val="center"/>
              <w:rPr>
                <w:szCs w:val="28"/>
                <w:lang w:val="kk-KZ"/>
              </w:rPr>
            </w:pPr>
            <w:r>
              <w:rPr>
                <w:szCs w:val="28"/>
                <w:lang w:val="kk-KZ"/>
              </w:rPr>
              <w:t>7</w:t>
            </w:r>
          </w:p>
        </w:tc>
      </w:tr>
      <w:tr w:rsidR="00C67B66" w:rsidRPr="00C67B66" w14:paraId="79E8C132" w14:textId="77777777">
        <w:trPr>
          <w:jc w:val="center"/>
        </w:trPr>
        <w:tc>
          <w:tcPr>
            <w:tcW w:w="567" w:type="dxa"/>
          </w:tcPr>
          <w:p w14:paraId="4542FD56" w14:textId="77777777" w:rsidR="00C67B66" w:rsidRPr="00C67B66" w:rsidRDefault="00C67B66" w:rsidP="00C67B66">
            <w:pPr>
              <w:ind w:firstLine="0"/>
              <w:rPr>
                <w:szCs w:val="28"/>
              </w:rPr>
            </w:pPr>
            <w:r w:rsidRPr="00C67B66">
              <w:rPr>
                <w:szCs w:val="28"/>
              </w:rPr>
              <w:t>3</w:t>
            </w:r>
          </w:p>
        </w:tc>
        <w:tc>
          <w:tcPr>
            <w:tcW w:w="7370" w:type="dxa"/>
          </w:tcPr>
          <w:p w14:paraId="35FD9A8B" w14:textId="2784AAE3" w:rsidR="00C67B66" w:rsidRPr="00C67B66" w:rsidRDefault="00C67B66" w:rsidP="00C67B66">
            <w:pPr>
              <w:ind w:firstLine="0"/>
              <w:rPr>
                <w:szCs w:val="28"/>
              </w:rPr>
            </w:pPr>
            <w:proofErr w:type="spellStart"/>
            <w:r w:rsidRPr="00C67B66">
              <w:rPr>
                <w:szCs w:val="28"/>
              </w:rPr>
              <w:t>Бағыттылығы</w:t>
            </w:r>
            <w:proofErr w:type="spellEnd"/>
            <w:r w:rsidRPr="00C67B66">
              <w:rPr>
                <w:szCs w:val="28"/>
              </w:rPr>
              <w:t xml:space="preserve"> </w:t>
            </w:r>
            <w:proofErr w:type="spellStart"/>
            <w:r w:rsidRPr="00C67B66">
              <w:rPr>
                <w:szCs w:val="28"/>
              </w:rPr>
              <w:t>мен</w:t>
            </w:r>
            <w:proofErr w:type="spellEnd"/>
            <w:r w:rsidRPr="00C67B66">
              <w:rPr>
                <w:szCs w:val="28"/>
              </w:rPr>
              <w:t xml:space="preserve"> </w:t>
            </w:r>
            <w:proofErr w:type="spellStart"/>
            <w:r w:rsidRPr="00C67B66">
              <w:rPr>
                <w:szCs w:val="28"/>
              </w:rPr>
              <w:t>тақырыбы</w:t>
            </w:r>
            <w:proofErr w:type="spellEnd"/>
            <w:r w:rsidRPr="00C67B66">
              <w:rPr>
                <w:szCs w:val="28"/>
              </w:rPr>
              <w:t xml:space="preserve"> </w:t>
            </w:r>
          </w:p>
        </w:tc>
        <w:tc>
          <w:tcPr>
            <w:tcW w:w="1701" w:type="dxa"/>
          </w:tcPr>
          <w:p w14:paraId="5D1E9937" w14:textId="22EEC647" w:rsidR="00C67B66" w:rsidRPr="007B6B0B" w:rsidRDefault="007B6B0B" w:rsidP="007B6B0B">
            <w:pPr>
              <w:ind w:firstLine="0"/>
              <w:jc w:val="center"/>
              <w:rPr>
                <w:szCs w:val="28"/>
                <w:lang w:val="kk-KZ"/>
              </w:rPr>
            </w:pPr>
            <w:r>
              <w:rPr>
                <w:szCs w:val="28"/>
                <w:lang w:val="kk-KZ"/>
              </w:rPr>
              <w:t>8</w:t>
            </w:r>
          </w:p>
        </w:tc>
      </w:tr>
      <w:tr w:rsidR="00C67B66" w:rsidRPr="00C67B66" w14:paraId="5F866C29" w14:textId="77777777">
        <w:trPr>
          <w:jc w:val="center"/>
        </w:trPr>
        <w:tc>
          <w:tcPr>
            <w:tcW w:w="567" w:type="dxa"/>
          </w:tcPr>
          <w:p w14:paraId="7148A2C8" w14:textId="77777777" w:rsidR="00C67B66" w:rsidRPr="00C67B66" w:rsidRDefault="00C67B66" w:rsidP="00C67B66">
            <w:pPr>
              <w:ind w:firstLine="0"/>
              <w:rPr>
                <w:szCs w:val="28"/>
              </w:rPr>
            </w:pPr>
            <w:r w:rsidRPr="00C67B66">
              <w:rPr>
                <w:szCs w:val="28"/>
              </w:rPr>
              <w:t>4</w:t>
            </w:r>
          </w:p>
        </w:tc>
        <w:tc>
          <w:tcPr>
            <w:tcW w:w="7370" w:type="dxa"/>
          </w:tcPr>
          <w:p w14:paraId="0A99CA2C" w14:textId="3A943D7D" w:rsidR="00C67B66" w:rsidRPr="00C67B66" w:rsidRDefault="00C67B66" w:rsidP="00C67B66">
            <w:pPr>
              <w:ind w:firstLine="0"/>
              <w:rPr>
                <w:szCs w:val="28"/>
              </w:rPr>
            </w:pPr>
            <w:proofErr w:type="spellStart"/>
            <w:r w:rsidRPr="00C67B66">
              <w:rPr>
                <w:szCs w:val="28"/>
              </w:rPr>
              <w:t>Мақсаты</w:t>
            </w:r>
            <w:proofErr w:type="spellEnd"/>
            <w:r w:rsidRPr="00C67B66">
              <w:rPr>
                <w:szCs w:val="28"/>
              </w:rPr>
              <w:t xml:space="preserve">, </w:t>
            </w:r>
            <w:proofErr w:type="spellStart"/>
            <w:r w:rsidRPr="00C67B66">
              <w:rPr>
                <w:szCs w:val="28"/>
              </w:rPr>
              <w:t>міндеттері</w:t>
            </w:r>
            <w:proofErr w:type="spellEnd"/>
            <w:r w:rsidRPr="00C67B66">
              <w:rPr>
                <w:szCs w:val="28"/>
              </w:rPr>
              <w:t xml:space="preserve"> </w:t>
            </w:r>
            <w:proofErr w:type="spellStart"/>
            <w:r w:rsidRPr="00C67B66">
              <w:rPr>
                <w:szCs w:val="28"/>
              </w:rPr>
              <w:t>және</w:t>
            </w:r>
            <w:proofErr w:type="spellEnd"/>
            <w:r w:rsidRPr="00C67B66">
              <w:rPr>
                <w:szCs w:val="28"/>
              </w:rPr>
              <w:t xml:space="preserve"> </w:t>
            </w:r>
            <w:proofErr w:type="spellStart"/>
            <w:r w:rsidRPr="00C67B66">
              <w:rPr>
                <w:szCs w:val="28"/>
              </w:rPr>
              <w:t>күтілетін</w:t>
            </w:r>
            <w:proofErr w:type="spellEnd"/>
            <w:r w:rsidRPr="00C67B66">
              <w:rPr>
                <w:szCs w:val="28"/>
              </w:rPr>
              <w:t xml:space="preserve"> </w:t>
            </w:r>
            <w:proofErr w:type="spellStart"/>
            <w:r w:rsidRPr="00C67B66">
              <w:rPr>
                <w:szCs w:val="28"/>
              </w:rPr>
              <w:t>нәтижелері</w:t>
            </w:r>
            <w:proofErr w:type="spellEnd"/>
            <w:r w:rsidRPr="00C67B66">
              <w:rPr>
                <w:szCs w:val="28"/>
              </w:rPr>
              <w:t xml:space="preserve"> </w:t>
            </w:r>
          </w:p>
        </w:tc>
        <w:tc>
          <w:tcPr>
            <w:tcW w:w="1701" w:type="dxa"/>
          </w:tcPr>
          <w:p w14:paraId="48EDA2AC" w14:textId="5C08D85F" w:rsidR="00C67B66" w:rsidRPr="007B6B0B" w:rsidRDefault="007B6B0B" w:rsidP="007B6B0B">
            <w:pPr>
              <w:ind w:firstLine="0"/>
              <w:jc w:val="center"/>
              <w:rPr>
                <w:szCs w:val="28"/>
                <w:lang w:val="kk-KZ"/>
              </w:rPr>
            </w:pPr>
            <w:r>
              <w:rPr>
                <w:szCs w:val="28"/>
                <w:lang w:val="kk-KZ"/>
              </w:rPr>
              <w:t>13</w:t>
            </w:r>
          </w:p>
        </w:tc>
      </w:tr>
      <w:tr w:rsidR="00C67B66" w:rsidRPr="00C67B66" w14:paraId="0F7690B9" w14:textId="77777777">
        <w:trPr>
          <w:jc w:val="center"/>
        </w:trPr>
        <w:tc>
          <w:tcPr>
            <w:tcW w:w="567" w:type="dxa"/>
          </w:tcPr>
          <w:p w14:paraId="42F04C44" w14:textId="77777777" w:rsidR="00C67B66" w:rsidRPr="00C67B66" w:rsidRDefault="00C67B66" w:rsidP="00C67B66">
            <w:pPr>
              <w:ind w:firstLine="0"/>
              <w:rPr>
                <w:szCs w:val="28"/>
              </w:rPr>
            </w:pPr>
            <w:r w:rsidRPr="00C67B66">
              <w:rPr>
                <w:szCs w:val="28"/>
              </w:rPr>
              <w:t>5</w:t>
            </w:r>
          </w:p>
        </w:tc>
        <w:tc>
          <w:tcPr>
            <w:tcW w:w="7370" w:type="dxa"/>
          </w:tcPr>
          <w:p w14:paraId="17AAB1B6" w14:textId="19639014" w:rsidR="00C67B66" w:rsidRPr="00C67B66" w:rsidRDefault="00C67B66" w:rsidP="00C67B66">
            <w:pPr>
              <w:ind w:firstLine="0"/>
              <w:rPr>
                <w:szCs w:val="28"/>
              </w:rPr>
            </w:pPr>
            <w:proofErr w:type="spellStart"/>
            <w:r w:rsidRPr="00C67B66">
              <w:rPr>
                <w:szCs w:val="28"/>
              </w:rPr>
              <w:t>Бағдарламаның</w:t>
            </w:r>
            <w:proofErr w:type="spellEnd"/>
            <w:r w:rsidRPr="00C67B66">
              <w:rPr>
                <w:szCs w:val="28"/>
              </w:rPr>
              <w:t xml:space="preserve"> </w:t>
            </w:r>
            <w:proofErr w:type="spellStart"/>
            <w:r w:rsidRPr="00C67B66">
              <w:rPr>
                <w:szCs w:val="28"/>
              </w:rPr>
              <w:t>құрылымы</w:t>
            </w:r>
            <w:proofErr w:type="spellEnd"/>
            <w:r w:rsidRPr="00C67B66">
              <w:rPr>
                <w:szCs w:val="28"/>
              </w:rPr>
              <w:t xml:space="preserve"> </w:t>
            </w:r>
            <w:proofErr w:type="spellStart"/>
            <w:r w:rsidRPr="00C67B66">
              <w:rPr>
                <w:szCs w:val="28"/>
              </w:rPr>
              <w:t>мен</w:t>
            </w:r>
            <w:proofErr w:type="spellEnd"/>
            <w:r w:rsidRPr="00C67B66">
              <w:rPr>
                <w:szCs w:val="28"/>
              </w:rPr>
              <w:t xml:space="preserve"> </w:t>
            </w:r>
            <w:proofErr w:type="spellStart"/>
            <w:r w:rsidRPr="00C67B66">
              <w:rPr>
                <w:szCs w:val="28"/>
              </w:rPr>
              <w:t>мазмұны</w:t>
            </w:r>
            <w:proofErr w:type="spellEnd"/>
            <w:r w:rsidRPr="00C67B66">
              <w:rPr>
                <w:szCs w:val="28"/>
              </w:rPr>
              <w:t xml:space="preserve"> </w:t>
            </w:r>
          </w:p>
        </w:tc>
        <w:tc>
          <w:tcPr>
            <w:tcW w:w="1701" w:type="dxa"/>
          </w:tcPr>
          <w:p w14:paraId="0A7040E7" w14:textId="20255F30" w:rsidR="00C67B66" w:rsidRPr="007B6B0B" w:rsidRDefault="007B6B0B" w:rsidP="007B6B0B">
            <w:pPr>
              <w:ind w:firstLine="0"/>
              <w:jc w:val="center"/>
              <w:rPr>
                <w:szCs w:val="28"/>
                <w:lang w:val="kk-KZ"/>
              </w:rPr>
            </w:pPr>
            <w:r>
              <w:rPr>
                <w:szCs w:val="28"/>
                <w:lang w:val="kk-KZ"/>
              </w:rPr>
              <w:t>16</w:t>
            </w:r>
          </w:p>
        </w:tc>
      </w:tr>
      <w:tr w:rsidR="00C67B66" w:rsidRPr="00C67B66" w14:paraId="101912D6" w14:textId="77777777">
        <w:trPr>
          <w:jc w:val="center"/>
        </w:trPr>
        <w:tc>
          <w:tcPr>
            <w:tcW w:w="567" w:type="dxa"/>
          </w:tcPr>
          <w:p w14:paraId="529AC287" w14:textId="77777777" w:rsidR="00C67B66" w:rsidRPr="00C67B66" w:rsidRDefault="00C67B66" w:rsidP="00C67B66">
            <w:pPr>
              <w:ind w:firstLine="0"/>
              <w:rPr>
                <w:szCs w:val="28"/>
              </w:rPr>
            </w:pPr>
            <w:r w:rsidRPr="00C67B66">
              <w:rPr>
                <w:szCs w:val="28"/>
              </w:rPr>
              <w:t>6</w:t>
            </w:r>
          </w:p>
        </w:tc>
        <w:tc>
          <w:tcPr>
            <w:tcW w:w="7370" w:type="dxa"/>
          </w:tcPr>
          <w:p w14:paraId="16258D29" w14:textId="28349D20" w:rsidR="00C67B66" w:rsidRPr="00C67B66" w:rsidRDefault="00C67B66" w:rsidP="00C67B66">
            <w:pPr>
              <w:ind w:firstLine="0"/>
              <w:rPr>
                <w:szCs w:val="28"/>
              </w:rPr>
            </w:pPr>
            <w:proofErr w:type="spellStart"/>
            <w:r w:rsidRPr="00C67B66">
              <w:rPr>
                <w:szCs w:val="28"/>
              </w:rPr>
              <w:t>Іске</w:t>
            </w:r>
            <w:proofErr w:type="spellEnd"/>
            <w:r w:rsidRPr="00C67B66">
              <w:rPr>
                <w:szCs w:val="28"/>
              </w:rPr>
              <w:t xml:space="preserve"> </w:t>
            </w:r>
            <w:proofErr w:type="spellStart"/>
            <w:r w:rsidRPr="00C67B66">
              <w:rPr>
                <w:szCs w:val="28"/>
              </w:rPr>
              <w:t>асыру</w:t>
            </w:r>
            <w:proofErr w:type="spellEnd"/>
            <w:r w:rsidRPr="00C67B66">
              <w:rPr>
                <w:szCs w:val="28"/>
              </w:rPr>
              <w:t xml:space="preserve"> </w:t>
            </w:r>
            <w:proofErr w:type="spellStart"/>
            <w:r w:rsidRPr="00C67B66">
              <w:rPr>
                <w:szCs w:val="28"/>
              </w:rPr>
              <w:t>шарттары</w:t>
            </w:r>
            <w:proofErr w:type="spellEnd"/>
            <w:r w:rsidRPr="00C67B66">
              <w:rPr>
                <w:szCs w:val="28"/>
              </w:rPr>
              <w:t xml:space="preserve"> </w:t>
            </w:r>
          </w:p>
        </w:tc>
        <w:tc>
          <w:tcPr>
            <w:tcW w:w="1701" w:type="dxa"/>
          </w:tcPr>
          <w:p w14:paraId="39A528C0" w14:textId="154660F6" w:rsidR="00C67B66" w:rsidRPr="007B6B0B" w:rsidRDefault="007B6B0B" w:rsidP="007B6B0B">
            <w:pPr>
              <w:ind w:firstLine="0"/>
              <w:jc w:val="center"/>
              <w:rPr>
                <w:szCs w:val="28"/>
                <w:lang w:val="kk-KZ"/>
              </w:rPr>
            </w:pPr>
            <w:r>
              <w:rPr>
                <w:szCs w:val="28"/>
                <w:lang w:val="kk-KZ"/>
              </w:rPr>
              <w:t>26</w:t>
            </w:r>
          </w:p>
        </w:tc>
      </w:tr>
      <w:tr w:rsidR="00C67B66" w:rsidRPr="00C67B66" w14:paraId="1E2258C4" w14:textId="77777777">
        <w:trPr>
          <w:jc w:val="center"/>
        </w:trPr>
        <w:tc>
          <w:tcPr>
            <w:tcW w:w="567" w:type="dxa"/>
          </w:tcPr>
          <w:p w14:paraId="2CF4615A" w14:textId="77777777" w:rsidR="00C67B66" w:rsidRPr="00C67B66" w:rsidRDefault="00C67B66" w:rsidP="00C67B66">
            <w:pPr>
              <w:ind w:firstLine="0"/>
              <w:rPr>
                <w:szCs w:val="28"/>
              </w:rPr>
            </w:pPr>
            <w:r w:rsidRPr="00C67B66">
              <w:rPr>
                <w:szCs w:val="28"/>
              </w:rPr>
              <w:t>7</w:t>
            </w:r>
          </w:p>
        </w:tc>
        <w:tc>
          <w:tcPr>
            <w:tcW w:w="7370" w:type="dxa"/>
          </w:tcPr>
          <w:p w14:paraId="364789B8" w14:textId="162A975C" w:rsidR="00C67B66" w:rsidRPr="00C67B66" w:rsidRDefault="00C67B66" w:rsidP="00C67B66">
            <w:pPr>
              <w:ind w:firstLine="0"/>
              <w:rPr>
                <w:szCs w:val="28"/>
              </w:rPr>
            </w:pPr>
            <w:proofErr w:type="spellStart"/>
            <w:r w:rsidRPr="00C67B66">
              <w:rPr>
                <w:szCs w:val="28"/>
              </w:rPr>
              <w:t>Кадрлық</w:t>
            </w:r>
            <w:proofErr w:type="spellEnd"/>
            <w:r w:rsidRPr="00C67B66">
              <w:rPr>
                <w:szCs w:val="28"/>
              </w:rPr>
              <w:t xml:space="preserve"> </w:t>
            </w:r>
            <w:proofErr w:type="spellStart"/>
            <w:r w:rsidRPr="00C67B66">
              <w:rPr>
                <w:szCs w:val="28"/>
              </w:rPr>
              <w:t>және</w:t>
            </w:r>
            <w:proofErr w:type="spellEnd"/>
            <w:r w:rsidRPr="00C67B66">
              <w:rPr>
                <w:szCs w:val="28"/>
              </w:rPr>
              <w:t xml:space="preserve"> </w:t>
            </w:r>
            <w:proofErr w:type="spellStart"/>
            <w:r w:rsidRPr="00C67B66">
              <w:rPr>
                <w:szCs w:val="28"/>
              </w:rPr>
              <w:t>әдістемелік</w:t>
            </w:r>
            <w:proofErr w:type="spellEnd"/>
            <w:r w:rsidRPr="00C67B66">
              <w:rPr>
                <w:szCs w:val="28"/>
              </w:rPr>
              <w:t xml:space="preserve"> </w:t>
            </w:r>
            <w:proofErr w:type="spellStart"/>
            <w:r w:rsidRPr="00C67B66">
              <w:rPr>
                <w:szCs w:val="28"/>
              </w:rPr>
              <w:t>қамтамасыз</w:t>
            </w:r>
            <w:proofErr w:type="spellEnd"/>
            <w:r w:rsidRPr="00C67B66">
              <w:rPr>
                <w:szCs w:val="28"/>
              </w:rPr>
              <w:t xml:space="preserve"> </w:t>
            </w:r>
            <w:proofErr w:type="spellStart"/>
            <w:r w:rsidRPr="00C67B66">
              <w:rPr>
                <w:szCs w:val="28"/>
              </w:rPr>
              <w:t>ету</w:t>
            </w:r>
            <w:proofErr w:type="spellEnd"/>
            <w:r w:rsidRPr="00C67B66">
              <w:rPr>
                <w:szCs w:val="28"/>
              </w:rPr>
              <w:t xml:space="preserve"> </w:t>
            </w:r>
          </w:p>
        </w:tc>
        <w:tc>
          <w:tcPr>
            <w:tcW w:w="1701" w:type="dxa"/>
          </w:tcPr>
          <w:p w14:paraId="717B3161" w14:textId="6D315242" w:rsidR="00C67B66" w:rsidRPr="007B6B0B" w:rsidRDefault="007B6B0B" w:rsidP="007B6B0B">
            <w:pPr>
              <w:ind w:firstLine="0"/>
              <w:jc w:val="center"/>
              <w:rPr>
                <w:szCs w:val="28"/>
                <w:lang w:val="kk-KZ"/>
              </w:rPr>
            </w:pPr>
            <w:r>
              <w:rPr>
                <w:szCs w:val="28"/>
                <w:lang w:val="kk-KZ"/>
              </w:rPr>
              <w:t>29</w:t>
            </w:r>
          </w:p>
        </w:tc>
      </w:tr>
      <w:tr w:rsidR="00C67B66" w:rsidRPr="00C67B66" w14:paraId="7DD70CCB" w14:textId="77777777">
        <w:trPr>
          <w:jc w:val="center"/>
        </w:trPr>
        <w:tc>
          <w:tcPr>
            <w:tcW w:w="567" w:type="dxa"/>
          </w:tcPr>
          <w:p w14:paraId="26B41ADE" w14:textId="77777777" w:rsidR="00C67B66" w:rsidRPr="00C67B66" w:rsidRDefault="00C67B66" w:rsidP="00C67B66">
            <w:pPr>
              <w:ind w:firstLine="0"/>
              <w:rPr>
                <w:szCs w:val="28"/>
              </w:rPr>
            </w:pPr>
            <w:r w:rsidRPr="00C67B66">
              <w:rPr>
                <w:szCs w:val="28"/>
              </w:rPr>
              <w:t>8</w:t>
            </w:r>
          </w:p>
        </w:tc>
        <w:tc>
          <w:tcPr>
            <w:tcW w:w="7370" w:type="dxa"/>
          </w:tcPr>
          <w:p w14:paraId="66776AF2" w14:textId="67410046" w:rsidR="00C67B66" w:rsidRPr="00C67B66" w:rsidRDefault="00C67B66" w:rsidP="00C67B66">
            <w:pPr>
              <w:ind w:firstLine="0"/>
              <w:rPr>
                <w:szCs w:val="28"/>
              </w:rPr>
            </w:pPr>
            <w:proofErr w:type="spellStart"/>
            <w:r w:rsidRPr="00C67B66">
              <w:rPr>
                <w:szCs w:val="28"/>
              </w:rPr>
              <w:t>Іске</w:t>
            </w:r>
            <w:proofErr w:type="spellEnd"/>
            <w:r w:rsidRPr="00C67B66">
              <w:rPr>
                <w:szCs w:val="28"/>
              </w:rPr>
              <w:t xml:space="preserve"> </w:t>
            </w:r>
            <w:proofErr w:type="spellStart"/>
            <w:r w:rsidRPr="00C67B66">
              <w:rPr>
                <w:szCs w:val="28"/>
              </w:rPr>
              <w:t>асыру</w:t>
            </w:r>
            <w:proofErr w:type="spellEnd"/>
            <w:r w:rsidRPr="00C67B66">
              <w:rPr>
                <w:szCs w:val="28"/>
              </w:rPr>
              <w:t xml:space="preserve"> </w:t>
            </w:r>
            <w:proofErr w:type="spellStart"/>
            <w:r w:rsidRPr="00C67B66">
              <w:rPr>
                <w:szCs w:val="28"/>
              </w:rPr>
              <w:t>нәтижелерін</w:t>
            </w:r>
            <w:proofErr w:type="spellEnd"/>
            <w:r w:rsidRPr="00C67B66">
              <w:rPr>
                <w:szCs w:val="28"/>
              </w:rPr>
              <w:t xml:space="preserve"> </w:t>
            </w:r>
            <w:proofErr w:type="spellStart"/>
            <w:r w:rsidRPr="00C67B66">
              <w:rPr>
                <w:szCs w:val="28"/>
              </w:rPr>
              <w:t>мониторингтеу</w:t>
            </w:r>
            <w:proofErr w:type="spellEnd"/>
            <w:r w:rsidRPr="00C67B66">
              <w:rPr>
                <w:szCs w:val="28"/>
              </w:rPr>
              <w:t xml:space="preserve"> </w:t>
            </w:r>
            <w:proofErr w:type="spellStart"/>
            <w:r w:rsidRPr="00C67B66">
              <w:rPr>
                <w:szCs w:val="28"/>
              </w:rPr>
              <w:t>және</w:t>
            </w:r>
            <w:proofErr w:type="spellEnd"/>
            <w:r w:rsidRPr="00C67B66">
              <w:rPr>
                <w:szCs w:val="28"/>
              </w:rPr>
              <w:t xml:space="preserve"> </w:t>
            </w:r>
            <w:proofErr w:type="spellStart"/>
            <w:r w:rsidRPr="00C67B66">
              <w:rPr>
                <w:szCs w:val="28"/>
              </w:rPr>
              <w:t>бағалау</w:t>
            </w:r>
            <w:proofErr w:type="spellEnd"/>
            <w:r w:rsidRPr="00C67B66">
              <w:rPr>
                <w:szCs w:val="28"/>
              </w:rPr>
              <w:t xml:space="preserve"> </w:t>
            </w:r>
          </w:p>
        </w:tc>
        <w:tc>
          <w:tcPr>
            <w:tcW w:w="1701" w:type="dxa"/>
          </w:tcPr>
          <w:p w14:paraId="0E4EBDE1" w14:textId="2B352FD2" w:rsidR="00C67B66" w:rsidRPr="007B6B0B" w:rsidRDefault="007B6B0B" w:rsidP="007B6B0B">
            <w:pPr>
              <w:ind w:firstLine="0"/>
              <w:jc w:val="center"/>
              <w:rPr>
                <w:szCs w:val="28"/>
                <w:lang w:val="kk-KZ"/>
              </w:rPr>
            </w:pPr>
            <w:r>
              <w:rPr>
                <w:szCs w:val="28"/>
                <w:lang w:val="kk-KZ"/>
              </w:rPr>
              <w:t>31</w:t>
            </w:r>
          </w:p>
        </w:tc>
      </w:tr>
      <w:tr w:rsidR="00C67B66" w:rsidRPr="00C67B66" w14:paraId="0E81111D" w14:textId="77777777">
        <w:trPr>
          <w:jc w:val="center"/>
        </w:trPr>
        <w:tc>
          <w:tcPr>
            <w:tcW w:w="567" w:type="dxa"/>
          </w:tcPr>
          <w:p w14:paraId="3E12C075" w14:textId="77777777" w:rsidR="00C67B66" w:rsidRPr="00C67B66" w:rsidRDefault="00C67B66" w:rsidP="00C67B66">
            <w:pPr>
              <w:ind w:firstLine="0"/>
              <w:rPr>
                <w:szCs w:val="28"/>
              </w:rPr>
            </w:pPr>
            <w:r w:rsidRPr="00C67B66">
              <w:rPr>
                <w:szCs w:val="28"/>
              </w:rPr>
              <w:t>9</w:t>
            </w:r>
          </w:p>
        </w:tc>
        <w:tc>
          <w:tcPr>
            <w:tcW w:w="7370" w:type="dxa"/>
          </w:tcPr>
          <w:p w14:paraId="706E13F4" w14:textId="43B45C10" w:rsidR="00C67B66" w:rsidRPr="00C67B66" w:rsidRDefault="00C67B66" w:rsidP="00C67B66">
            <w:pPr>
              <w:ind w:firstLine="0"/>
              <w:rPr>
                <w:szCs w:val="28"/>
              </w:rPr>
            </w:pPr>
            <w:proofErr w:type="spellStart"/>
            <w:r w:rsidRPr="00C67B66">
              <w:rPr>
                <w:szCs w:val="28"/>
              </w:rPr>
              <w:t>Негізгі</w:t>
            </w:r>
            <w:proofErr w:type="spellEnd"/>
            <w:r w:rsidRPr="00C67B66">
              <w:rPr>
                <w:szCs w:val="28"/>
              </w:rPr>
              <w:t xml:space="preserve"> </w:t>
            </w:r>
            <w:proofErr w:type="spellStart"/>
            <w:r w:rsidRPr="00C67B66">
              <w:rPr>
                <w:szCs w:val="28"/>
              </w:rPr>
              <w:t>және</w:t>
            </w:r>
            <w:proofErr w:type="spellEnd"/>
            <w:r w:rsidRPr="00C67B66">
              <w:rPr>
                <w:szCs w:val="28"/>
              </w:rPr>
              <w:t xml:space="preserve"> </w:t>
            </w:r>
            <w:proofErr w:type="spellStart"/>
            <w:r w:rsidRPr="00C67B66">
              <w:rPr>
                <w:szCs w:val="28"/>
              </w:rPr>
              <w:t>қосымша</w:t>
            </w:r>
            <w:proofErr w:type="spellEnd"/>
            <w:r w:rsidRPr="00C67B66">
              <w:rPr>
                <w:szCs w:val="28"/>
              </w:rPr>
              <w:t xml:space="preserve"> </w:t>
            </w:r>
            <w:proofErr w:type="spellStart"/>
            <w:r w:rsidRPr="00C67B66">
              <w:rPr>
                <w:szCs w:val="28"/>
              </w:rPr>
              <w:t>әдебиеттер</w:t>
            </w:r>
            <w:proofErr w:type="spellEnd"/>
            <w:r w:rsidRPr="00C67B66">
              <w:rPr>
                <w:szCs w:val="28"/>
              </w:rPr>
              <w:t xml:space="preserve"> </w:t>
            </w:r>
            <w:proofErr w:type="spellStart"/>
            <w:r w:rsidRPr="00C67B66">
              <w:rPr>
                <w:szCs w:val="28"/>
              </w:rPr>
              <w:t>тізімі</w:t>
            </w:r>
            <w:proofErr w:type="spellEnd"/>
          </w:p>
        </w:tc>
        <w:tc>
          <w:tcPr>
            <w:tcW w:w="1701" w:type="dxa"/>
          </w:tcPr>
          <w:p w14:paraId="4A007479" w14:textId="4F95D71E" w:rsidR="00C67B66" w:rsidRPr="007B6B0B" w:rsidRDefault="007B6B0B" w:rsidP="007B6B0B">
            <w:pPr>
              <w:ind w:firstLine="0"/>
              <w:jc w:val="center"/>
              <w:rPr>
                <w:szCs w:val="28"/>
                <w:lang w:val="kk-KZ"/>
              </w:rPr>
            </w:pPr>
            <w:r>
              <w:rPr>
                <w:szCs w:val="28"/>
                <w:lang w:val="kk-KZ"/>
              </w:rPr>
              <w:t>33</w:t>
            </w:r>
          </w:p>
        </w:tc>
      </w:tr>
    </w:tbl>
    <w:p w14:paraId="087A4022" w14:textId="77777777" w:rsidR="00B91334" w:rsidRPr="00C67B66" w:rsidRDefault="00C67B66">
      <w:r w:rsidRPr="00C67B66">
        <w:br w:type="page"/>
      </w:r>
    </w:p>
    <w:p w14:paraId="126F0AD5" w14:textId="77777777" w:rsidR="00C67B66" w:rsidRDefault="00C67B66" w:rsidP="00F41431">
      <w:pPr>
        <w:pStyle w:val="21"/>
      </w:pPr>
      <w:r>
        <w:lastRenderedPageBreak/>
        <w:t xml:space="preserve">1-бөлім. </w:t>
      </w:r>
      <w:proofErr w:type="spellStart"/>
      <w:r>
        <w:t>Жалпы</w:t>
      </w:r>
      <w:proofErr w:type="spellEnd"/>
      <w:r>
        <w:t xml:space="preserve"> </w:t>
      </w:r>
      <w:proofErr w:type="spellStart"/>
      <w:r>
        <w:t>ережелер</w:t>
      </w:r>
      <w:proofErr w:type="spellEnd"/>
    </w:p>
    <w:p w14:paraId="7C21D77D" w14:textId="77777777" w:rsidR="00751E5B" w:rsidRPr="00525B0B" w:rsidRDefault="00751E5B" w:rsidP="00751E5B">
      <w:pPr>
        <w:rPr>
          <w:b/>
        </w:rPr>
      </w:pPr>
    </w:p>
    <w:p w14:paraId="1220D492" w14:textId="57AF5377" w:rsidR="00C67B66" w:rsidRPr="00525B0B" w:rsidRDefault="00C67B66" w:rsidP="00751E5B">
      <w:pPr>
        <w:rPr>
          <w:b/>
        </w:rPr>
      </w:pPr>
      <w:proofErr w:type="spellStart"/>
      <w:r w:rsidRPr="00C67B66">
        <w:rPr>
          <w:b/>
          <w:lang w:val="ru-RU"/>
        </w:rPr>
        <w:t>Бағдарламаның</w:t>
      </w:r>
      <w:proofErr w:type="spellEnd"/>
      <w:r w:rsidRPr="00525B0B">
        <w:rPr>
          <w:b/>
        </w:rPr>
        <w:t xml:space="preserve"> </w:t>
      </w:r>
      <w:proofErr w:type="spellStart"/>
      <w:r w:rsidRPr="00C67B66">
        <w:rPr>
          <w:b/>
          <w:lang w:val="ru-RU"/>
        </w:rPr>
        <w:t>атауы</w:t>
      </w:r>
      <w:proofErr w:type="spellEnd"/>
    </w:p>
    <w:p w14:paraId="3F097992" w14:textId="77777777" w:rsidR="00C67B66" w:rsidRPr="00525B0B" w:rsidRDefault="00C67B66" w:rsidP="00C67B66">
      <w:pPr>
        <w:ind w:firstLine="0"/>
        <w:jc w:val="both"/>
        <w:rPr>
          <w:b/>
        </w:rPr>
      </w:pPr>
    </w:p>
    <w:p w14:paraId="49E417D4" w14:textId="14D85808" w:rsidR="00886237" w:rsidRPr="00525B0B" w:rsidRDefault="00C67B66" w:rsidP="00886237">
      <w:pPr>
        <w:jc w:val="both"/>
      </w:pPr>
      <w:r w:rsidRPr="00525B0B">
        <w:t>«</w:t>
      </w:r>
      <w:r w:rsidRPr="00C67B66">
        <w:rPr>
          <w:lang w:val="ru-RU"/>
        </w:rPr>
        <w:t>Дала</w:t>
      </w:r>
      <w:r w:rsidRPr="00525B0B">
        <w:t xml:space="preserve"> </w:t>
      </w:r>
      <w:proofErr w:type="spellStart"/>
      <w:r w:rsidRPr="00C67B66">
        <w:rPr>
          <w:lang w:val="ru-RU"/>
        </w:rPr>
        <w:t>маршруттары</w:t>
      </w:r>
      <w:proofErr w:type="spellEnd"/>
      <w:r w:rsidRPr="00525B0B">
        <w:t>» (</w:t>
      </w:r>
      <w:proofErr w:type="spellStart"/>
      <w:r w:rsidRPr="00C67B66">
        <w:rPr>
          <w:lang w:val="ru-RU"/>
        </w:rPr>
        <w:t>спорттық</w:t>
      </w:r>
      <w:proofErr w:type="spellEnd"/>
      <w:r w:rsidRPr="00525B0B">
        <w:t>-</w:t>
      </w:r>
      <w:proofErr w:type="spellStart"/>
      <w:r w:rsidRPr="00C67B66">
        <w:rPr>
          <w:lang w:val="ru-RU"/>
        </w:rPr>
        <w:t>туристік</w:t>
      </w:r>
      <w:proofErr w:type="spellEnd"/>
      <w:r w:rsidRPr="00525B0B">
        <w:t xml:space="preserve"> </w:t>
      </w:r>
      <w:r w:rsidRPr="00C67B66">
        <w:rPr>
          <w:lang w:val="ru-RU"/>
        </w:rPr>
        <w:t>лагерь</w:t>
      </w:r>
      <w:r w:rsidRPr="00525B0B">
        <w:t xml:space="preserve">) </w:t>
      </w:r>
      <w:proofErr w:type="spellStart"/>
      <w:r w:rsidRPr="00C67B66">
        <w:rPr>
          <w:lang w:val="ru-RU"/>
        </w:rPr>
        <w:t>кәмелетке</w:t>
      </w:r>
      <w:proofErr w:type="spellEnd"/>
      <w:r w:rsidRPr="00525B0B">
        <w:t xml:space="preserve"> </w:t>
      </w:r>
      <w:proofErr w:type="spellStart"/>
      <w:r w:rsidRPr="00C67B66">
        <w:rPr>
          <w:lang w:val="ru-RU"/>
        </w:rPr>
        <w:t>толмаған</w:t>
      </w:r>
      <w:proofErr w:type="spellEnd"/>
      <w:r w:rsidRPr="00525B0B">
        <w:t xml:space="preserve"> </w:t>
      </w:r>
      <w:proofErr w:type="spellStart"/>
      <w:r w:rsidRPr="00C67B66">
        <w:rPr>
          <w:lang w:val="ru-RU"/>
        </w:rPr>
        <w:t>балаларға</w:t>
      </w:r>
      <w:proofErr w:type="spellEnd"/>
      <w:r w:rsidRPr="00525B0B">
        <w:t xml:space="preserve"> </w:t>
      </w:r>
      <w:proofErr w:type="spellStart"/>
      <w:r w:rsidRPr="00C67B66">
        <w:rPr>
          <w:lang w:val="ru-RU"/>
        </w:rPr>
        <w:t>арналған</w:t>
      </w:r>
      <w:proofErr w:type="spellEnd"/>
      <w:r w:rsidRPr="00525B0B">
        <w:t xml:space="preserve"> </w:t>
      </w:r>
      <w:proofErr w:type="spellStart"/>
      <w:r w:rsidRPr="00C67B66">
        <w:rPr>
          <w:lang w:val="ru-RU"/>
        </w:rPr>
        <w:t>білім</w:t>
      </w:r>
      <w:proofErr w:type="spellEnd"/>
      <w:r w:rsidRPr="00525B0B">
        <w:t xml:space="preserve"> </w:t>
      </w:r>
      <w:r w:rsidRPr="00C67B66">
        <w:rPr>
          <w:lang w:val="ru-RU"/>
        </w:rPr>
        <w:t>беру</w:t>
      </w:r>
      <w:r w:rsidRPr="00525B0B">
        <w:t xml:space="preserve"> </w:t>
      </w:r>
      <w:proofErr w:type="spellStart"/>
      <w:r w:rsidRPr="00C67B66">
        <w:rPr>
          <w:lang w:val="ru-RU"/>
        </w:rPr>
        <w:t>және</w:t>
      </w:r>
      <w:proofErr w:type="spellEnd"/>
      <w:r w:rsidRPr="00525B0B">
        <w:t xml:space="preserve"> </w:t>
      </w:r>
      <w:proofErr w:type="spellStart"/>
      <w:r w:rsidRPr="00C67B66">
        <w:rPr>
          <w:lang w:val="ru-RU"/>
        </w:rPr>
        <w:t>сауықтыру</w:t>
      </w:r>
      <w:proofErr w:type="spellEnd"/>
      <w:r w:rsidRPr="00525B0B">
        <w:t xml:space="preserve"> </w:t>
      </w:r>
      <w:proofErr w:type="spellStart"/>
      <w:r w:rsidRPr="00C67B66">
        <w:rPr>
          <w:lang w:val="ru-RU"/>
        </w:rPr>
        <w:t>бағдарламасы</w:t>
      </w:r>
      <w:proofErr w:type="spellEnd"/>
      <w:r w:rsidRPr="00525B0B">
        <w:t xml:space="preserve"> (</w:t>
      </w:r>
      <w:proofErr w:type="spellStart"/>
      <w:r w:rsidRPr="00C67B66">
        <w:rPr>
          <w:lang w:val="ru-RU"/>
        </w:rPr>
        <w:t>бұдан</w:t>
      </w:r>
      <w:proofErr w:type="spellEnd"/>
      <w:r w:rsidRPr="00525B0B">
        <w:t xml:space="preserve"> </w:t>
      </w:r>
      <w:proofErr w:type="spellStart"/>
      <w:r w:rsidRPr="00C67B66">
        <w:rPr>
          <w:lang w:val="ru-RU"/>
        </w:rPr>
        <w:t>әрі</w:t>
      </w:r>
      <w:proofErr w:type="spellEnd"/>
      <w:r w:rsidRPr="00525B0B">
        <w:t xml:space="preserve"> – </w:t>
      </w:r>
      <w:proofErr w:type="spellStart"/>
      <w:r w:rsidRPr="00C67B66">
        <w:rPr>
          <w:lang w:val="ru-RU"/>
        </w:rPr>
        <w:t>Бағдарлама</w:t>
      </w:r>
      <w:proofErr w:type="spellEnd"/>
      <w:r w:rsidRPr="00525B0B">
        <w:t xml:space="preserve">) </w:t>
      </w:r>
      <w:proofErr w:type="spellStart"/>
      <w:r w:rsidRPr="00C67B66">
        <w:rPr>
          <w:lang w:val="ru-RU"/>
        </w:rPr>
        <w:t>маусымдық</w:t>
      </w:r>
      <w:proofErr w:type="spellEnd"/>
      <w:r w:rsidRPr="00525B0B">
        <w:t xml:space="preserve"> </w:t>
      </w:r>
      <w:proofErr w:type="spellStart"/>
      <w:r w:rsidRPr="00C67B66">
        <w:rPr>
          <w:lang w:val="ru-RU"/>
        </w:rPr>
        <w:t>балалардың</w:t>
      </w:r>
      <w:proofErr w:type="spellEnd"/>
      <w:r w:rsidRPr="00525B0B">
        <w:t xml:space="preserve"> </w:t>
      </w:r>
      <w:proofErr w:type="spellStart"/>
      <w:r w:rsidRPr="00C67B66">
        <w:rPr>
          <w:lang w:val="ru-RU"/>
        </w:rPr>
        <w:t>білім</w:t>
      </w:r>
      <w:proofErr w:type="spellEnd"/>
      <w:r w:rsidRPr="00525B0B">
        <w:t xml:space="preserve"> </w:t>
      </w:r>
      <w:r w:rsidRPr="00C67B66">
        <w:rPr>
          <w:lang w:val="ru-RU"/>
        </w:rPr>
        <w:t>беру</w:t>
      </w:r>
      <w:r w:rsidRPr="00525B0B">
        <w:t xml:space="preserve"> </w:t>
      </w:r>
      <w:proofErr w:type="spellStart"/>
      <w:r w:rsidRPr="00C67B66">
        <w:rPr>
          <w:lang w:val="ru-RU"/>
        </w:rPr>
        <w:t>және</w:t>
      </w:r>
      <w:proofErr w:type="spellEnd"/>
      <w:r w:rsidRPr="00525B0B">
        <w:t xml:space="preserve"> </w:t>
      </w:r>
      <w:proofErr w:type="spellStart"/>
      <w:r w:rsidRPr="00C67B66">
        <w:rPr>
          <w:lang w:val="ru-RU"/>
        </w:rPr>
        <w:t>сауықтыру</w:t>
      </w:r>
      <w:proofErr w:type="spellEnd"/>
      <w:r w:rsidR="00CF19A9" w:rsidRPr="00525B0B">
        <w:t xml:space="preserve"> </w:t>
      </w:r>
      <w:proofErr w:type="spellStart"/>
      <w:r w:rsidR="00CF19A9">
        <w:rPr>
          <w:lang w:val="ru-RU"/>
        </w:rPr>
        <w:t>орталығында</w:t>
      </w:r>
      <w:proofErr w:type="spellEnd"/>
      <w:r w:rsidR="00CF19A9" w:rsidRPr="00525B0B">
        <w:t>/</w:t>
      </w:r>
      <w:r w:rsidRPr="00525B0B">
        <w:t xml:space="preserve"> </w:t>
      </w:r>
      <w:proofErr w:type="spellStart"/>
      <w:r w:rsidRPr="00C67B66">
        <w:rPr>
          <w:lang w:val="ru-RU"/>
        </w:rPr>
        <w:t>лагерінде</w:t>
      </w:r>
      <w:proofErr w:type="spellEnd"/>
      <w:r w:rsidR="00CF19A9" w:rsidRPr="00525B0B">
        <w:t xml:space="preserve"> (</w:t>
      </w:r>
      <w:r w:rsidR="00CF19A9">
        <w:rPr>
          <w:lang w:val="ru-RU"/>
        </w:rPr>
        <w:t>ББСО</w:t>
      </w:r>
      <w:r w:rsidR="00CF19A9" w:rsidRPr="00525B0B">
        <w:t>)</w:t>
      </w:r>
      <w:r w:rsidRPr="00525B0B">
        <w:t xml:space="preserve"> </w:t>
      </w:r>
      <w:proofErr w:type="spellStart"/>
      <w:r w:rsidRPr="00C67B66">
        <w:rPr>
          <w:lang w:val="ru-RU"/>
        </w:rPr>
        <w:t>балалар</w:t>
      </w:r>
      <w:proofErr w:type="spellEnd"/>
      <w:r w:rsidRPr="00525B0B">
        <w:t xml:space="preserve"> </w:t>
      </w:r>
      <w:r w:rsidRPr="00C67B66">
        <w:rPr>
          <w:lang w:val="ru-RU"/>
        </w:rPr>
        <w:t>мен</w:t>
      </w:r>
      <w:r w:rsidRPr="00525B0B">
        <w:t xml:space="preserve"> </w:t>
      </w:r>
      <w:proofErr w:type="spellStart"/>
      <w:r w:rsidRPr="00C67B66">
        <w:rPr>
          <w:lang w:val="ru-RU"/>
        </w:rPr>
        <w:t>жасөспірімдерді</w:t>
      </w:r>
      <w:proofErr w:type="spellEnd"/>
      <w:r w:rsidRPr="00525B0B">
        <w:t xml:space="preserve"> </w:t>
      </w:r>
      <w:proofErr w:type="spellStart"/>
      <w:r w:rsidRPr="00C67B66">
        <w:rPr>
          <w:lang w:val="ru-RU"/>
        </w:rPr>
        <w:t>кешенді</w:t>
      </w:r>
      <w:proofErr w:type="spellEnd"/>
      <w:r w:rsidRPr="00525B0B">
        <w:t xml:space="preserve"> </w:t>
      </w:r>
      <w:proofErr w:type="spellStart"/>
      <w:r w:rsidRPr="00C67B66">
        <w:rPr>
          <w:lang w:val="ru-RU"/>
        </w:rPr>
        <w:t>оқыту</w:t>
      </w:r>
      <w:proofErr w:type="spellEnd"/>
      <w:r w:rsidRPr="00525B0B">
        <w:t xml:space="preserve">, </w:t>
      </w:r>
      <w:proofErr w:type="spellStart"/>
      <w:r w:rsidRPr="00C67B66">
        <w:rPr>
          <w:lang w:val="ru-RU"/>
        </w:rPr>
        <w:t>тәрбиелеу</w:t>
      </w:r>
      <w:proofErr w:type="spellEnd"/>
      <w:r w:rsidRPr="00525B0B">
        <w:t xml:space="preserve"> </w:t>
      </w:r>
      <w:proofErr w:type="spellStart"/>
      <w:r w:rsidRPr="00C67B66">
        <w:rPr>
          <w:lang w:val="ru-RU"/>
        </w:rPr>
        <w:t>және</w:t>
      </w:r>
      <w:proofErr w:type="spellEnd"/>
      <w:r w:rsidRPr="00525B0B">
        <w:t xml:space="preserve"> </w:t>
      </w:r>
      <w:proofErr w:type="spellStart"/>
      <w:r w:rsidRPr="00C67B66">
        <w:rPr>
          <w:lang w:val="ru-RU"/>
        </w:rPr>
        <w:t>сауықтыруды</w:t>
      </w:r>
      <w:proofErr w:type="spellEnd"/>
      <w:r w:rsidRPr="00525B0B">
        <w:t xml:space="preserve"> </w:t>
      </w:r>
      <w:proofErr w:type="spellStart"/>
      <w:r w:rsidRPr="00C67B66">
        <w:rPr>
          <w:lang w:val="ru-RU"/>
        </w:rPr>
        <w:t>қамтамасыз</w:t>
      </w:r>
      <w:proofErr w:type="spellEnd"/>
      <w:r w:rsidRPr="00525B0B">
        <w:t xml:space="preserve"> </w:t>
      </w:r>
      <w:proofErr w:type="spellStart"/>
      <w:r w:rsidRPr="00C67B66">
        <w:rPr>
          <w:lang w:val="ru-RU"/>
        </w:rPr>
        <w:t>ету</w:t>
      </w:r>
      <w:proofErr w:type="spellEnd"/>
      <w:r w:rsidRPr="00525B0B">
        <w:t xml:space="preserve"> </w:t>
      </w:r>
      <w:proofErr w:type="spellStart"/>
      <w:r w:rsidRPr="00C67B66">
        <w:rPr>
          <w:lang w:val="ru-RU"/>
        </w:rPr>
        <w:t>мақсатында</w:t>
      </w:r>
      <w:proofErr w:type="spellEnd"/>
      <w:r w:rsidRPr="00525B0B">
        <w:t xml:space="preserve"> </w:t>
      </w:r>
      <w:proofErr w:type="spellStart"/>
      <w:r w:rsidRPr="00C67B66">
        <w:rPr>
          <w:lang w:val="ru-RU"/>
        </w:rPr>
        <w:t>әзірленді</w:t>
      </w:r>
      <w:proofErr w:type="spellEnd"/>
      <w:r w:rsidRPr="00525B0B">
        <w:t>.</w:t>
      </w:r>
    </w:p>
    <w:p w14:paraId="138F0A26" w14:textId="5367C032" w:rsidR="00886237" w:rsidRPr="00E56216" w:rsidRDefault="00C67B66" w:rsidP="00886237">
      <w:pPr>
        <w:jc w:val="both"/>
        <w:rPr>
          <w:bCs/>
        </w:rPr>
      </w:pPr>
      <w:proofErr w:type="spellStart"/>
      <w:r w:rsidRPr="00886237">
        <w:rPr>
          <w:bCs/>
          <w:lang w:val="ru-RU"/>
        </w:rPr>
        <w:t>Бағдарлама</w:t>
      </w:r>
      <w:proofErr w:type="spellEnd"/>
      <w:r w:rsidRPr="00E200D0">
        <w:rPr>
          <w:bCs/>
        </w:rPr>
        <w:t xml:space="preserve"> </w:t>
      </w:r>
      <w:proofErr w:type="spellStart"/>
      <w:r w:rsidRPr="00886237">
        <w:rPr>
          <w:bCs/>
          <w:lang w:val="ru-RU"/>
        </w:rPr>
        <w:t>кәмелетке</w:t>
      </w:r>
      <w:proofErr w:type="spellEnd"/>
      <w:r w:rsidRPr="00E200D0">
        <w:rPr>
          <w:bCs/>
        </w:rPr>
        <w:t xml:space="preserve"> </w:t>
      </w:r>
      <w:proofErr w:type="spellStart"/>
      <w:r w:rsidRPr="00886237">
        <w:rPr>
          <w:bCs/>
          <w:lang w:val="ru-RU"/>
        </w:rPr>
        <w:t>толмағандардың</w:t>
      </w:r>
      <w:proofErr w:type="spellEnd"/>
      <w:r w:rsidRPr="00E200D0">
        <w:rPr>
          <w:bCs/>
        </w:rPr>
        <w:t xml:space="preserve"> </w:t>
      </w:r>
      <w:proofErr w:type="spellStart"/>
      <w:r w:rsidRPr="00886237">
        <w:rPr>
          <w:bCs/>
          <w:lang w:val="ru-RU"/>
        </w:rPr>
        <w:t>физикалық</w:t>
      </w:r>
      <w:proofErr w:type="spellEnd"/>
      <w:r w:rsidRPr="00E200D0">
        <w:rPr>
          <w:bCs/>
        </w:rPr>
        <w:t xml:space="preserve"> </w:t>
      </w:r>
      <w:proofErr w:type="spellStart"/>
      <w:r w:rsidRPr="00886237">
        <w:rPr>
          <w:bCs/>
          <w:lang w:val="ru-RU"/>
        </w:rPr>
        <w:t>және</w:t>
      </w:r>
      <w:proofErr w:type="spellEnd"/>
      <w:r w:rsidRPr="00E200D0">
        <w:rPr>
          <w:bCs/>
        </w:rPr>
        <w:t xml:space="preserve"> </w:t>
      </w:r>
      <w:proofErr w:type="spellStart"/>
      <w:r w:rsidRPr="00886237">
        <w:rPr>
          <w:bCs/>
          <w:lang w:val="ru-RU"/>
        </w:rPr>
        <w:t>психоэмоционалдық</w:t>
      </w:r>
      <w:proofErr w:type="spellEnd"/>
      <w:r w:rsidRPr="00E200D0">
        <w:rPr>
          <w:bCs/>
        </w:rPr>
        <w:t xml:space="preserve"> </w:t>
      </w:r>
      <w:proofErr w:type="spellStart"/>
      <w:r w:rsidRPr="00886237">
        <w:rPr>
          <w:bCs/>
          <w:lang w:val="ru-RU"/>
        </w:rPr>
        <w:t>денсаулығын</w:t>
      </w:r>
      <w:proofErr w:type="spellEnd"/>
      <w:r w:rsidRPr="00E200D0">
        <w:rPr>
          <w:bCs/>
        </w:rPr>
        <w:t xml:space="preserve"> </w:t>
      </w:r>
      <w:proofErr w:type="spellStart"/>
      <w:r w:rsidR="00886237">
        <w:rPr>
          <w:bCs/>
          <w:lang w:val="ru-RU"/>
        </w:rPr>
        <w:t>күшейтуге</w:t>
      </w:r>
      <w:proofErr w:type="spellEnd"/>
      <w:r w:rsidRPr="00E200D0">
        <w:rPr>
          <w:bCs/>
        </w:rPr>
        <w:t xml:space="preserve">, </w:t>
      </w:r>
      <w:proofErr w:type="spellStart"/>
      <w:r w:rsidRPr="00886237">
        <w:rPr>
          <w:bCs/>
          <w:lang w:val="ru-RU"/>
        </w:rPr>
        <w:t>қимыл</w:t>
      </w:r>
      <w:proofErr w:type="spellEnd"/>
      <w:r w:rsidRPr="00E200D0">
        <w:rPr>
          <w:bCs/>
        </w:rPr>
        <w:t>-</w:t>
      </w:r>
      <w:proofErr w:type="spellStart"/>
      <w:r w:rsidRPr="00886237">
        <w:rPr>
          <w:bCs/>
          <w:lang w:val="ru-RU"/>
        </w:rPr>
        <w:t>қозғалыс</w:t>
      </w:r>
      <w:proofErr w:type="spellEnd"/>
      <w:r w:rsidRPr="00E200D0">
        <w:rPr>
          <w:bCs/>
        </w:rPr>
        <w:t xml:space="preserve"> </w:t>
      </w:r>
      <w:proofErr w:type="spellStart"/>
      <w:r w:rsidRPr="00886237">
        <w:rPr>
          <w:bCs/>
          <w:lang w:val="ru-RU"/>
        </w:rPr>
        <w:t>белсенділігін</w:t>
      </w:r>
      <w:proofErr w:type="spellEnd"/>
      <w:r w:rsidRPr="00E200D0">
        <w:rPr>
          <w:bCs/>
        </w:rPr>
        <w:t xml:space="preserve"> </w:t>
      </w:r>
      <w:proofErr w:type="spellStart"/>
      <w:r w:rsidRPr="00886237">
        <w:rPr>
          <w:bCs/>
          <w:lang w:val="ru-RU"/>
        </w:rPr>
        <w:t>дамытуға</w:t>
      </w:r>
      <w:proofErr w:type="spellEnd"/>
      <w:r w:rsidRPr="00E200D0">
        <w:rPr>
          <w:bCs/>
        </w:rPr>
        <w:t xml:space="preserve">, </w:t>
      </w:r>
      <w:proofErr w:type="spellStart"/>
      <w:r w:rsidRPr="00886237">
        <w:rPr>
          <w:bCs/>
          <w:lang w:val="ru-RU"/>
        </w:rPr>
        <w:t>спорттық</w:t>
      </w:r>
      <w:proofErr w:type="spellEnd"/>
      <w:r w:rsidRPr="00E200D0">
        <w:rPr>
          <w:bCs/>
        </w:rPr>
        <w:t xml:space="preserve">, </w:t>
      </w:r>
      <w:proofErr w:type="spellStart"/>
      <w:r w:rsidRPr="00886237">
        <w:rPr>
          <w:bCs/>
          <w:lang w:val="ru-RU"/>
        </w:rPr>
        <w:t>туристік</w:t>
      </w:r>
      <w:proofErr w:type="spellEnd"/>
      <w:r w:rsidRPr="00E200D0">
        <w:rPr>
          <w:bCs/>
        </w:rPr>
        <w:t xml:space="preserve">, </w:t>
      </w:r>
      <w:proofErr w:type="spellStart"/>
      <w:r w:rsidRPr="00886237">
        <w:rPr>
          <w:bCs/>
          <w:lang w:val="ru-RU"/>
        </w:rPr>
        <w:t>коммуникативтік</w:t>
      </w:r>
      <w:proofErr w:type="spellEnd"/>
      <w:r w:rsidRPr="00E200D0">
        <w:rPr>
          <w:bCs/>
        </w:rPr>
        <w:t xml:space="preserve">, </w:t>
      </w:r>
      <w:proofErr w:type="spellStart"/>
      <w:r w:rsidRPr="00886237">
        <w:rPr>
          <w:bCs/>
          <w:lang w:val="ru-RU"/>
        </w:rPr>
        <w:t>тұлғалық</w:t>
      </w:r>
      <w:proofErr w:type="spellEnd"/>
      <w:r w:rsidRPr="00E200D0">
        <w:rPr>
          <w:bCs/>
        </w:rPr>
        <w:t xml:space="preserve">, </w:t>
      </w:r>
      <w:proofErr w:type="spellStart"/>
      <w:r w:rsidRPr="00886237">
        <w:rPr>
          <w:bCs/>
          <w:lang w:val="ru-RU"/>
        </w:rPr>
        <w:t>әлеуметтік</w:t>
      </w:r>
      <w:proofErr w:type="spellEnd"/>
      <w:r w:rsidRPr="00E200D0">
        <w:rPr>
          <w:bCs/>
        </w:rPr>
        <w:t xml:space="preserve">, </w:t>
      </w:r>
      <w:proofErr w:type="spellStart"/>
      <w:r w:rsidRPr="00886237">
        <w:rPr>
          <w:bCs/>
          <w:lang w:val="ru-RU"/>
        </w:rPr>
        <w:t>зерттеушілік</w:t>
      </w:r>
      <w:proofErr w:type="spellEnd"/>
      <w:r w:rsidRPr="00E200D0">
        <w:rPr>
          <w:bCs/>
        </w:rPr>
        <w:t xml:space="preserve"> </w:t>
      </w:r>
      <w:proofErr w:type="spellStart"/>
      <w:r w:rsidRPr="00886237">
        <w:rPr>
          <w:bCs/>
          <w:lang w:val="ru-RU"/>
        </w:rPr>
        <w:t>және</w:t>
      </w:r>
      <w:proofErr w:type="spellEnd"/>
      <w:r w:rsidRPr="00E200D0">
        <w:rPr>
          <w:bCs/>
        </w:rPr>
        <w:t xml:space="preserve"> </w:t>
      </w:r>
      <w:proofErr w:type="spellStart"/>
      <w:r w:rsidR="00E200D0">
        <w:rPr>
          <w:bCs/>
          <w:lang w:val="ru-RU"/>
        </w:rPr>
        <w:t>тәжірибелік</w:t>
      </w:r>
      <w:proofErr w:type="spellEnd"/>
      <w:r w:rsidRPr="00E200D0">
        <w:rPr>
          <w:bCs/>
        </w:rPr>
        <w:t xml:space="preserve"> </w:t>
      </w:r>
      <w:proofErr w:type="spellStart"/>
      <w:r w:rsidRPr="00886237">
        <w:rPr>
          <w:bCs/>
          <w:lang w:val="ru-RU"/>
        </w:rPr>
        <w:t>құзыреттерін</w:t>
      </w:r>
      <w:proofErr w:type="spellEnd"/>
      <w:r w:rsidRPr="00E200D0">
        <w:rPr>
          <w:bCs/>
        </w:rPr>
        <w:t xml:space="preserve"> </w:t>
      </w:r>
      <w:proofErr w:type="spellStart"/>
      <w:r w:rsidRPr="00886237">
        <w:rPr>
          <w:bCs/>
          <w:lang w:val="ru-RU"/>
        </w:rPr>
        <w:t>қалыптастыруға</w:t>
      </w:r>
      <w:proofErr w:type="spellEnd"/>
      <w:r w:rsidRPr="00E200D0">
        <w:rPr>
          <w:bCs/>
        </w:rPr>
        <w:t xml:space="preserve"> </w:t>
      </w:r>
      <w:proofErr w:type="spellStart"/>
      <w:r w:rsidRPr="00886237">
        <w:rPr>
          <w:bCs/>
          <w:lang w:val="ru-RU"/>
        </w:rPr>
        <w:t>бағытталған</w:t>
      </w:r>
      <w:proofErr w:type="spellEnd"/>
      <w:r w:rsidRPr="00E200D0">
        <w:rPr>
          <w:bCs/>
        </w:rPr>
        <w:t xml:space="preserve"> </w:t>
      </w:r>
      <w:proofErr w:type="spellStart"/>
      <w:r w:rsidRPr="00886237">
        <w:rPr>
          <w:bCs/>
          <w:lang w:val="ru-RU"/>
        </w:rPr>
        <w:t>жазғы</w:t>
      </w:r>
      <w:proofErr w:type="spellEnd"/>
      <w:r w:rsidRPr="00E200D0">
        <w:rPr>
          <w:bCs/>
        </w:rPr>
        <w:t xml:space="preserve"> </w:t>
      </w:r>
      <w:proofErr w:type="spellStart"/>
      <w:r w:rsidRPr="00886237">
        <w:rPr>
          <w:bCs/>
          <w:lang w:val="ru-RU"/>
        </w:rPr>
        <w:t>спорттық</w:t>
      </w:r>
      <w:proofErr w:type="spellEnd"/>
      <w:r w:rsidRPr="00E200D0">
        <w:rPr>
          <w:bCs/>
        </w:rPr>
        <w:t>-</w:t>
      </w:r>
      <w:proofErr w:type="spellStart"/>
      <w:r w:rsidRPr="00886237">
        <w:rPr>
          <w:bCs/>
          <w:lang w:val="ru-RU"/>
        </w:rPr>
        <w:t>туристік</w:t>
      </w:r>
      <w:proofErr w:type="spellEnd"/>
      <w:r w:rsidRPr="00E200D0">
        <w:rPr>
          <w:bCs/>
        </w:rPr>
        <w:t xml:space="preserve"> </w:t>
      </w:r>
      <w:proofErr w:type="spellStart"/>
      <w:r w:rsidRPr="00886237">
        <w:rPr>
          <w:bCs/>
          <w:lang w:val="ru-RU"/>
        </w:rPr>
        <w:t>демалысты</w:t>
      </w:r>
      <w:proofErr w:type="spellEnd"/>
      <w:r w:rsidRPr="00E200D0">
        <w:rPr>
          <w:bCs/>
        </w:rPr>
        <w:t xml:space="preserve"> </w:t>
      </w:r>
      <w:proofErr w:type="spellStart"/>
      <w:r w:rsidRPr="00886237">
        <w:rPr>
          <w:bCs/>
          <w:lang w:val="ru-RU"/>
        </w:rPr>
        <w:t>ұйымдастырудың</w:t>
      </w:r>
      <w:proofErr w:type="spellEnd"/>
      <w:r w:rsidRPr="00E200D0">
        <w:rPr>
          <w:bCs/>
        </w:rPr>
        <w:t xml:space="preserve"> </w:t>
      </w:r>
      <w:proofErr w:type="spellStart"/>
      <w:r w:rsidRPr="00886237">
        <w:rPr>
          <w:bCs/>
          <w:lang w:val="ru-RU"/>
        </w:rPr>
        <w:t>кешенді</w:t>
      </w:r>
      <w:proofErr w:type="spellEnd"/>
      <w:r w:rsidRPr="00E200D0">
        <w:rPr>
          <w:bCs/>
        </w:rPr>
        <w:t xml:space="preserve"> </w:t>
      </w:r>
      <w:proofErr w:type="spellStart"/>
      <w:r w:rsidRPr="00886237">
        <w:rPr>
          <w:bCs/>
          <w:lang w:val="ru-RU"/>
        </w:rPr>
        <w:t>моделі</w:t>
      </w:r>
      <w:proofErr w:type="spellEnd"/>
      <w:r w:rsidRPr="00E200D0">
        <w:rPr>
          <w:bCs/>
        </w:rPr>
        <w:t xml:space="preserve"> </w:t>
      </w:r>
      <w:proofErr w:type="spellStart"/>
      <w:r w:rsidR="00752FC8" w:rsidRPr="00752FC8">
        <w:rPr>
          <w:bCs/>
          <w:lang w:val="ru-RU"/>
        </w:rPr>
        <w:t>болып</w:t>
      </w:r>
      <w:proofErr w:type="spellEnd"/>
      <w:r w:rsidR="00752FC8" w:rsidRPr="003D7653">
        <w:rPr>
          <w:bCs/>
        </w:rPr>
        <w:t xml:space="preserve"> </w:t>
      </w:r>
      <w:proofErr w:type="spellStart"/>
      <w:r w:rsidR="00752FC8" w:rsidRPr="00752FC8">
        <w:rPr>
          <w:bCs/>
          <w:lang w:val="ru-RU"/>
        </w:rPr>
        <w:t>табылады</w:t>
      </w:r>
      <w:proofErr w:type="spellEnd"/>
      <w:r w:rsidRPr="00E200D0">
        <w:rPr>
          <w:bCs/>
        </w:rPr>
        <w:t xml:space="preserve">. </w:t>
      </w:r>
      <w:proofErr w:type="spellStart"/>
      <w:r w:rsidR="003D7653">
        <w:rPr>
          <w:bCs/>
          <w:lang w:val="ru-RU"/>
        </w:rPr>
        <w:t>Аталған</w:t>
      </w:r>
      <w:proofErr w:type="spellEnd"/>
      <w:r w:rsidRPr="00E56216">
        <w:rPr>
          <w:bCs/>
        </w:rPr>
        <w:t xml:space="preserve"> </w:t>
      </w:r>
      <w:proofErr w:type="spellStart"/>
      <w:r w:rsidRPr="00886237">
        <w:rPr>
          <w:bCs/>
          <w:lang w:val="ru-RU"/>
        </w:rPr>
        <w:t>міндеттер</w:t>
      </w:r>
      <w:proofErr w:type="spellEnd"/>
      <w:r w:rsidRPr="00E56216">
        <w:rPr>
          <w:bCs/>
        </w:rPr>
        <w:t xml:space="preserve"> </w:t>
      </w:r>
      <w:proofErr w:type="spellStart"/>
      <w:r w:rsidRPr="00886237">
        <w:rPr>
          <w:bCs/>
          <w:lang w:val="ru-RU"/>
        </w:rPr>
        <w:t>спорттық</w:t>
      </w:r>
      <w:proofErr w:type="spellEnd"/>
      <w:r w:rsidRPr="00E56216">
        <w:rPr>
          <w:bCs/>
        </w:rPr>
        <w:t xml:space="preserve">, </w:t>
      </w:r>
      <w:proofErr w:type="spellStart"/>
      <w:r w:rsidRPr="00886237">
        <w:rPr>
          <w:bCs/>
          <w:lang w:val="ru-RU"/>
        </w:rPr>
        <w:t>туристік</w:t>
      </w:r>
      <w:proofErr w:type="spellEnd"/>
      <w:r w:rsidRPr="00E56216">
        <w:rPr>
          <w:bCs/>
        </w:rPr>
        <w:t xml:space="preserve">, </w:t>
      </w:r>
      <w:proofErr w:type="spellStart"/>
      <w:r w:rsidRPr="00886237">
        <w:rPr>
          <w:bCs/>
          <w:lang w:val="ru-RU"/>
        </w:rPr>
        <w:t>өлкетану</w:t>
      </w:r>
      <w:proofErr w:type="spellEnd"/>
      <w:r w:rsidRPr="00E56216">
        <w:rPr>
          <w:bCs/>
        </w:rPr>
        <w:t xml:space="preserve">, </w:t>
      </w:r>
      <w:proofErr w:type="spellStart"/>
      <w:r w:rsidRPr="00886237">
        <w:rPr>
          <w:bCs/>
          <w:lang w:val="ru-RU"/>
        </w:rPr>
        <w:t>командалық</w:t>
      </w:r>
      <w:proofErr w:type="spellEnd"/>
      <w:r w:rsidRPr="00E56216">
        <w:rPr>
          <w:bCs/>
        </w:rPr>
        <w:t xml:space="preserve">, </w:t>
      </w:r>
      <w:proofErr w:type="spellStart"/>
      <w:r w:rsidRPr="00886237">
        <w:rPr>
          <w:bCs/>
          <w:lang w:val="ru-RU"/>
        </w:rPr>
        <w:t>жобалық</w:t>
      </w:r>
      <w:proofErr w:type="spellEnd"/>
      <w:r w:rsidRPr="00E56216">
        <w:rPr>
          <w:bCs/>
        </w:rPr>
        <w:t xml:space="preserve"> </w:t>
      </w:r>
      <w:proofErr w:type="spellStart"/>
      <w:r w:rsidRPr="00886237">
        <w:rPr>
          <w:bCs/>
          <w:lang w:val="ru-RU"/>
        </w:rPr>
        <w:t>және</w:t>
      </w:r>
      <w:proofErr w:type="spellEnd"/>
      <w:r w:rsidRPr="00E56216">
        <w:rPr>
          <w:bCs/>
        </w:rPr>
        <w:t xml:space="preserve"> </w:t>
      </w:r>
      <w:proofErr w:type="spellStart"/>
      <w:r w:rsidRPr="00886237">
        <w:rPr>
          <w:bCs/>
          <w:lang w:val="ru-RU"/>
        </w:rPr>
        <w:t>сауықтыру</w:t>
      </w:r>
      <w:proofErr w:type="spellEnd"/>
      <w:r w:rsidRPr="00E56216">
        <w:rPr>
          <w:bCs/>
        </w:rPr>
        <w:t xml:space="preserve"> </w:t>
      </w:r>
      <w:proofErr w:type="spellStart"/>
      <w:r w:rsidRPr="00886237">
        <w:rPr>
          <w:bCs/>
          <w:lang w:val="ru-RU"/>
        </w:rPr>
        <w:t>қызметтері</w:t>
      </w:r>
      <w:proofErr w:type="spellEnd"/>
      <w:r w:rsidRPr="00E56216">
        <w:rPr>
          <w:bCs/>
        </w:rPr>
        <w:t xml:space="preserve"> </w:t>
      </w:r>
      <w:proofErr w:type="spellStart"/>
      <w:r w:rsidRPr="00886237">
        <w:rPr>
          <w:bCs/>
          <w:lang w:val="ru-RU"/>
        </w:rPr>
        <w:t>арқылы</w:t>
      </w:r>
      <w:proofErr w:type="spellEnd"/>
      <w:r w:rsidRPr="00E56216">
        <w:rPr>
          <w:bCs/>
        </w:rPr>
        <w:t xml:space="preserve"> </w:t>
      </w:r>
      <w:proofErr w:type="spellStart"/>
      <w:r w:rsidRPr="00886237">
        <w:rPr>
          <w:bCs/>
          <w:lang w:val="ru-RU"/>
        </w:rPr>
        <w:t>іске</w:t>
      </w:r>
      <w:proofErr w:type="spellEnd"/>
      <w:r w:rsidRPr="00E56216">
        <w:rPr>
          <w:bCs/>
        </w:rPr>
        <w:t xml:space="preserve"> </w:t>
      </w:r>
      <w:proofErr w:type="spellStart"/>
      <w:r w:rsidRPr="00886237">
        <w:rPr>
          <w:bCs/>
          <w:lang w:val="ru-RU"/>
        </w:rPr>
        <w:t>асырылады</w:t>
      </w:r>
      <w:proofErr w:type="spellEnd"/>
      <w:r w:rsidRPr="00E56216">
        <w:rPr>
          <w:bCs/>
        </w:rPr>
        <w:t>.</w:t>
      </w:r>
    </w:p>
    <w:p w14:paraId="53FB4F87" w14:textId="26AB937D" w:rsidR="00886237" w:rsidRPr="00E56216" w:rsidRDefault="00C67B66" w:rsidP="00886237">
      <w:pPr>
        <w:jc w:val="both"/>
        <w:rPr>
          <w:bCs/>
        </w:rPr>
      </w:pPr>
      <w:proofErr w:type="spellStart"/>
      <w:r w:rsidRPr="00886237">
        <w:rPr>
          <w:bCs/>
          <w:lang w:val="ru-RU"/>
        </w:rPr>
        <w:t>Бағдарлама</w:t>
      </w:r>
      <w:proofErr w:type="spellEnd"/>
      <w:r w:rsidRPr="00E56216">
        <w:rPr>
          <w:bCs/>
        </w:rPr>
        <w:t xml:space="preserve"> </w:t>
      </w:r>
      <w:proofErr w:type="spellStart"/>
      <w:r w:rsidRPr="00886237">
        <w:rPr>
          <w:bCs/>
          <w:lang w:val="ru-RU"/>
        </w:rPr>
        <w:t>Ұйым</w:t>
      </w:r>
      <w:proofErr w:type="spellEnd"/>
      <w:r w:rsidRPr="00E56216">
        <w:rPr>
          <w:bCs/>
        </w:rPr>
        <w:t xml:space="preserve"> </w:t>
      </w:r>
      <w:proofErr w:type="spellStart"/>
      <w:r w:rsidRPr="00886237">
        <w:rPr>
          <w:bCs/>
          <w:lang w:val="ru-RU"/>
        </w:rPr>
        <w:t>тарапынан</w:t>
      </w:r>
      <w:proofErr w:type="spellEnd"/>
      <w:r w:rsidRPr="00E56216">
        <w:rPr>
          <w:bCs/>
        </w:rPr>
        <w:t xml:space="preserve"> </w:t>
      </w:r>
      <w:proofErr w:type="spellStart"/>
      <w:r w:rsidRPr="00886237">
        <w:rPr>
          <w:bCs/>
          <w:lang w:val="ru-RU"/>
        </w:rPr>
        <w:t>жазғы</w:t>
      </w:r>
      <w:proofErr w:type="spellEnd"/>
      <w:r w:rsidRPr="00E56216">
        <w:rPr>
          <w:bCs/>
        </w:rPr>
        <w:t xml:space="preserve"> </w:t>
      </w:r>
      <w:proofErr w:type="spellStart"/>
      <w:r w:rsidRPr="00886237">
        <w:rPr>
          <w:bCs/>
          <w:lang w:val="ru-RU"/>
        </w:rPr>
        <w:t>маусым</w:t>
      </w:r>
      <w:proofErr w:type="spellEnd"/>
      <w:r w:rsidRPr="00E56216">
        <w:rPr>
          <w:bCs/>
        </w:rPr>
        <w:t xml:space="preserve"> </w:t>
      </w:r>
      <w:proofErr w:type="spellStart"/>
      <w:r w:rsidRPr="00886237">
        <w:rPr>
          <w:bCs/>
          <w:lang w:val="ru-RU"/>
        </w:rPr>
        <w:t>кезеңінде</w:t>
      </w:r>
      <w:proofErr w:type="spellEnd"/>
      <w:r w:rsidRPr="00E56216">
        <w:rPr>
          <w:bCs/>
        </w:rPr>
        <w:t xml:space="preserve"> </w:t>
      </w:r>
      <w:proofErr w:type="spellStart"/>
      <w:r w:rsidRPr="00886237">
        <w:rPr>
          <w:bCs/>
          <w:lang w:val="ru-RU"/>
        </w:rPr>
        <w:t>бекітілген</w:t>
      </w:r>
      <w:proofErr w:type="spellEnd"/>
      <w:r w:rsidRPr="00E56216">
        <w:rPr>
          <w:bCs/>
        </w:rPr>
        <w:t xml:space="preserve"> </w:t>
      </w:r>
      <w:proofErr w:type="spellStart"/>
      <w:r w:rsidRPr="00886237">
        <w:rPr>
          <w:bCs/>
          <w:lang w:val="ru-RU"/>
        </w:rPr>
        <w:t>ауысымдар</w:t>
      </w:r>
      <w:proofErr w:type="spellEnd"/>
      <w:r w:rsidRPr="00E56216">
        <w:rPr>
          <w:bCs/>
        </w:rPr>
        <w:t xml:space="preserve"> </w:t>
      </w:r>
      <w:proofErr w:type="spellStart"/>
      <w:r w:rsidRPr="00886237">
        <w:rPr>
          <w:bCs/>
          <w:lang w:val="ru-RU"/>
        </w:rPr>
        <w:t>кестесіне</w:t>
      </w:r>
      <w:proofErr w:type="spellEnd"/>
      <w:r w:rsidRPr="00E56216">
        <w:rPr>
          <w:bCs/>
        </w:rPr>
        <w:t xml:space="preserve">, </w:t>
      </w:r>
      <w:r w:rsidR="00195065">
        <w:rPr>
          <w:lang w:val="ru-RU"/>
        </w:rPr>
        <w:t>ББСО</w:t>
      </w:r>
      <w:r w:rsidRPr="00E56216">
        <w:rPr>
          <w:bCs/>
        </w:rPr>
        <w:t xml:space="preserve"> </w:t>
      </w:r>
      <w:proofErr w:type="spellStart"/>
      <w:r w:rsidRPr="00886237">
        <w:rPr>
          <w:bCs/>
          <w:lang w:val="ru-RU"/>
        </w:rPr>
        <w:t>жұмыс</w:t>
      </w:r>
      <w:proofErr w:type="spellEnd"/>
      <w:r w:rsidRPr="00E56216">
        <w:rPr>
          <w:bCs/>
        </w:rPr>
        <w:t xml:space="preserve"> </w:t>
      </w:r>
      <w:proofErr w:type="spellStart"/>
      <w:r w:rsidRPr="00886237">
        <w:rPr>
          <w:bCs/>
          <w:lang w:val="ru-RU"/>
        </w:rPr>
        <w:t>істеу</w:t>
      </w:r>
      <w:proofErr w:type="spellEnd"/>
      <w:r w:rsidRPr="00E56216">
        <w:rPr>
          <w:bCs/>
        </w:rPr>
        <w:t xml:space="preserve"> </w:t>
      </w:r>
      <w:proofErr w:type="spellStart"/>
      <w:r w:rsidRPr="00886237">
        <w:rPr>
          <w:bCs/>
          <w:lang w:val="ru-RU"/>
        </w:rPr>
        <w:t>жағдайларына</w:t>
      </w:r>
      <w:proofErr w:type="spellEnd"/>
      <w:r w:rsidRPr="00E56216">
        <w:rPr>
          <w:bCs/>
        </w:rPr>
        <w:t xml:space="preserve">, </w:t>
      </w:r>
      <w:proofErr w:type="spellStart"/>
      <w:r w:rsidRPr="00886237">
        <w:rPr>
          <w:bCs/>
          <w:lang w:val="ru-RU"/>
        </w:rPr>
        <w:t>қатысушылардың</w:t>
      </w:r>
      <w:proofErr w:type="spellEnd"/>
      <w:r w:rsidRPr="00E56216">
        <w:rPr>
          <w:bCs/>
        </w:rPr>
        <w:t xml:space="preserve"> </w:t>
      </w:r>
      <w:proofErr w:type="spellStart"/>
      <w:r w:rsidRPr="00886237">
        <w:rPr>
          <w:bCs/>
          <w:lang w:val="ru-RU"/>
        </w:rPr>
        <w:t>жас</w:t>
      </w:r>
      <w:proofErr w:type="spellEnd"/>
      <w:r w:rsidRPr="00E56216">
        <w:rPr>
          <w:bCs/>
        </w:rPr>
        <w:t xml:space="preserve"> </w:t>
      </w:r>
      <w:proofErr w:type="spellStart"/>
      <w:r w:rsidRPr="00886237">
        <w:rPr>
          <w:bCs/>
          <w:lang w:val="ru-RU"/>
        </w:rPr>
        <w:t>ерекшеліктеріне</w:t>
      </w:r>
      <w:proofErr w:type="spellEnd"/>
      <w:r w:rsidRPr="00E56216">
        <w:rPr>
          <w:bCs/>
        </w:rPr>
        <w:t xml:space="preserve">, </w:t>
      </w:r>
      <w:proofErr w:type="spellStart"/>
      <w:r w:rsidRPr="00886237">
        <w:rPr>
          <w:bCs/>
          <w:lang w:val="ru-RU"/>
        </w:rPr>
        <w:t>санитариялық</w:t>
      </w:r>
      <w:proofErr w:type="spellEnd"/>
      <w:r w:rsidRPr="00E56216">
        <w:rPr>
          <w:bCs/>
        </w:rPr>
        <w:t>-</w:t>
      </w:r>
      <w:proofErr w:type="spellStart"/>
      <w:r w:rsidRPr="00886237">
        <w:rPr>
          <w:bCs/>
          <w:lang w:val="ru-RU"/>
        </w:rPr>
        <w:t>эпидемиологиялық</w:t>
      </w:r>
      <w:proofErr w:type="spellEnd"/>
      <w:r w:rsidRPr="00E56216">
        <w:rPr>
          <w:bCs/>
        </w:rPr>
        <w:t xml:space="preserve"> </w:t>
      </w:r>
      <w:proofErr w:type="spellStart"/>
      <w:r w:rsidRPr="00886237">
        <w:rPr>
          <w:bCs/>
          <w:lang w:val="ru-RU"/>
        </w:rPr>
        <w:t>талаптарға</w:t>
      </w:r>
      <w:proofErr w:type="spellEnd"/>
      <w:r w:rsidRPr="00E56216">
        <w:rPr>
          <w:bCs/>
        </w:rPr>
        <w:t xml:space="preserve">, </w:t>
      </w:r>
      <w:proofErr w:type="spellStart"/>
      <w:r w:rsidRPr="00886237">
        <w:rPr>
          <w:bCs/>
          <w:lang w:val="ru-RU"/>
        </w:rPr>
        <w:t>кадрлық</w:t>
      </w:r>
      <w:proofErr w:type="spellEnd"/>
      <w:r w:rsidRPr="00E56216">
        <w:rPr>
          <w:bCs/>
        </w:rPr>
        <w:t xml:space="preserve"> </w:t>
      </w:r>
      <w:proofErr w:type="spellStart"/>
      <w:r w:rsidRPr="00886237">
        <w:rPr>
          <w:bCs/>
          <w:lang w:val="ru-RU"/>
        </w:rPr>
        <w:t>және</w:t>
      </w:r>
      <w:proofErr w:type="spellEnd"/>
      <w:r w:rsidRPr="00E56216">
        <w:rPr>
          <w:bCs/>
        </w:rPr>
        <w:t xml:space="preserve"> </w:t>
      </w:r>
      <w:proofErr w:type="spellStart"/>
      <w:r w:rsidRPr="00886237">
        <w:rPr>
          <w:bCs/>
          <w:lang w:val="ru-RU"/>
        </w:rPr>
        <w:t>материалдық</w:t>
      </w:r>
      <w:proofErr w:type="spellEnd"/>
      <w:r w:rsidRPr="00E56216">
        <w:rPr>
          <w:bCs/>
        </w:rPr>
        <w:t>-</w:t>
      </w:r>
      <w:proofErr w:type="spellStart"/>
      <w:r w:rsidRPr="00886237">
        <w:rPr>
          <w:bCs/>
          <w:lang w:val="ru-RU"/>
        </w:rPr>
        <w:t>техникалық</w:t>
      </w:r>
      <w:proofErr w:type="spellEnd"/>
      <w:r w:rsidRPr="00E56216">
        <w:rPr>
          <w:bCs/>
        </w:rPr>
        <w:t xml:space="preserve"> </w:t>
      </w:r>
      <w:proofErr w:type="spellStart"/>
      <w:r w:rsidRPr="00886237">
        <w:rPr>
          <w:bCs/>
          <w:lang w:val="ru-RU"/>
        </w:rPr>
        <w:t>қамтамасыз</w:t>
      </w:r>
      <w:proofErr w:type="spellEnd"/>
      <w:r w:rsidRPr="00E56216">
        <w:rPr>
          <w:bCs/>
        </w:rPr>
        <w:t xml:space="preserve"> </w:t>
      </w:r>
      <w:proofErr w:type="spellStart"/>
      <w:r w:rsidRPr="00886237">
        <w:rPr>
          <w:bCs/>
          <w:lang w:val="ru-RU"/>
        </w:rPr>
        <w:t>ету</w:t>
      </w:r>
      <w:proofErr w:type="spellEnd"/>
      <w:r w:rsidRPr="00E56216">
        <w:rPr>
          <w:bCs/>
        </w:rPr>
        <w:t xml:space="preserve"> </w:t>
      </w:r>
      <w:proofErr w:type="spellStart"/>
      <w:r w:rsidRPr="00886237">
        <w:rPr>
          <w:bCs/>
          <w:lang w:val="ru-RU"/>
        </w:rPr>
        <w:t>деңгейіне</w:t>
      </w:r>
      <w:proofErr w:type="spellEnd"/>
      <w:r w:rsidRPr="00E56216">
        <w:rPr>
          <w:bCs/>
        </w:rPr>
        <w:t xml:space="preserve"> </w:t>
      </w:r>
      <w:proofErr w:type="spellStart"/>
      <w:r w:rsidRPr="00886237">
        <w:rPr>
          <w:bCs/>
          <w:lang w:val="ru-RU"/>
        </w:rPr>
        <w:t>сәйкес</w:t>
      </w:r>
      <w:proofErr w:type="spellEnd"/>
      <w:r w:rsidRPr="00E56216">
        <w:rPr>
          <w:bCs/>
        </w:rPr>
        <w:t xml:space="preserve"> </w:t>
      </w:r>
      <w:proofErr w:type="spellStart"/>
      <w:r w:rsidRPr="00886237">
        <w:rPr>
          <w:bCs/>
          <w:lang w:val="ru-RU"/>
        </w:rPr>
        <w:t>жүзеге</w:t>
      </w:r>
      <w:proofErr w:type="spellEnd"/>
      <w:r w:rsidRPr="00E56216">
        <w:rPr>
          <w:bCs/>
        </w:rPr>
        <w:t xml:space="preserve"> </w:t>
      </w:r>
      <w:proofErr w:type="spellStart"/>
      <w:r w:rsidRPr="00886237">
        <w:rPr>
          <w:bCs/>
          <w:lang w:val="ru-RU"/>
        </w:rPr>
        <w:t>асырылады</w:t>
      </w:r>
      <w:proofErr w:type="spellEnd"/>
      <w:r w:rsidRPr="00E56216">
        <w:rPr>
          <w:bCs/>
        </w:rPr>
        <w:t>.</w:t>
      </w:r>
    </w:p>
    <w:p w14:paraId="655A4B07" w14:textId="77777777" w:rsidR="00886237" w:rsidRPr="00E56216" w:rsidRDefault="00C67B66" w:rsidP="00886237">
      <w:pPr>
        <w:jc w:val="both"/>
        <w:rPr>
          <w:bCs/>
        </w:rPr>
      </w:pPr>
      <w:proofErr w:type="spellStart"/>
      <w:r w:rsidRPr="00886237">
        <w:rPr>
          <w:bCs/>
          <w:lang w:val="ru-RU"/>
        </w:rPr>
        <w:t>Бағдарламаның</w:t>
      </w:r>
      <w:proofErr w:type="spellEnd"/>
      <w:r w:rsidRPr="00E56216">
        <w:rPr>
          <w:bCs/>
        </w:rPr>
        <w:t xml:space="preserve"> </w:t>
      </w:r>
      <w:proofErr w:type="spellStart"/>
      <w:r w:rsidRPr="00886237">
        <w:rPr>
          <w:bCs/>
          <w:lang w:val="ru-RU"/>
        </w:rPr>
        <w:t>тұжырымдамалық</w:t>
      </w:r>
      <w:proofErr w:type="spellEnd"/>
      <w:r w:rsidRPr="00E56216">
        <w:rPr>
          <w:bCs/>
        </w:rPr>
        <w:t xml:space="preserve"> </w:t>
      </w:r>
      <w:proofErr w:type="spellStart"/>
      <w:r w:rsidRPr="00886237">
        <w:rPr>
          <w:bCs/>
          <w:lang w:val="ru-RU"/>
        </w:rPr>
        <w:t>негізі</w:t>
      </w:r>
      <w:proofErr w:type="spellEnd"/>
      <w:r w:rsidRPr="00E56216">
        <w:rPr>
          <w:bCs/>
        </w:rPr>
        <w:t xml:space="preserve"> – </w:t>
      </w:r>
      <w:proofErr w:type="spellStart"/>
      <w:r w:rsidRPr="00886237">
        <w:rPr>
          <w:bCs/>
          <w:lang w:val="ru-RU"/>
        </w:rPr>
        <w:t>баланың</w:t>
      </w:r>
      <w:proofErr w:type="spellEnd"/>
      <w:r w:rsidRPr="00E56216">
        <w:rPr>
          <w:bCs/>
        </w:rPr>
        <w:t xml:space="preserve"> </w:t>
      </w:r>
      <w:proofErr w:type="spellStart"/>
      <w:r w:rsidRPr="00886237">
        <w:rPr>
          <w:bCs/>
          <w:lang w:val="ru-RU"/>
        </w:rPr>
        <w:t>денсаулығын</w:t>
      </w:r>
      <w:proofErr w:type="spellEnd"/>
      <w:r w:rsidRPr="00E56216">
        <w:rPr>
          <w:bCs/>
        </w:rPr>
        <w:t xml:space="preserve"> </w:t>
      </w:r>
      <w:proofErr w:type="spellStart"/>
      <w:r w:rsidR="00886237">
        <w:rPr>
          <w:bCs/>
          <w:lang w:val="ru-RU"/>
        </w:rPr>
        <w:t>күшейтіп</w:t>
      </w:r>
      <w:proofErr w:type="spellEnd"/>
      <w:r w:rsidRPr="00E56216">
        <w:rPr>
          <w:bCs/>
        </w:rPr>
        <w:t xml:space="preserve">, </w:t>
      </w:r>
      <w:proofErr w:type="spellStart"/>
      <w:r w:rsidRPr="00886237">
        <w:rPr>
          <w:bCs/>
          <w:lang w:val="ru-RU"/>
        </w:rPr>
        <w:t>бағдарлау</w:t>
      </w:r>
      <w:proofErr w:type="spellEnd"/>
      <w:r w:rsidRPr="00E56216">
        <w:rPr>
          <w:bCs/>
        </w:rPr>
        <w:t xml:space="preserve"> </w:t>
      </w:r>
      <w:r w:rsidRPr="00886237">
        <w:rPr>
          <w:bCs/>
          <w:lang w:val="ru-RU"/>
        </w:rPr>
        <w:t>мен</w:t>
      </w:r>
      <w:r w:rsidRPr="00E56216">
        <w:rPr>
          <w:bCs/>
        </w:rPr>
        <w:t xml:space="preserve"> </w:t>
      </w:r>
      <w:proofErr w:type="spellStart"/>
      <w:r w:rsidRPr="00886237">
        <w:rPr>
          <w:bCs/>
          <w:lang w:val="ru-RU"/>
        </w:rPr>
        <w:t>қауіпсіз</w:t>
      </w:r>
      <w:proofErr w:type="spellEnd"/>
      <w:r w:rsidRPr="00E56216">
        <w:rPr>
          <w:bCs/>
        </w:rPr>
        <w:t xml:space="preserve"> </w:t>
      </w:r>
      <w:proofErr w:type="spellStart"/>
      <w:r w:rsidRPr="00886237">
        <w:rPr>
          <w:bCs/>
          <w:lang w:val="ru-RU"/>
        </w:rPr>
        <w:t>мінез</w:t>
      </w:r>
      <w:proofErr w:type="spellEnd"/>
      <w:r w:rsidRPr="00E56216">
        <w:rPr>
          <w:bCs/>
        </w:rPr>
        <w:t>-</w:t>
      </w:r>
      <w:proofErr w:type="spellStart"/>
      <w:r w:rsidRPr="00886237">
        <w:rPr>
          <w:bCs/>
          <w:lang w:val="ru-RU"/>
        </w:rPr>
        <w:t>құлықтың</w:t>
      </w:r>
      <w:proofErr w:type="spellEnd"/>
      <w:r w:rsidRPr="00E56216">
        <w:rPr>
          <w:bCs/>
        </w:rPr>
        <w:t xml:space="preserve"> </w:t>
      </w:r>
      <w:proofErr w:type="spellStart"/>
      <w:r w:rsidRPr="00886237">
        <w:rPr>
          <w:bCs/>
          <w:lang w:val="ru-RU"/>
        </w:rPr>
        <w:t>тәжірибесін</w:t>
      </w:r>
      <w:proofErr w:type="spellEnd"/>
      <w:r w:rsidRPr="00E56216">
        <w:rPr>
          <w:bCs/>
        </w:rPr>
        <w:t xml:space="preserve"> </w:t>
      </w:r>
      <w:proofErr w:type="spellStart"/>
      <w:r w:rsidRPr="00886237">
        <w:rPr>
          <w:bCs/>
          <w:lang w:val="ru-RU"/>
        </w:rPr>
        <w:t>меңгеруіне</w:t>
      </w:r>
      <w:proofErr w:type="spellEnd"/>
      <w:r w:rsidRPr="00E56216">
        <w:rPr>
          <w:bCs/>
        </w:rPr>
        <w:t xml:space="preserve">, </w:t>
      </w:r>
      <w:proofErr w:type="spellStart"/>
      <w:r w:rsidRPr="00886237">
        <w:rPr>
          <w:bCs/>
          <w:lang w:val="ru-RU"/>
        </w:rPr>
        <w:t>командада</w:t>
      </w:r>
      <w:proofErr w:type="spellEnd"/>
      <w:r w:rsidRPr="00E56216">
        <w:rPr>
          <w:bCs/>
        </w:rPr>
        <w:t xml:space="preserve"> </w:t>
      </w:r>
      <w:proofErr w:type="spellStart"/>
      <w:r w:rsidRPr="00886237">
        <w:rPr>
          <w:bCs/>
          <w:lang w:val="ru-RU"/>
        </w:rPr>
        <w:t>жұмыс</w:t>
      </w:r>
      <w:proofErr w:type="spellEnd"/>
      <w:r w:rsidRPr="00E56216">
        <w:rPr>
          <w:bCs/>
        </w:rPr>
        <w:t xml:space="preserve"> </w:t>
      </w:r>
      <w:proofErr w:type="spellStart"/>
      <w:r w:rsidRPr="00886237">
        <w:rPr>
          <w:bCs/>
          <w:lang w:val="ru-RU"/>
        </w:rPr>
        <w:t>істеуге</w:t>
      </w:r>
      <w:proofErr w:type="spellEnd"/>
      <w:r w:rsidRPr="00E56216">
        <w:rPr>
          <w:bCs/>
        </w:rPr>
        <w:t xml:space="preserve">, </w:t>
      </w:r>
      <w:proofErr w:type="spellStart"/>
      <w:r w:rsidRPr="00886237">
        <w:rPr>
          <w:bCs/>
          <w:lang w:val="ru-RU"/>
        </w:rPr>
        <w:t>төзімділік</w:t>
      </w:r>
      <w:proofErr w:type="spellEnd"/>
      <w:r w:rsidRPr="00E56216">
        <w:rPr>
          <w:bCs/>
        </w:rPr>
        <w:t xml:space="preserve">, </w:t>
      </w:r>
      <w:proofErr w:type="spellStart"/>
      <w:r w:rsidRPr="00886237">
        <w:rPr>
          <w:bCs/>
          <w:lang w:val="ru-RU"/>
        </w:rPr>
        <w:t>өзара</w:t>
      </w:r>
      <w:proofErr w:type="spellEnd"/>
      <w:r w:rsidRPr="00E56216">
        <w:rPr>
          <w:bCs/>
        </w:rPr>
        <w:t xml:space="preserve"> </w:t>
      </w:r>
      <w:proofErr w:type="spellStart"/>
      <w:r w:rsidRPr="00886237">
        <w:rPr>
          <w:bCs/>
          <w:lang w:val="ru-RU"/>
        </w:rPr>
        <w:t>көмек</w:t>
      </w:r>
      <w:proofErr w:type="spellEnd"/>
      <w:r w:rsidRPr="00E56216">
        <w:rPr>
          <w:bCs/>
        </w:rPr>
        <w:t xml:space="preserve">, </w:t>
      </w:r>
      <w:proofErr w:type="spellStart"/>
      <w:r w:rsidRPr="00886237">
        <w:rPr>
          <w:bCs/>
          <w:lang w:val="ru-RU"/>
        </w:rPr>
        <w:t>жауапкершілік</w:t>
      </w:r>
      <w:proofErr w:type="spellEnd"/>
      <w:r w:rsidRPr="00E56216">
        <w:rPr>
          <w:bCs/>
        </w:rPr>
        <w:t xml:space="preserve">, </w:t>
      </w:r>
      <w:proofErr w:type="spellStart"/>
      <w:r w:rsidRPr="00886237">
        <w:rPr>
          <w:bCs/>
          <w:lang w:val="ru-RU"/>
        </w:rPr>
        <w:t>табиғатқа</w:t>
      </w:r>
      <w:proofErr w:type="spellEnd"/>
      <w:r w:rsidRPr="00E56216">
        <w:rPr>
          <w:bCs/>
        </w:rPr>
        <w:t xml:space="preserve"> </w:t>
      </w:r>
      <w:proofErr w:type="spellStart"/>
      <w:r w:rsidRPr="00886237">
        <w:rPr>
          <w:bCs/>
          <w:lang w:val="ru-RU"/>
        </w:rPr>
        <w:t>құрмет</w:t>
      </w:r>
      <w:proofErr w:type="spellEnd"/>
      <w:r w:rsidRPr="00E56216">
        <w:rPr>
          <w:bCs/>
        </w:rPr>
        <w:t xml:space="preserve"> </w:t>
      </w:r>
      <w:r w:rsidRPr="00886237">
        <w:rPr>
          <w:bCs/>
          <w:lang w:val="ru-RU"/>
        </w:rPr>
        <w:t>пен</w:t>
      </w:r>
      <w:r w:rsidRPr="00E56216">
        <w:rPr>
          <w:bCs/>
        </w:rPr>
        <w:t xml:space="preserve"> </w:t>
      </w:r>
      <w:proofErr w:type="spellStart"/>
      <w:r w:rsidRPr="00886237">
        <w:rPr>
          <w:bCs/>
          <w:lang w:val="ru-RU"/>
        </w:rPr>
        <w:t>бірлесіп</w:t>
      </w:r>
      <w:proofErr w:type="spellEnd"/>
      <w:r w:rsidRPr="00E56216">
        <w:rPr>
          <w:bCs/>
        </w:rPr>
        <w:t xml:space="preserve"> </w:t>
      </w:r>
      <w:proofErr w:type="spellStart"/>
      <w:r w:rsidRPr="00886237">
        <w:rPr>
          <w:bCs/>
          <w:lang w:val="ru-RU"/>
        </w:rPr>
        <w:t>өмір</w:t>
      </w:r>
      <w:proofErr w:type="spellEnd"/>
      <w:r w:rsidRPr="00E56216">
        <w:rPr>
          <w:bCs/>
        </w:rPr>
        <w:t xml:space="preserve"> </w:t>
      </w:r>
      <w:proofErr w:type="spellStart"/>
      <w:r w:rsidRPr="00886237">
        <w:rPr>
          <w:bCs/>
          <w:lang w:val="ru-RU"/>
        </w:rPr>
        <w:t>сүру</w:t>
      </w:r>
      <w:proofErr w:type="spellEnd"/>
      <w:r w:rsidRPr="00E56216">
        <w:rPr>
          <w:bCs/>
        </w:rPr>
        <w:t xml:space="preserve"> </w:t>
      </w:r>
      <w:proofErr w:type="spellStart"/>
      <w:r w:rsidRPr="00886237">
        <w:rPr>
          <w:bCs/>
          <w:lang w:val="ru-RU"/>
        </w:rPr>
        <w:t>қағидаларын</w:t>
      </w:r>
      <w:proofErr w:type="spellEnd"/>
      <w:r w:rsidRPr="00E56216">
        <w:rPr>
          <w:bCs/>
        </w:rPr>
        <w:t xml:space="preserve"> </w:t>
      </w:r>
      <w:proofErr w:type="spellStart"/>
      <w:r w:rsidRPr="00886237">
        <w:rPr>
          <w:bCs/>
          <w:lang w:val="ru-RU"/>
        </w:rPr>
        <w:t>сақтауға</w:t>
      </w:r>
      <w:proofErr w:type="spellEnd"/>
      <w:r w:rsidRPr="00E56216">
        <w:rPr>
          <w:bCs/>
        </w:rPr>
        <w:t xml:space="preserve"> </w:t>
      </w:r>
      <w:proofErr w:type="spellStart"/>
      <w:r w:rsidRPr="00886237">
        <w:rPr>
          <w:bCs/>
          <w:lang w:val="ru-RU"/>
        </w:rPr>
        <w:t>үйренуіне</w:t>
      </w:r>
      <w:proofErr w:type="spellEnd"/>
      <w:r w:rsidRPr="00E56216">
        <w:rPr>
          <w:bCs/>
        </w:rPr>
        <w:t xml:space="preserve"> </w:t>
      </w:r>
      <w:proofErr w:type="spellStart"/>
      <w:r w:rsidRPr="00886237">
        <w:rPr>
          <w:bCs/>
          <w:lang w:val="ru-RU"/>
        </w:rPr>
        <w:t>мүмкіндік</w:t>
      </w:r>
      <w:proofErr w:type="spellEnd"/>
      <w:r w:rsidRPr="00E56216">
        <w:rPr>
          <w:bCs/>
        </w:rPr>
        <w:t xml:space="preserve"> </w:t>
      </w:r>
      <w:proofErr w:type="spellStart"/>
      <w:r w:rsidRPr="00886237">
        <w:rPr>
          <w:bCs/>
          <w:lang w:val="ru-RU"/>
        </w:rPr>
        <w:t>беретін</w:t>
      </w:r>
      <w:proofErr w:type="spellEnd"/>
      <w:r w:rsidRPr="00E56216">
        <w:rPr>
          <w:bCs/>
        </w:rPr>
        <w:t xml:space="preserve"> </w:t>
      </w:r>
      <w:proofErr w:type="spellStart"/>
      <w:r w:rsidRPr="00886237">
        <w:rPr>
          <w:bCs/>
          <w:lang w:val="ru-RU"/>
        </w:rPr>
        <w:t>қауіпсіз</w:t>
      </w:r>
      <w:proofErr w:type="spellEnd"/>
      <w:r w:rsidRPr="00E56216">
        <w:rPr>
          <w:bCs/>
        </w:rPr>
        <w:t xml:space="preserve">, </w:t>
      </w:r>
      <w:proofErr w:type="spellStart"/>
      <w:r w:rsidRPr="00886237">
        <w:rPr>
          <w:bCs/>
          <w:lang w:val="ru-RU"/>
        </w:rPr>
        <w:t>қолжетімді</w:t>
      </w:r>
      <w:proofErr w:type="spellEnd"/>
      <w:r w:rsidRPr="00E56216">
        <w:rPr>
          <w:bCs/>
        </w:rPr>
        <w:t xml:space="preserve"> </w:t>
      </w:r>
      <w:proofErr w:type="spellStart"/>
      <w:r w:rsidRPr="00886237">
        <w:rPr>
          <w:bCs/>
          <w:lang w:val="ru-RU"/>
        </w:rPr>
        <w:t>және</w:t>
      </w:r>
      <w:proofErr w:type="spellEnd"/>
      <w:r w:rsidRPr="00E56216">
        <w:rPr>
          <w:bCs/>
        </w:rPr>
        <w:t xml:space="preserve"> </w:t>
      </w:r>
      <w:proofErr w:type="spellStart"/>
      <w:r w:rsidRPr="00886237">
        <w:rPr>
          <w:bCs/>
          <w:lang w:val="ru-RU"/>
        </w:rPr>
        <w:t>дамытушы</w:t>
      </w:r>
      <w:proofErr w:type="spellEnd"/>
      <w:r w:rsidRPr="00E56216">
        <w:rPr>
          <w:bCs/>
        </w:rPr>
        <w:t xml:space="preserve"> </w:t>
      </w:r>
      <w:proofErr w:type="spellStart"/>
      <w:r w:rsidRPr="00886237">
        <w:rPr>
          <w:bCs/>
          <w:lang w:val="ru-RU"/>
        </w:rPr>
        <w:t>белсенді</w:t>
      </w:r>
      <w:proofErr w:type="spellEnd"/>
      <w:r w:rsidRPr="00E56216">
        <w:rPr>
          <w:bCs/>
        </w:rPr>
        <w:t xml:space="preserve"> </w:t>
      </w:r>
      <w:proofErr w:type="spellStart"/>
      <w:r w:rsidRPr="00886237">
        <w:rPr>
          <w:bCs/>
          <w:lang w:val="ru-RU"/>
        </w:rPr>
        <w:t>демалыс</w:t>
      </w:r>
      <w:proofErr w:type="spellEnd"/>
      <w:r w:rsidRPr="00E56216">
        <w:rPr>
          <w:bCs/>
        </w:rPr>
        <w:t xml:space="preserve"> </w:t>
      </w:r>
      <w:proofErr w:type="spellStart"/>
      <w:r w:rsidRPr="00886237">
        <w:rPr>
          <w:bCs/>
          <w:lang w:val="ru-RU"/>
        </w:rPr>
        <w:t>ортасын</w:t>
      </w:r>
      <w:proofErr w:type="spellEnd"/>
      <w:r w:rsidRPr="00E56216">
        <w:rPr>
          <w:bCs/>
        </w:rPr>
        <w:t xml:space="preserve"> </w:t>
      </w:r>
      <w:proofErr w:type="spellStart"/>
      <w:r w:rsidRPr="00886237">
        <w:rPr>
          <w:bCs/>
          <w:lang w:val="ru-RU"/>
        </w:rPr>
        <w:t>құру</w:t>
      </w:r>
      <w:proofErr w:type="spellEnd"/>
      <w:r w:rsidRPr="00E56216">
        <w:rPr>
          <w:bCs/>
        </w:rPr>
        <w:t xml:space="preserve"> </w:t>
      </w:r>
      <w:proofErr w:type="spellStart"/>
      <w:r w:rsidRPr="00886237">
        <w:rPr>
          <w:bCs/>
          <w:lang w:val="ru-RU"/>
        </w:rPr>
        <w:t>идеясы</w:t>
      </w:r>
      <w:proofErr w:type="spellEnd"/>
      <w:r w:rsidRPr="00E56216">
        <w:rPr>
          <w:bCs/>
        </w:rPr>
        <w:t xml:space="preserve"> </w:t>
      </w:r>
      <w:proofErr w:type="spellStart"/>
      <w:r w:rsidRPr="00886237">
        <w:rPr>
          <w:bCs/>
          <w:lang w:val="ru-RU"/>
        </w:rPr>
        <w:t>болып</w:t>
      </w:r>
      <w:proofErr w:type="spellEnd"/>
      <w:r w:rsidRPr="00E56216">
        <w:rPr>
          <w:bCs/>
        </w:rPr>
        <w:t xml:space="preserve"> </w:t>
      </w:r>
      <w:proofErr w:type="spellStart"/>
      <w:r w:rsidRPr="00886237">
        <w:rPr>
          <w:bCs/>
          <w:lang w:val="ru-RU"/>
        </w:rPr>
        <w:t>табылады</w:t>
      </w:r>
      <w:proofErr w:type="spellEnd"/>
      <w:r w:rsidRPr="00E56216">
        <w:rPr>
          <w:bCs/>
        </w:rPr>
        <w:t>.</w:t>
      </w:r>
    </w:p>
    <w:p w14:paraId="44C4272C" w14:textId="311BCF14" w:rsidR="00886237" w:rsidRPr="00E56216" w:rsidRDefault="00C67B66" w:rsidP="00886237">
      <w:pPr>
        <w:jc w:val="both"/>
        <w:rPr>
          <w:bCs/>
        </w:rPr>
      </w:pPr>
      <w:proofErr w:type="spellStart"/>
      <w:r w:rsidRPr="00886237">
        <w:rPr>
          <w:bCs/>
          <w:lang w:val="ru-RU"/>
        </w:rPr>
        <w:t>Бағдарлама</w:t>
      </w:r>
      <w:proofErr w:type="spellEnd"/>
      <w:r w:rsidRPr="00E56216">
        <w:rPr>
          <w:bCs/>
        </w:rPr>
        <w:t xml:space="preserve"> </w:t>
      </w:r>
      <w:proofErr w:type="spellStart"/>
      <w:r w:rsidRPr="00886237">
        <w:rPr>
          <w:bCs/>
          <w:lang w:val="ru-RU"/>
        </w:rPr>
        <w:t>спорттық</w:t>
      </w:r>
      <w:proofErr w:type="spellEnd"/>
      <w:r w:rsidRPr="00E56216">
        <w:rPr>
          <w:bCs/>
        </w:rPr>
        <w:t>-</w:t>
      </w:r>
      <w:proofErr w:type="spellStart"/>
      <w:r w:rsidRPr="00886237">
        <w:rPr>
          <w:bCs/>
          <w:lang w:val="ru-RU"/>
        </w:rPr>
        <w:t>туристік</w:t>
      </w:r>
      <w:proofErr w:type="spellEnd"/>
      <w:r w:rsidRPr="00E56216">
        <w:rPr>
          <w:bCs/>
        </w:rPr>
        <w:t xml:space="preserve"> </w:t>
      </w:r>
      <w:proofErr w:type="spellStart"/>
      <w:r w:rsidRPr="00886237">
        <w:rPr>
          <w:bCs/>
          <w:lang w:val="ru-RU"/>
        </w:rPr>
        <w:t>бағытта</w:t>
      </w:r>
      <w:proofErr w:type="spellEnd"/>
      <w:r w:rsidRPr="00E56216">
        <w:rPr>
          <w:bCs/>
        </w:rPr>
        <w:t xml:space="preserve"> </w:t>
      </w:r>
      <w:proofErr w:type="spellStart"/>
      <w:r w:rsidRPr="00886237">
        <w:rPr>
          <w:bCs/>
          <w:lang w:val="ru-RU"/>
        </w:rPr>
        <w:t>жүзеге</w:t>
      </w:r>
      <w:proofErr w:type="spellEnd"/>
      <w:r w:rsidRPr="00E56216">
        <w:rPr>
          <w:bCs/>
        </w:rPr>
        <w:t xml:space="preserve"> </w:t>
      </w:r>
      <w:proofErr w:type="spellStart"/>
      <w:r w:rsidRPr="00886237">
        <w:rPr>
          <w:bCs/>
          <w:lang w:val="ru-RU"/>
        </w:rPr>
        <w:t>асырылады</w:t>
      </w:r>
      <w:proofErr w:type="spellEnd"/>
      <w:r w:rsidRPr="00E56216">
        <w:rPr>
          <w:bCs/>
        </w:rPr>
        <w:t xml:space="preserve"> </w:t>
      </w:r>
      <w:proofErr w:type="spellStart"/>
      <w:r w:rsidRPr="00886237">
        <w:rPr>
          <w:bCs/>
          <w:lang w:val="ru-RU"/>
        </w:rPr>
        <w:t>және</w:t>
      </w:r>
      <w:proofErr w:type="spellEnd"/>
      <w:r w:rsidRPr="00E56216">
        <w:rPr>
          <w:bCs/>
        </w:rPr>
        <w:t xml:space="preserve"> </w:t>
      </w:r>
      <w:proofErr w:type="spellStart"/>
      <w:r w:rsidRPr="00886237">
        <w:rPr>
          <w:bCs/>
          <w:lang w:val="ru-RU"/>
        </w:rPr>
        <w:t>оған</w:t>
      </w:r>
      <w:proofErr w:type="spellEnd"/>
      <w:r w:rsidRPr="00E56216">
        <w:rPr>
          <w:bCs/>
        </w:rPr>
        <w:t xml:space="preserve"> </w:t>
      </w:r>
      <w:proofErr w:type="spellStart"/>
      <w:r w:rsidRPr="00886237">
        <w:rPr>
          <w:bCs/>
          <w:lang w:val="ru-RU"/>
        </w:rPr>
        <w:t>өлкетану</w:t>
      </w:r>
      <w:proofErr w:type="spellEnd"/>
      <w:r w:rsidRPr="00E56216">
        <w:rPr>
          <w:bCs/>
        </w:rPr>
        <w:t xml:space="preserve">, </w:t>
      </w:r>
      <w:proofErr w:type="spellStart"/>
      <w:r w:rsidRPr="00886237">
        <w:rPr>
          <w:bCs/>
          <w:lang w:val="ru-RU"/>
        </w:rPr>
        <w:t>экологиялық</w:t>
      </w:r>
      <w:proofErr w:type="spellEnd"/>
      <w:r w:rsidRPr="00E56216">
        <w:rPr>
          <w:bCs/>
        </w:rPr>
        <w:t xml:space="preserve"> </w:t>
      </w:r>
      <w:proofErr w:type="spellStart"/>
      <w:r w:rsidRPr="00886237">
        <w:rPr>
          <w:bCs/>
          <w:lang w:val="ru-RU"/>
        </w:rPr>
        <w:t>мәдениет</w:t>
      </w:r>
      <w:proofErr w:type="spellEnd"/>
      <w:r w:rsidRPr="00E56216">
        <w:rPr>
          <w:bCs/>
        </w:rPr>
        <w:t xml:space="preserve">, </w:t>
      </w:r>
      <w:proofErr w:type="spellStart"/>
      <w:r w:rsidRPr="00886237">
        <w:rPr>
          <w:bCs/>
          <w:lang w:val="ru-RU"/>
        </w:rPr>
        <w:t>қауіпсіздік</w:t>
      </w:r>
      <w:proofErr w:type="spellEnd"/>
      <w:r w:rsidRPr="00E56216">
        <w:rPr>
          <w:bCs/>
        </w:rPr>
        <w:t xml:space="preserve"> </w:t>
      </w:r>
      <w:proofErr w:type="spellStart"/>
      <w:r w:rsidRPr="00886237">
        <w:rPr>
          <w:bCs/>
          <w:lang w:val="ru-RU"/>
        </w:rPr>
        <w:t>негіздері</w:t>
      </w:r>
      <w:proofErr w:type="spellEnd"/>
      <w:r w:rsidRPr="00E56216">
        <w:rPr>
          <w:bCs/>
        </w:rPr>
        <w:t xml:space="preserve">, </w:t>
      </w:r>
      <w:proofErr w:type="spellStart"/>
      <w:r w:rsidRPr="00886237">
        <w:rPr>
          <w:bCs/>
          <w:lang w:val="ru-RU"/>
        </w:rPr>
        <w:t>командалық</w:t>
      </w:r>
      <w:proofErr w:type="spellEnd"/>
      <w:r w:rsidRPr="00E56216">
        <w:rPr>
          <w:bCs/>
        </w:rPr>
        <w:t xml:space="preserve"> </w:t>
      </w:r>
      <w:proofErr w:type="spellStart"/>
      <w:r w:rsidRPr="00886237">
        <w:rPr>
          <w:bCs/>
          <w:lang w:val="ru-RU"/>
        </w:rPr>
        <w:t>ойындар</w:t>
      </w:r>
      <w:proofErr w:type="spellEnd"/>
      <w:r w:rsidRPr="00E56216">
        <w:rPr>
          <w:bCs/>
        </w:rPr>
        <w:t xml:space="preserve">, </w:t>
      </w:r>
      <w:proofErr w:type="spellStart"/>
      <w:r w:rsidRPr="00886237">
        <w:rPr>
          <w:bCs/>
          <w:lang w:val="ru-RU"/>
        </w:rPr>
        <w:t>туристік</w:t>
      </w:r>
      <w:proofErr w:type="spellEnd"/>
      <w:r w:rsidRPr="00E56216">
        <w:rPr>
          <w:bCs/>
        </w:rPr>
        <w:t xml:space="preserve"> </w:t>
      </w:r>
      <w:proofErr w:type="spellStart"/>
      <w:r w:rsidRPr="00886237">
        <w:rPr>
          <w:bCs/>
          <w:lang w:val="ru-RU"/>
        </w:rPr>
        <w:t>дағдылар</w:t>
      </w:r>
      <w:proofErr w:type="spellEnd"/>
      <w:r w:rsidRPr="00E56216">
        <w:rPr>
          <w:bCs/>
        </w:rPr>
        <w:t xml:space="preserve">, </w:t>
      </w:r>
      <w:proofErr w:type="spellStart"/>
      <w:r w:rsidRPr="00886237">
        <w:rPr>
          <w:bCs/>
          <w:lang w:val="ru-RU"/>
        </w:rPr>
        <w:t>белсенді</w:t>
      </w:r>
      <w:proofErr w:type="spellEnd"/>
      <w:r w:rsidRPr="00E56216">
        <w:rPr>
          <w:bCs/>
        </w:rPr>
        <w:t xml:space="preserve"> </w:t>
      </w:r>
      <w:proofErr w:type="spellStart"/>
      <w:r w:rsidRPr="00886237">
        <w:rPr>
          <w:bCs/>
          <w:lang w:val="ru-RU"/>
        </w:rPr>
        <w:t>қимыл</w:t>
      </w:r>
      <w:proofErr w:type="spellEnd"/>
      <w:r w:rsidRPr="00E56216">
        <w:rPr>
          <w:bCs/>
        </w:rPr>
        <w:t>-</w:t>
      </w:r>
      <w:proofErr w:type="spellStart"/>
      <w:r w:rsidRPr="00886237">
        <w:rPr>
          <w:bCs/>
          <w:lang w:val="ru-RU"/>
        </w:rPr>
        <w:t>қозғалыс</w:t>
      </w:r>
      <w:proofErr w:type="spellEnd"/>
      <w:r w:rsidRPr="00E56216">
        <w:rPr>
          <w:bCs/>
        </w:rPr>
        <w:t xml:space="preserve"> </w:t>
      </w:r>
      <w:proofErr w:type="spellStart"/>
      <w:r w:rsidRPr="00886237">
        <w:rPr>
          <w:bCs/>
          <w:lang w:val="ru-RU"/>
        </w:rPr>
        <w:t>қызметі</w:t>
      </w:r>
      <w:proofErr w:type="spellEnd"/>
      <w:r w:rsidRPr="00E56216">
        <w:rPr>
          <w:bCs/>
        </w:rPr>
        <w:t xml:space="preserve">, </w:t>
      </w:r>
      <w:proofErr w:type="spellStart"/>
      <w:r w:rsidRPr="00886237">
        <w:rPr>
          <w:bCs/>
          <w:lang w:val="ru-RU"/>
        </w:rPr>
        <w:t>жобалық</w:t>
      </w:r>
      <w:proofErr w:type="spellEnd"/>
      <w:r w:rsidRPr="00E56216">
        <w:rPr>
          <w:bCs/>
        </w:rPr>
        <w:t xml:space="preserve"> </w:t>
      </w:r>
      <w:proofErr w:type="spellStart"/>
      <w:r w:rsidRPr="00886237">
        <w:rPr>
          <w:bCs/>
          <w:lang w:val="ru-RU"/>
        </w:rPr>
        <w:t>тапсырмалар</w:t>
      </w:r>
      <w:proofErr w:type="spellEnd"/>
      <w:r w:rsidRPr="00E56216">
        <w:rPr>
          <w:bCs/>
        </w:rPr>
        <w:t xml:space="preserve"> </w:t>
      </w:r>
      <w:r w:rsidRPr="00886237">
        <w:rPr>
          <w:bCs/>
          <w:lang w:val="ru-RU"/>
        </w:rPr>
        <w:t>мен</w:t>
      </w:r>
      <w:r w:rsidRPr="00E56216">
        <w:rPr>
          <w:bCs/>
        </w:rPr>
        <w:t xml:space="preserve"> </w:t>
      </w:r>
      <w:proofErr w:type="spellStart"/>
      <w:r w:rsidRPr="00886237">
        <w:rPr>
          <w:bCs/>
          <w:lang w:val="ru-RU"/>
        </w:rPr>
        <w:t>тәрбиелік</w:t>
      </w:r>
      <w:proofErr w:type="spellEnd"/>
      <w:r w:rsidRPr="00E56216">
        <w:rPr>
          <w:bCs/>
        </w:rPr>
        <w:t xml:space="preserve"> </w:t>
      </w:r>
      <w:proofErr w:type="spellStart"/>
      <w:r w:rsidRPr="00886237">
        <w:rPr>
          <w:bCs/>
          <w:lang w:val="ru-RU"/>
        </w:rPr>
        <w:t>іс</w:t>
      </w:r>
      <w:proofErr w:type="spellEnd"/>
      <w:r w:rsidRPr="00E56216">
        <w:rPr>
          <w:bCs/>
        </w:rPr>
        <w:t>-</w:t>
      </w:r>
      <w:proofErr w:type="spellStart"/>
      <w:r w:rsidRPr="00886237">
        <w:rPr>
          <w:bCs/>
          <w:lang w:val="ru-RU"/>
        </w:rPr>
        <w:t>шаралар</w:t>
      </w:r>
      <w:proofErr w:type="spellEnd"/>
      <w:r w:rsidRPr="00E56216">
        <w:rPr>
          <w:bCs/>
        </w:rPr>
        <w:t xml:space="preserve"> </w:t>
      </w:r>
      <w:proofErr w:type="spellStart"/>
      <w:r w:rsidRPr="00886237">
        <w:rPr>
          <w:bCs/>
          <w:lang w:val="ru-RU"/>
        </w:rPr>
        <w:t>элементтері</w:t>
      </w:r>
      <w:proofErr w:type="spellEnd"/>
      <w:r w:rsidRPr="00E56216">
        <w:rPr>
          <w:bCs/>
        </w:rPr>
        <w:t xml:space="preserve"> </w:t>
      </w:r>
      <w:proofErr w:type="spellStart"/>
      <w:r w:rsidRPr="00886237">
        <w:rPr>
          <w:bCs/>
          <w:lang w:val="ru-RU"/>
        </w:rPr>
        <w:t>енгізілген</w:t>
      </w:r>
      <w:proofErr w:type="spellEnd"/>
      <w:r w:rsidRPr="00E56216">
        <w:rPr>
          <w:bCs/>
        </w:rPr>
        <w:t xml:space="preserve">. </w:t>
      </w:r>
      <w:proofErr w:type="spellStart"/>
      <w:r w:rsidRPr="00886237">
        <w:rPr>
          <w:bCs/>
          <w:lang w:val="ru-RU"/>
        </w:rPr>
        <w:t>Бағдарлама</w:t>
      </w:r>
      <w:proofErr w:type="spellEnd"/>
      <w:r w:rsidRPr="00E56216">
        <w:rPr>
          <w:bCs/>
        </w:rPr>
        <w:t xml:space="preserve"> </w:t>
      </w:r>
      <w:proofErr w:type="spellStart"/>
      <w:r w:rsidRPr="00886237">
        <w:rPr>
          <w:bCs/>
          <w:lang w:val="ru-RU"/>
        </w:rPr>
        <w:t>мазмұны</w:t>
      </w:r>
      <w:proofErr w:type="spellEnd"/>
      <w:r w:rsidRPr="00E56216">
        <w:rPr>
          <w:bCs/>
        </w:rPr>
        <w:t xml:space="preserve"> </w:t>
      </w:r>
      <w:r w:rsidR="00195065">
        <w:rPr>
          <w:lang w:val="ru-RU"/>
        </w:rPr>
        <w:t>ББСО</w:t>
      </w:r>
      <w:r w:rsidR="00E13D31" w:rsidRPr="00E13D31">
        <w:t>-</w:t>
      </w:r>
      <w:proofErr w:type="spellStart"/>
      <w:r w:rsidR="00E13D31">
        <w:rPr>
          <w:lang w:val="ru-RU"/>
        </w:rPr>
        <w:t>ның</w:t>
      </w:r>
      <w:proofErr w:type="spellEnd"/>
      <w:r w:rsidRPr="00E56216">
        <w:rPr>
          <w:bCs/>
        </w:rPr>
        <w:t xml:space="preserve"> </w:t>
      </w:r>
      <w:proofErr w:type="spellStart"/>
      <w:r w:rsidRPr="00886237">
        <w:rPr>
          <w:bCs/>
          <w:lang w:val="ru-RU"/>
        </w:rPr>
        <w:t>қолда</w:t>
      </w:r>
      <w:proofErr w:type="spellEnd"/>
      <w:r w:rsidRPr="00E56216">
        <w:rPr>
          <w:bCs/>
        </w:rPr>
        <w:t xml:space="preserve"> </w:t>
      </w:r>
      <w:r w:rsidRPr="00886237">
        <w:rPr>
          <w:bCs/>
          <w:lang w:val="ru-RU"/>
        </w:rPr>
        <w:t>бар</w:t>
      </w:r>
      <w:r w:rsidRPr="00E56216">
        <w:rPr>
          <w:bCs/>
        </w:rPr>
        <w:t xml:space="preserve"> </w:t>
      </w:r>
      <w:proofErr w:type="spellStart"/>
      <w:r w:rsidRPr="00886237">
        <w:rPr>
          <w:bCs/>
          <w:lang w:val="ru-RU"/>
        </w:rPr>
        <w:t>ресурстарын</w:t>
      </w:r>
      <w:proofErr w:type="spellEnd"/>
      <w:r w:rsidRPr="00E56216">
        <w:rPr>
          <w:bCs/>
        </w:rPr>
        <w:t xml:space="preserve">, </w:t>
      </w:r>
      <w:proofErr w:type="spellStart"/>
      <w:r w:rsidRPr="00886237">
        <w:rPr>
          <w:bCs/>
          <w:lang w:val="ru-RU"/>
        </w:rPr>
        <w:t>табиғи</w:t>
      </w:r>
      <w:proofErr w:type="spellEnd"/>
      <w:r w:rsidRPr="00E56216">
        <w:rPr>
          <w:bCs/>
        </w:rPr>
        <w:t xml:space="preserve"> </w:t>
      </w:r>
      <w:proofErr w:type="spellStart"/>
      <w:r w:rsidRPr="00886237">
        <w:rPr>
          <w:bCs/>
          <w:lang w:val="ru-RU"/>
        </w:rPr>
        <w:t>ортаны</w:t>
      </w:r>
      <w:proofErr w:type="spellEnd"/>
      <w:r w:rsidRPr="00E56216">
        <w:rPr>
          <w:bCs/>
        </w:rPr>
        <w:t xml:space="preserve">, </w:t>
      </w:r>
      <w:proofErr w:type="spellStart"/>
      <w:r w:rsidRPr="00886237">
        <w:rPr>
          <w:bCs/>
          <w:lang w:val="ru-RU"/>
        </w:rPr>
        <w:t>ашық</w:t>
      </w:r>
      <w:proofErr w:type="spellEnd"/>
      <w:r w:rsidRPr="00E56216">
        <w:rPr>
          <w:bCs/>
        </w:rPr>
        <w:t xml:space="preserve"> </w:t>
      </w:r>
      <w:proofErr w:type="spellStart"/>
      <w:r w:rsidRPr="00886237">
        <w:rPr>
          <w:bCs/>
          <w:lang w:val="ru-RU"/>
        </w:rPr>
        <w:t>алаңдарды</w:t>
      </w:r>
      <w:proofErr w:type="spellEnd"/>
      <w:r w:rsidRPr="00E56216">
        <w:rPr>
          <w:bCs/>
        </w:rPr>
        <w:t xml:space="preserve">, </w:t>
      </w:r>
      <w:proofErr w:type="spellStart"/>
      <w:r w:rsidRPr="00886237">
        <w:rPr>
          <w:bCs/>
          <w:lang w:val="ru-RU"/>
        </w:rPr>
        <w:t>қолжетімді</w:t>
      </w:r>
      <w:proofErr w:type="spellEnd"/>
      <w:r w:rsidRPr="00E56216">
        <w:rPr>
          <w:bCs/>
        </w:rPr>
        <w:t xml:space="preserve"> </w:t>
      </w:r>
      <w:proofErr w:type="spellStart"/>
      <w:r w:rsidRPr="00886237">
        <w:rPr>
          <w:bCs/>
          <w:lang w:val="ru-RU"/>
        </w:rPr>
        <w:t>спорттық</w:t>
      </w:r>
      <w:proofErr w:type="spellEnd"/>
      <w:r w:rsidRPr="00E56216">
        <w:rPr>
          <w:bCs/>
        </w:rPr>
        <w:t xml:space="preserve"> </w:t>
      </w:r>
      <w:proofErr w:type="spellStart"/>
      <w:r w:rsidRPr="00886237">
        <w:rPr>
          <w:bCs/>
          <w:lang w:val="ru-RU"/>
        </w:rPr>
        <w:t>және</w:t>
      </w:r>
      <w:proofErr w:type="spellEnd"/>
      <w:r w:rsidRPr="00E56216">
        <w:rPr>
          <w:bCs/>
        </w:rPr>
        <w:t xml:space="preserve"> </w:t>
      </w:r>
      <w:proofErr w:type="spellStart"/>
      <w:r w:rsidRPr="00886237">
        <w:rPr>
          <w:bCs/>
          <w:lang w:val="ru-RU"/>
        </w:rPr>
        <w:t>туристік</w:t>
      </w:r>
      <w:proofErr w:type="spellEnd"/>
      <w:r w:rsidRPr="00E56216">
        <w:rPr>
          <w:bCs/>
        </w:rPr>
        <w:t xml:space="preserve"> </w:t>
      </w:r>
      <w:proofErr w:type="spellStart"/>
      <w:r w:rsidRPr="00886237">
        <w:rPr>
          <w:bCs/>
          <w:lang w:val="ru-RU"/>
        </w:rPr>
        <w:t>құрал</w:t>
      </w:r>
      <w:proofErr w:type="spellEnd"/>
      <w:r w:rsidRPr="00E56216">
        <w:rPr>
          <w:bCs/>
        </w:rPr>
        <w:t>-</w:t>
      </w:r>
      <w:proofErr w:type="spellStart"/>
      <w:r w:rsidRPr="00886237">
        <w:rPr>
          <w:bCs/>
          <w:lang w:val="ru-RU"/>
        </w:rPr>
        <w:t>жабдықтарды</w:t>
      </w:r>
      <w:proofErr w:type="spellEnd"/>
      <w:r w:rsidRPr="00E56216">
        <w:rPr>
          <w:bCs/>
        </w:rPr>
        <w:t xml:space="preserve">, </w:t>
      </w:r>
      <w:proofErr w:type="spellStart"/>
      <w:r w:rsidRPr="00886237">
        <w:rPr>
          <w:bCs/>
          <w:lang w:val="ru-RU"/>
        </w:rPr>
        <w:t>ғимараттарды</w:t>
      </w:r>
      <w:proofErr w:type="spellEnd"/>
      <w:r w:rsidRPr="00E56216">
        <w:rPr>
          <w:bCs/>
        </w:rPr>
        <w:t xml:space="preserve"> </w:t>
      </w:r>
      <w:proofErr w:type="spellStart"/>
      <w:r w:rsidRPr="00886237">
        <w:rPr>
          <w:bCs/>
          <w:lang w:val="ru-RU"/>
        </w:rPr>
        <w:t>және</w:t>
      </w:r>
      <w:proofErr w:type="spellEnd"/>
      <w:r w:rsidRPr="00E56216">
        <w:rPr>
          <w:bCs/>
        </w:rPr>
        <w:t xml:space="preserve"> </w:t>
      </w:r>
      <w:proofErr w:type="spellStart"/>
      <w:r w:rsidRPr="00886237">
        <w:rPr>
          <w:bCs/>
          <w:lang w:val="ru-RU"/>
        </w:rPr>
        <w:t>Ұйымның</w:t>
      </w:r>
      <w:proofErr w:type="spellEnd"/>
      <w:r w:rsidRPr="00E56216">
        <w:rPr>
          <w:bCs/>
        </w:rPr>
        <w:t xml:space="preserve"> </w:t>
      </w:r>
      <w:proofErr w:type="spellStart"/>
      <w:r w:rsidRPr="00886237">
        <w:rPr>
          <w:bCs/>
          <w:lang w:val="ru-RU"/>
        </w:rPr>
        <w:t>қауіпсіз</w:t>
      </w:r>
      <w:proofErr w:type="spellEnd"/>
      <w:r w:rsidRPr="00E56216">
        <w:rPr>
          <w:bCs/>
        </w:rPr>
        <w:t xml:space="preserve"> </w:t>
      </w:r>
      <w:proofErr w:type="spellStart"/>
      <w:r w:rsidRPr="00886237">
        <w:rPr>
          <w:bCs/>
          <w:lang w:val="ru-RU"/>
        </w:rPr>
        <w:t>маршруттарын</w:t>
      </w:r>
      <w:proofErr w:type="spellEnd"/>
      <w:r w:rsidRPr="00E56216">
        <w:rPr>
          <w:bCs/>
        </w:rPr>
        <w:t xml:space="preserve"> </w:t>
      </w:r>
      <w:proofErr w:type="spellStart"/>
      <w:r w:rsidRPr="00886237">
        <w:rPr>
          <w:bCs/>
          <w:lang w:val="ru-RU"/>
        </w:rPr>
        <w:t>пайдалану</w:t>
      </w:r>
      <w:proofErr w:type="spellEnd"/>
      <w:r w:rsidRPr="00E56216">
        <w:rPr>
          <w:bCs/>
        </w:rPr>
        <w:t xml:space="preserve"> </w:t>
      </w:r>
      <w:proofErr w:type="spellStart"/>
      <w:r w:rsidRPr="00886237">
        <w:rPr>
          <w:bCs/>
          <w:lang w:val="ru-RU"/>
        </w:rPr>
        <w:t>арқылы</w:t>
      </w:r>
      <w:proofErr w:type="spellEnd"/>
      <w:r w:rsidRPr="00E56216">
        <w:rPr>
          <w:bCs/>
        </w:rPr>
        <w:t xml:space="preserve"> </w:t>
      </w:r>
      <w:proofErr w:type="spellStart"/>
      <w:r w:rsidRPr="00886237">
        <w:rPr>
          <w:bCs/>
          <w:lang w:val="ru-RU"/>
        </w:rPr>
        <w:t>іске</w:t>
      </w:r>
      <w:proofErr w:type="spellEnd"/>
      <w:r w:rsidRPr="00E56216">
        <w:rPr>
          <w:bCs/>
        </w:rPr>
        <w:t xml:space="preserve"> </w:t>
      </w:r>
      <w:proofErr w:type="spellStart"/>
      <w:r w:rsidRPr="00886237">
        <w:rPr>
          <w:bCs/>
          <w:lang w:val="ru-RU"/>
        </w:rPr>
        <w:t>асырылады</w:t>
      </w:r>
      <w:proofErr w:type="spellEnd"/>
      <w:r w:rsidRPr="00E56216">
        <w:rPr>
          <w:bCs/>
        </w:rPr>
        <w:t>.</w:t>
      </w:r>
    </w:p>
    <w:p w14:paraId="06951CC1" w14:textId="265FC357" w:rsidR="00751E5B" w:rsidRDefault="002C113B" w:rsidP="00751E5B">
      <w:pPr>
        <w:jc w:val="both"/>
        <w:rPr>
          <w:bCs/>
        </w:rPr>
      </w:pPr>
      <w:proofErr w:type="spellStart"/>
      <w:r w:rsidRPr="002C113B">
        <w:rPr>
          <w:bCs/>
          <w:lang w:val="ru-RU"/>
        </w:rPr>
        <w:t>Бағдарламаның</w:t>
      </w:r>
      <w:proofErr w:type="spellEnd"/>
      <w:r w:rsidRPr="002C113B">
        <w:rPr>
          <w:bCs/>
        </w:rPr>
        <w:t xml:space="preserve"> </w:t>
      </w:r>
      <w:proofErr w:type="spellStart"/>
      <w:r w:rsidRPr="002C113B">
        <w:rPr>
          <w:bCs/>
          <w:lang w:val="ru-RU"/>
        </w:rPr>
        <w:t>мазмұны</w:t>
      </w:r>
      <w:proofErr w:type="spellEnd"/>
      <w:r w:rsidRPr="002C113B">
        <w:rPr>
          <w:bCs/>
        </w:rPr>
        <w:t xml:space="preserve"> «</w:t>
      </w:r>
      <w:proofErr w:type="spellStart"/>
      <w:r w:rsidRPr="002C113B">
        <w:rPr>
          <w:bCs/>
          <w:lang w:val="ru-RU"/>
        </w:rPr>
        <w:t>Адал</w:t>
      </w:r>
      <w:proofErr w:type="spellEnd"/>
      <w:r w:rsidRPr="002C113B">
        <w:rPr>
          <w:bCs/>
        </w:rPr>
        <w:t xml:space="preserve"> </w:t>
      </w:r>
      <w:proofErr w:type="spellStart"/>
      <w:r w:rsidRPr="002C113B">
        <w:rPr>
          <w:bCs/>
          <w:lang w:val="ru-RU"/>
        </w:rPr>
        <w:t>азамат</w:t>
      </w:r>
      <w:proofErr w:type="spellEnd"/>
      <w:r w:rsidRPr="002C113B">
        <w:rPr>
          <w:bCs/>
        </w:rPr>
        <w:t xml:space="preserve">» </w:t>
      </w:r>
      <w:proofErr w:type="spellStart"/>
      <w:r>
        <w:rPr>
          <w:bCs/>
          <w:lang w:val="ru-RU"/>
        </w:rPr>
        <w:t>Біртұтас</w:t>
      </w:r>
      <w:proofErr w:type="spellEnd"/>
      <w:r w:rsidRPr="002C113B">
        <w:rPr>
          <w:bCs/>
        </w:rPr>
        <w:t xml:space="preserve"> </w:t>
      </w:r>
      <w:proofErr w:type="spellStart"/>
      <w:r w:rsidRPr="002C113B">
        <w:rPr>
          <w:bCs/>
          <w:lang w:val="ru-RU"/>
        </w:rPr>
        <w:t>тәрбие</w:t>
      </w:r>
      <w:proofErr w:type="spellEnd"/>
      <w:r w:rsidRPr="002C113B">
        <w:rPr>
          <w:bCs/>
        </w:rPr>
        <w:t xml:space="preserve"> </w:t>
      </w:r>
      <w:proofErr w:type="spellStart"/>
      <w:r w:rsidRPr="002C113B">
        <w:rPr>
          <w:bCs/>
          <w:lang w:val="ru-RU"/>
        </w:rPr>
        <w:t>бағдарламасының</w:t>
      </w:r>
      <w:proofErr w:type="spellEnd"/>
      <w:r w:rsidRPr="002C113B">
        <w:rPr>
          <w:bCs/>
        </w:rPr>
        <w:t xml:space="preserve"> </w:t>
      </w:r>
      <w:proofErr w:type="spellStart"/>
      <w:r w:rsidRPr="002C113B">
        <w:rPr>
          <w:bCs/>
          <w:lang w:val="ru-RU"/>
        </w:rPr>
        <w:t>құндылықтарына</w:t>
      </w:r>
      <w:proofErr w:type="spellEnd"/>
      <w:r w:rsidRPr="002C113B">
        <w:rPr>
          <w:bCs/>
        </w:rPr>
        <w:t xml:space="preserve"> </w:t>
      </w:r>
      <w:proofErr w:type="spellStart"/>
      <w:r w:rsidRPr="002C113B">
        <w:rPr>
          <w:bCs/>
          <w:lang w:val="ru-RU"/>
        </w:rPr>
        <w:t>негізделген</w:t>
      </w:r>
      <w:proofErr w:type="spellEnd"/>
      <w:r w:rsidRPr="002C113B">
        <w:rPr>
          <w:bCs/>
        </w:rPr>
        <w:t xml:space="preserve"> </w:t>
      </w:r>
      <w:proofErr w:type="spellStart"/>
      <w:r w:rsidRPr="002C113B">
        <w:rPr>
          <w:bCs/>
          <w:lang w:val="ru-RU"/>
        </w:rPr>
        <w:t>және</w:t>
      </w:r>
      <w:proofErr w:type="spellEnd"/>
      <w:r w:rsidRPr="002C113B">
        <w:rPr>
          <w:bCs/>
        </w:rPr>
        <w:t xml:space="preserve"> </w:t>
      </w:r>
      <w:proofErr w:type="spellStart"/>
      <w:r w:rsidRPr="002C113B">
        <w:rPr>
          <w:bCs/>
          <w:lang w:val="ru-RU"/>
        </w:rPr>
        <w:t>адалдықты</w:t>
      </w:r>
      <w:proofErr w:type="spellEnd"/>
      <w:r w:rsidRPr="002C113B">
        <w:rPr>
          <w:bCs/>
        </w:rPr>
        <w:t xml:space="preserve">, </w:t>
      </w:r>
      <w:proofErr w:type="spellStart"/>
      <w:r w:rsidRPr="002C113B">
        <w:rPr>
          <w:bCs/>
          <w:lang w:val="ru-RU"/>
        </w:rPr>
        <w:t>жауапкершілікті</w:t>
      </w:r>
      <w:proofErr w:type="spellEnd"/>
      <w:r w:rsidRPr="002C113B">
        <w:rPr>
          <w:bCs/>
        </w:rPr>
        <w:t xml:space="preserve">, </w:t>
      </w:r>
      <w:proofErr w:type="spellStart"/>
      <w:r w:rsidRPr="002C113B">
        <w:rPr>
          <w:bCs/>
          <w:lang w:val="ru-RU"/>
        </w:rPr>
        <w:t>құрметті</w:t>
      </w:r>
      <w:proofErr w:type="spellEnd"/>
      <w:r w:rsidRPr="002C113B">
        <w:rPr>
          <w:bCs/>
        </w:rPr>
        <w:t xml:space="preserve">, </w:t>
      </w:r>
      <w:proofErr w:type="spellStart"/>
      <w:r w:rsidRPr="002C113B">
        <w:rPr>
          <w:bCs/>
          <w:lang w:val="ru-RU"/>
        </w:rPr>
        <w:t>еңбекқорлықты</w:t>
      </w:r>
      <w:proofErr w:type="spellEnd"/>
      <w:r w:rsidRPr="002C113B">
        <w:rPr>
          <w:bCs/>
        </w:rPr>
        <w:t xml:space="preserve">, </w:t>
      </w:r>
      <w:proofErr w:type="spellStart"/>
      <w:r w:rsidRPr="002C113B">
        <w:rPr>
          <w:bCs/>
          <w:lang w:val="ru-RU"/>
        </w:rPr>
        <w:t>патриотизмді</w:t>
      </w:r>
      <w:proofErr w:type="spellEnd"/>
      <w:r w:rsidRPr="002C113B">
        <w:rPr>
          <w:bCs/>
        </w:rPr>
        <w:t xml:space="preserve">, </w:t>
      </w:r>
      <w:proofErr w:type="spellStart"/>
      <w:r w:rsidRPr="002C113B">
        <w:rPr>
          <w:bCs/>
          <w:lang w:val="ru-RU"/>
        </w:rPr>
        <w:t>жасампаздықты</w:t>
      </w:r>
      <w:proofErr w:type="spellEnd"/>
      <w:r w:rsidRPr="002C113B">
        <w:rPr>
          <w:bCs/>
        </w:rPr>
        <w:t xml:space="preserve">, </w:t>
      </w:r>
      <w:proofErr w:type="spellStart"/>
      <w:r w:rsidRPr="002C113B">
        <w:rPr>
          <w:bCs/>
          <w:lang w:val="ru-RU"/>
        </w:rPr>
        <w:t>экологиялық</w:t>
      </w:r>
      <w:proofErr w:type="spellEnd"/>
      <w:r w:rsidRPr="002C113B">
        <w:rPr>
          <w:bCs/>
        </w:rPr>
        <w:t xml:space="preserve"> </w:t>
      </w:r>
      <w:proofErr w:type="spellStart"/>
      <w:r w:rsidRPr="002C113B">
        <w:rPr>
          <w:bCs/>
          <w:lang w:val="ru-RU"/>
        </w:rPr>
        <w:t>мәдениетті</w:t>
      </w:r>
      <w:proofErr w:type="spellEnd"/>
      <w:r w:rsidRPr="002C113B">
        <w:rPr>
          <w:bCs/>
        </w:rPr>
        <w:t xml:space="preserve">, </w:t>
      </w:r>
      <w:proofErr w:type="spellStart"/>
      <w:r w:rsidRPr="002C113B">
        <w:rPr>
          <w:bCs/>
          <w:lang w:val="ru-RU"/>
        </w:rPr>
        <w:t>әлеуметтік</w:t>
      </w:r>
      <w:proofErr w:type="spellEnd"/>
      <w:r w:rsidRPr="002C113B">
        <w:rPr>
          <w:bCs/>
        </w:rPr>
        <w:t xml:space="preserve"> </w:t>
      </w:r>
      <w:proofErr w:type="spellStart"/>
      <w:r w:rsidRPr="002C113B">
        <w:rPr>
          <w:bCs/>
          <w:lang w:val="ru-RU"/>
        </w:rPr>
        <w:t>белсенділікті</w:t>
      </w:r>
      <w:proofErr w:type="spellEnd"/>
      <w:r w:rsidRPr="002C113B">
        <w:rPr>
          <w:bCs/>
        </w:rPr>
        <w:t xml:space="preserve">, </w:t>
      </w:r>
      <w:proofErr w:type="spellStart"/>
      <w:r w:rsidRPr="002C113B">
        <w:rPr>
          <w:bCs/>
          <w:lang w:val="ru-RU"/>
        </w:rPr>
        <w:t>өзара</w:t>
      </w:r>
      <w:proofErr w:type="spellEnd"/>
      <w:r w:rsidRPr="002C113B">
        <w:rPr>
          <w:bCs/>
        </w:rPr>
        <w:t xml:space="preserve"> </w:t>
      </w:r>
      <w:proofErr w:type="spellStart"/>
      <w:r w:rsidRPr="002C113B">
        <w:rPr>
          <w:bCs/>
          <w:lang w:val="ru-RU"/>
        </w:rPr>
        <w:t>көмек</w:t>
      </w:r>
      <w:proofErr w:type="spellEnd"/>
      <w:r w:rsidRPr="002C113B">
        <w:rPr>
          <w:bCs/>
        </w:rPr>
        <w:t xml:space="preserve"> </w:t>
      </w:r>
      <w:proofErr w:type="spellStart"/>
      <w:r w:rsidRPr="002C113B">
        <w:rPr>
          <w:bCs/>
          <w:lang w:val="ru-RU"/>
        </w:rPr>
        <w:t>көрсету</w:t>
      </w:r>
      <w:proofErr w:type="spellEnd"/>
      <w:r w:rsidRPr="002C113B">
        <w:rPr>
          <w:bCs/>
        </w:rPr>
        <w:t xml:space="preserve"> </w:t>
      </w:r>
      <w:proofErr w:type="spellStart"/>
      <w:r w:rsidRPr="002C113B">
        <w:rPr>
          <w:bCs/>
          <w:lang w:val="ru-RU"/>
        </w:rPr>
        <w:t>мәдениетін</w:t>
      </w:r>
      <w:proofErr w:type="spellEnd"/>
      <w:r w:rsidRPr="002C113B">
        <w:rPr>
          <w:bCs/>
        </w:rPr>
        <w:t xml:space="preserve"> </w:t>
      </w:r>
      <w:proofErr w:type="spellStart"/>
      <w:r w:rsidRPr="002C113B">
        <w:rPr>
          <w:bCs/>
          <w:lang w:val="ru-RU"/>
        </w:rPr>
        <w:t>және</w:t>
      </w:r>
      <w:proofErr w:type="spellEnd"/>
      <w:r w:rsidRPr="002C113B">
        <w:rPr>
          <w:bCs/>
        </w:rPr>
        <w:t xml:space="preserve"> </w:t>
      </w:r>
      <w:proofErr w:type="spellStart"/>
      <w:r w:rsidRPr="002C113B">
        <w:rPr>
          <w:bCs/>
          <w:lang w:val="ru-RU"/>
        </w:rPr>
        <w:t>қауіпсіз</w:t>
      </w:r>
      <w:proofErr w:type="spellEnd"/>
      <w:r w:rsidRPr="002C113B">
        <w:rPr>
          <w:bCs/>
        </w:rPr>
        <w:t xml:space="preserve"> </w:t>
      </w:r>
      <w:proofErr w:type="spellStart"/>
      <w:r w:rsidRPr="002C113B">
        <w:rPr>
          <w:bCs/>
          <w:lang w:val="ru-RU"/>
        </w:rPr>
        <w:t>мінез</w:t>
      </w:r>
      <w:proofErr w:type="spellEnd"/>
      <w:r w:rsidRPr="002C113B">
        <w:rPr>
          <w:bCs/>
        </w:rPr>
        <w:t>-</w:t>
      </w:r>
      <w:proofErr w:type="spellStart"/>
      <w:r w:rsidRPr="002C113B">
        <w:rPr>
          <w:bCs/>
          <w:lang w:val="ru-RU"/>
        </w:rPr>
        <w:t>құлық</w:t>
      </w:r>
      <w:proofErr w:type="spellEnd"/>
      <w:r w:rsidRPr="002C113B">
        <w:rPr>
          <w:bCs/>
        </w:rPr>
        <w:t xml:space="preserve"> </w:t>
      </w:r>
      <w:proofErr w:type="spellStart"/>
      <w:r w:rsidRPr="002C113B">
        <w:rPr>
          <w:bCs/>
          <w:lang w:val="ru-RU"/>
        </w:rPr>
        <w:t>дағдыларын</w:t>
      </w:r>
      <w:proofErr w:type="spellEnd"/>
      <w:r w:rsidRPr="002C113B">
        <w:rPr>
          <w:bCs/>
        </w:rPr>
        <w:t xml:space="preserve"> </w:t>
      </w:r>
      <w:proofErr w:type="spellStart"/>
      <w:r w:rsidRPr="002C113B">
        <w:rPr>
          <w:bCs/>
          <w:lang w:val="ru-RU"/>
        </w:rPr>
        <w:t>қалыптастыруға</w:t>
      </w:r>
      <w:proofErr w:type="spellEnd"/>
      <w:r w:rsidRPr="002C113B">
        <w:rPr>
          <w:bCs/>
        </w:rPr>
        <w:t xml:space="preserve"> </w:t>
      </w:r>
      <w:proofErr w:type="spellStart"/>
      <w:r w:rsidRPr="002C113B">
        <w:rPr>
          <w:bCs/>
          <w:lang w:val="ru-RU"/>
        </w:rPr>
        <w:t>бағытталған</w:t>
      </w:r>
      <w:proofErr w:type="spellEnd"/>
      <w:r w:rsidRPr="002C113B">
        <w:rPr>
          <w:bCs/>
        </w:rPr>
        <w:t>.</w:t>
      </w:r>
    </w:p>
    <w:p w14:paraId="7F675CD2" w14:textId="77777777" w:rsidR="00F41431" w:rsidRDefault="00F41431" w:rsidP="00F41431">
      <w:pPr>
        <w:ind w:left="709" w:firstLine="0"/>
        <w:rPr>
          <w:b/>
          <w:bCs/>
        </w:rPr>
      </w:pPr>
    </w:p>
    <w:p w14:paraId="27F1AAD6" w14:textId="4A0E7038" w:rsidR="00886237" w:rsidRPr="00F41431" w:rsidRDefault="00886237" w:rsidP="00F41431">
      <w:pPr>
        <w:ind w:left="709" w:firstLine="0"/>
        <w:rPr>
          <w:b/>
          <w:bCs/>
        </w:rPr>
      </w:pPr>
      <w:proofErr w:type="spellStart"/>
      <w:r w:rsidRPr="00F41431">
        <w:rPr>
          <w:b/>
          <w:bCs/>
        </w:rPr>
        <w:t>Бағдарламаны</w:t>
      </w:r>
      <w:proofErr w:type="spellEnd"/>
      <w:r w:rsidRPr="00F41431">
        <w:rPr>
          <w:b/>
          <w:bCs/>
        </w:rPr>
        <w:t xml:space="preserve"> </w:t>
      </w:r>
      <w:proofErr w:type="spellStart"/>
      <w:r w:rsidRPr="00F41431">
        <w:rPr>
          <w:b/>
          <w:bCs/>
        </w:rPr>
        <w:t>іске</w:t>
      </w:r>
      <w:proofErr w:type="spellEnd"/>
      <w:r w:rsidRPr="00F41431">
        <w:rPr>
          <w:b/>
          <w:bCs/>
        </w:rPr>
        <w:t xml:space="preserve"> </w:t>
      </w:r>
      <w:proofErr w:type="spellStart"/>
      <w:r w:rsidRPr="00F41431">
        <w:rPr>
          <w:b/>
          <w:bCs/>
        </w:rPr>
        <w:t>асыратын</w:t>
      </w:r>
      <w:proofErr w:type="spellEnd"/>
      <w:r w:rsidRPr="00F41431">
        <w:rPr>
          <w:b/>
          <w:bCs/>
        </w:rPr>
        <w:t xml:space="preserve"> </w:t>
      </w:r>
      <w:proofErr w:type="spellStart"/>
      <w:r w:rsidRPr="00F41431">
        <w:rPr>
          <w:b/>
          <w:bCs/>
        </w:rPr>
        <w:t>Ұйым</w:t>
      </w:r>
      <w:proofErr w:type="spellEnd"/>
      <w:r w:rsidRPr="00F41431">
        <w:rPr>
          <w:b/>
          <w:bCs/>
        </w:rPr>
        <w:t xml:space="preserve"> </w:t>
      </w:r>
      <w:proofErr w:type="spellStart"/>
      <w:r w:rsidRPr="00F41431">
        <w:rPr>
          <w:b/>
          <w:bCs/>
        </w:rPr>
        <w:t>туралы</w:t>
      </w:r>
      <w:proofErr w:type="spellEnd"/>
      <w:r w:rsidRPr="00F41431">
        <w:rPr>
          <w:b/>
          <w:bCs/>
        </w:rPr>
        <w:t xml:space="preserve"> </w:t>
      </w:r>
      <w:proofErr w:type="spellStart"/>
      <w:r w:rsidRPr="00F41431">
        <w:rPr>
          <w:b/>
          <w:bCs/>
        </w:rPr>
        <w:t>мәлімет</w:t>
      </w:r>
      <w:proofErr w:type="spellEnd"/>
    </w:p>
    <w:p w14:paraId="7D339EBF" w14:textId="77777777" w:rsidR="00886237" w:rsidRPr="00F41431" w:rsidRDefault="00886237" w:rsidP="00F41431">
      <w:pPr>
        <w:ind w:left="709" w:firstLine="0"/>
        <w:rPr>
          <w:b/>
          <w:bCs/>
        </w:rPr>
      </w:pPr>
    </w:p>
    <w:p w14:paraId="010FAAB3" w14:textId="1AEE31AE" w:rsidR="00886237" w:rsidRPr="00984A70" w:rsidRDefault="00886237" w:rsidP="00F41431">
      <w:pPr>
        <w:jc w:val="both"/>
        <w:rPr>
          <w:lang w:val="ru-RU"/>
        </w:rPr>
      </w:pPr>
      <w:proofErr w:type="spellStart"/>
      <w:r w:rsidRPr="00984A70">
        <w:rPr>
          <w:lang w:val="ru-RU"/>
        </w:rPr>
        <w:lastRenderedPageBreak/>
        <w:t>Бағдарламаны</w:t>
      </w:r>
      <w:proofErr w:type="spellEnd"/>
      <w:r w:rsidRPr="00984A70">
        <w:rPr>
          <w:lang w:val="ru-RU"/>
        </w:rPr>
        <w:t xml:space="preserve"> </w:t>
      </w:r>
      <w:proofErr w:type="spellStart"/>
      <w:r w:rsidRPr="00984A70">
        <w:rPr>
          <w:lang w:val="ru-RU"/>
        </w:rPr>
        <w:t>іске</w:t>
      </w:r>
      <w:proofErr w:type="spellEnd"/>
      <w:r w:rsidRPr="00984A70">
        <w:rPr>
          <w:lang w:val="ru-RU"/>
        </w:rPr>
        <w:t xml:space="preserve"> </w:t>
      </w:r>
      <w:proofErr w:type="spellStart"/>
      <w:r w:rsidRPr="00984A70">
        <w:rPr>
          <w:lang w:val="ru-RU"/>
        </w:rPr>
        <w:t>асыратын</w:t>
      </w:r>
      <w:proofErr w:type="spellEnd"/>
      <w:r w:rsidRPr="00984A70">
        <w:rPr>
          <w:lang w:val="ru-RU"/>
        </w:rPr>
        <w:t xml:space="preserve"> </w:t>
      </w:r>
      <w:proofErr w:type="spellStart"/>
      <w:r w:rsidRPr="00984A70">
        <w:rPr>
          <w:lang w:val="ru-RU"/>
        </w:rPr>
        <w:t>ұйым</w:t>
      </w:r>
      <w:proofErr w:type="spellEnd"/>
      <w:r w:rsidRPr="00984A70">
        <w:rPr>
          <w:lang w:val="ru-RU"/>
        </w:rPr>
        <w:t xml:space="preserve">: </w:t>
      </w:r>
      <w:r w:rsidR="00984A70" w:rsidRPr="00984A70">
        <w:rPr>
          <w:lang w:val="ru-RU"/>
        </w:rPr>
        <w:t>ЖК «</w:t>
      </w:r>
      <w:proofErr w:type="spellStart"/>
      <w:r w:rsidR="00984A70" w:rsidRPr="00984A70">
        <w:rPr>
          <w:lang w:val="ru-RU"/>
        </w:rPr>
        <w:t>Сайора</w:t>
      </w:r>
      <w:proofErr w:type="spellEnd"/>
      <w:r w:rsidR="00984A70" w:rsidRPr="00984A70">
        <w:rPr>
          <w:lang w:val="ru-RU"/>
        </w:rPr>
        <w:t xml:space="preserve">» </w:t>
      </w:r>
      <w:proofErr w:type="spellStart"/>
      <w:r w:rsidR="00984A70" w:rsidRPr="00984A70">
        <w:rPr>
          <w:lang w:val="ru-RU"/>
        </w:rPr>
        <w:t>Балалардын</w:t>
      </w:r>
      <w:proofErr w:type="spellEnd"/>
      <w:r w:rsidR="00984A70" w:rsidRPr="00984A70">
        <w:rPr>
          <w:lang w:val="ru-RU"/>
        </w:rPr>
        <w:t xml:space="preserve"> </w:t>
      </w:r>
      <w:proofErr w:type="spellStart"/>
      <w:r w:rsidR="00984A70" w:rsidRPr="00984A70">
        <w:rPr>
          <w:lang w:val="ru-RU"/>
        </w:rPr>
        <w:t>демалыс</w:t>
      </w:r>
      <w:proofErr w:type="spellEnd"/>
      <w:r w:rsidR="00984A70" w:rsidRPr="00984A70">
        <w:rPr>
          <w:lang w:val="ru-RU"/>
        </w:rPr>
        <w:t xml:space="preserve"> </w:t>
      </w:r>
      <w:proofErr w:type="spellStart"/>
      <w:r w:rsidR="00984A70" w:rsidRPr="00984A70">
        <w:rPr>
          <w:lang w:val="ru-RU"/>
        </w:rPr>
        <w:t>және</w:t>
      </w:r>
      <w:proofErr w:type="spellEnd"/>
      <w:r w:rsidR="00984A70" w:rsidRPr="00984A70">
        <w:rPr>
          <w:lang w:val="ru-RU"/>
        </w:rPr>
        <w:t xml:space="preserve"> спорт </w:t>
      </w:r>
      <w:proofErr w:type="spellStart"/>
      <w:r w:rsidR="00984A70" w:rsidRPr="00984A70">
        <w:rPr>
          <w:lang w:val="ru-RU"/>
        </w:rPr>
        <w:t>орталығы</w:t>
      </w:r>
      <w:proofErr w:type="spellEnd"/>
      <w:r w:rsidR="00984A70" w:rsidRPr="00984A70">
        <w:rPr>
          <w:lang w:val="ru-RU"/>
        </w:rPr>
        <w:t xml:space="preserve"> «Строитель»</w:t>
      </w:r>
      <w:r w:rsidR="00984A70">
        <w:rPr>
          <w:lang w:val="ru-RU"/>
        </w:rPr>
        <w:t xml:space="preserve">. </w:t>
      </w:r>
      <w:proofErr w:type="spellStart"/>
      <w:r w:rsidRPr="00984A70">
        <w:rPr>
          <w:lang w:val="ru-RU"/>
        </w:rPr>
        <w:t>Бағдарламаны</w:t>
      </w:r>
      <w:proofErr w:type="spellEnd"/>
      <w:r w:rsidRPr="00984A70">
        <w:rPr>
          <w:lang w:val="ru-RU"/>
        </w:rPr>
        <w:t xml:space="preserve"> </w:t>
      </w:r>
      <w:proofErr w:type="spellStart"/>
      <w:r w:rsidR="002C113B" w:rsidRPr="00984A70">
        <w:rPr>
          <w:lang w:val="ru-RU"/>
        </w:rPr>
        <w:t>іске</w:t>
      </w:r>
      <w:proofErr w:type="spellEnd"/>
      <w:r w:rsidR="002C113B" w:rsidRPr="00984A70">
        <w:rPr>
          <w:lang w:val="ru-RU"/>
        </w:rPr>
        <w:t xml:space="preserve"> </w:t>
      </w:r>
      <w:proofErr w:type="spellStart"/>
      <w:r w:rsidR="002C113B" w:rsidRPr="00984A70">
        <w:rPr>
          <w:lang w:val="ru-RU"/>
        </w:rPr>
        <w:t>асыратын</w:t>
      </w:r>
      <w:proofErr w:type="spellEnd"/>
      <w:r w:rsidRPr="00984A70">
        <w:rPr>
          <w:lang w:val="ru-RU"/>
        </w:rPr>
        <w:t xml:space="preserve"> </w:t>
      </w:r>
      <w:proofErr w:type="spellStart"/>
      <w:r w:rsidRPr="00984A70">
        <w:rPr>
          <w:lang w:val="ru-RU"/>
        </w:rPr>
        <w:t>орны</w:t>
      </w:r>
      <w:proofErr w:type="spellEnd"/>
      <w:r w:rsidRPr="00984A70">
        <w:rPr>
          <w:lang w:val="ru-RU"/>
        </w:rPr>
        <w:t xml:space="preserve">: </w:t>
      </w:r>
      <w:proofErr w:type="spellStart"/>
      <w:r w:rsidR="00984A70" w:rsidRPr="00984A70">
        <w:rPr>
          <w:lang w:val="ru-RU"/>
        </w:rPr>
        <w:t>Коктау</w:t>
      </w:r>
      <w:proofErr w:type="spellEnd"/>
      <w:r w:rsidR="00984A70" w:rsidRPr="00984A70">
        <w:rPr>
          <w:lang w:val="ru-RU"/>
        </w:rPr>
        <w:t xml:space="preserve"> </w:t>
      </w:r>
      <w:proofErr w:type="spellStart"/>
      <w:r w:rsidR="00984A70" w:rsidRPr="00984A70">
        <w:rPr>
          <w:lang w:val="ru-RU"/>
        </w:rPr>
        <w:t>ауылы</w:t>
      </w:r>
      <w:proofErr w:type="spellEnd"/>
      <w:r w:rsidR="00984A70" w:rsidRPr="00984A70">
        <w:rPr>
          <w:lang w:val="ru-RU"/>
        </w:rPr>
        <w:t xml:space="preserve"> </w:t>
      </w:r>
      <w:proofErr w:type="spellStart"/>
      <w:r w:rsidR="00984A70" w:rsidRPr="00984A70">
        <w:rPr>
          <w:lang w:val="ru-RU"/>
        </w:rPr>
        <w:t>Арқалық</w:t>
      </w:r>
      <w:proofErr w:type="spellEnd"/>
      <w:r w:rsidR="00984A70" w:rsidRPr="00984A70">
        <w:rPr>
          <w:lang w:val="ru-RU"/>
        </w:rPr>
        <w:t xml:space="preserve"> </w:t>
      </w:r>
      <w:proofErr w:type="spellStart"/>
      <w:r w:rsidR="00984A70" w:rsidRPr="00984A70">
        <w:rPr>
          <w:lang w:val="ru-RU"/>
        </w:rPr>
        <w:t>қаласы</w:t>
      </w:r>
      <w:proofErr w:type="spellEnd"/>
      <w:r w:rsidR="00984A70" w:rsidRPr="00984A70">
        <w:rPr>
          <w:lang w:val="ru-RU"/>
        </w:rPr>
        <w:t xml:space="preserve">, Костанай </w:t>
      </w:r>
      <w:proofErr w:type="spellStart"/>
      <w:r w:rsidR="00984A70" w:rsidRPr="00984A70">
        <w:rPr>
          <w:lang w:val="ru-RU"/>
        </w:rPr>
        <w:t>облысы</w:t>
      </w:r>
      <w:proofErr w:type="spellEnd"/>
      <w:r w:rsidR="00984A70" w:rsidRPr="00984A70">
        <w:rPr>
          <w:lang w:val="ru-RU"/>
        </w:rPr>
        <w:t>.</w:t>
      </w:r>
      <w:r w:rsidR="00984A70">
        <w:rPr>
          <w:lang w:val="ru-RU"/>
        </w:rPr>
        <w:t xml:space="preserve"> </w:t>
      </w:r>
      <w:proofErr w:type="spellStart"/>
      <w:r w:rsidRPr="00984A70">
        <w:rPr>
          <w:lang w:val="ru-RU"/>
        </w:rPr>
        <w:t>Ұйым</w:t>
      </w:r>
      <w:proofErr w:type="spellEnd"/>
      <w:r w:rsidRPr="00984A70">
        <w:rPr>
          <w:lang w:val="ru-RU"/>
        </w:rPr>
        <w:t xml:space="preserve"> </w:t>
      </w:r>
      <w:proofErr w:type="spellStart"/>
      <w:r w:rsidRPr="00984A70">
        <w:rPr>
          <w:lang w:val="ru-RU"/>
        </w:rPr>
        <w:t>к</w:t>
      </w:r>
      <w:r w:rsidR="00984A70" w:rsidRPr="00984A70">
        <w:rPr>
          <w:lang w:val="ru-RU"/>
        </w:rPr>
        <w:t>әмелетке</w:t>
      </w:r>
      <w:proofErr w:type="spellEnd"/>
      <w:r w:rsidR="00984A70" w:rsidRPr="00984A70">
        <w:rPr>
          <w:lang w:val="ru-RU"/>
        </w:rPr>
        <w:t xml:space="preserve"> </w:t>
      </w:r>
      <w:proofErr w:type="spellStart"/>
      <w:r w:rsidR="00984A70" w:rsidRPr="00984A70">
        <w:rPr>
          <w:lang w:val="ru-RU"/>
        </w:rPr>
        <w:t>толмаған</w:t>
      </w:r>
      <w:proofErr w:type="spellEnd"/>
      <w:r w:rsidR="00984A70" w:rsidRPr="00984A70">
        <w:rPr>
          <w:lang w:val="ru-RU"/>
        </w:rPr>
        <w:t xml:space="preserve"> </w:t>
      </w:r>
      <w:proofErr w:type="spellStart"/>
      <w:r w:rsidR="00984A70" w:rsidRPr="00984A70">
        <w:rPr>
          <w:lang w:val="ru-RU"/>
        </w:rPr>
        <w:t>балалар</w:t>
      </w:r>
      <w:proofErr w:type="spellEnd"/>
      <w:r w:rsidR="00984A70" w:rsidRPr="00984A70">
        <w:rPr>
          <w:lang w:val="ru-RU"/>
        </w:rPr>
        <w:t xml:space="preserve"> </w:t>
      </w:r>
      <w:proofErr w:type="spellStart"/>
      <w:r w:rsidR="00984A70" w:rsidRPr="00984A70">
        <w:rPr>
          <w:lang w:val="ru-RU"/>
        </w:rPr>
        <w:t>үшін</w:t>
      </w:r>
      <w:proofErr w:type="spellEnd"/>
      <w:r w:rsidR="00984A70" w:rsidRPr="00984A70">
        <w:rPr>
          <w:lang w:val="ru-RU"/>
        </w:rPr>
        <w:t xml:space="preserve"> </w:t>
      </w:r>
      <w:proofErr w:type="spellStart"/>
      <w:r w:rsidRPr="00984A70">
        <w:rPr>
          <w:lang w:val="ru-RU"/>
        </w:rPr>
        <w:t>маусымдық</w:t>
      </w:r>
      <w:proofErr w:type="spellEnd"/>
      <w:r w:rsidRPr="00984A70">
        <w:rPr>
          <w:lang w:val="ru-RU"/>
        </w:rPr>
        <w:t xml:space="preserve"> </w:t>
      </w:r>
      <w:proofErr w:type="spellStart"/>
      <w:r w:rsidRPr="00984A70">
        <w:rPr>
          <w:lang w:val="ru-RU"/>
        </w:rPr>
        <w:t>балалардың</w:t>
      </w:r>
      <w:proofErr w:type="spellEnd"/>
      <w:r w:rsidRPr="00984A70">
        <w:rPr>
          <w:lang w:val="ru-RU"/>
        </w:rPr>
        <w:t xml:space="preserve"> </w:t>
      </w:r>
      <w:proofErr w:type="spellStart"/>
      <w:r w:rsidRPr="00984A70">
        <w:rPr>
          <w:lang w:val="ru-RU"/>
        </w:rPr>
        <w:t>сауықтыру</w:t>
      </w:r>
      <w:proofErr w:type="spellEnd"/>
      <w:r w:rsidR="00195065" w:rsidRPr="00984A70">
        <w:rPr>
          <w:lang w:val="kk-KZ"/>
        </w:rPr>
        <w:t xml:space="preserve"> орталығы/</w:t>
      </w:r>
      <w:proofErr w:type="spellStart"/>
      <w:r w:rsidRPr="00984A70">
        <w:rPr>
          <w:lang w:val="ru-RU"/>
        </w:rPr>
        <w:t>лагері</w:t>
      </w:r>
      <w:proofErr w:type="spellEnd"/>
      <w:r w:rsidRPr="00984A70">
        <w:rPr>
          <w:lang w:val="ru-RU"/>
        </w:rPr>
        <w:t xml:space="preserve"> / </w:t>
      </w:r>
      <w:proofErr w:type="spellStart"/>
      <w:r w:rsidRPr="00984A70">
        <w:rPr>
          <w:lang w:val="ru-RU"/>
        </w:rPr>
        <w:t>форматында</w:t>
      </w:r>
      <w:proofErr w:type="spellEnd"/>
      <w:r w:rsidRPr="00984A70">
        <w:rPr>
          <w:lang w:val="ru-RU"/>
        </w:rPr>
        <w:t xml:space="preserve"> </w:t>
      </w:r>
      <w:proofErr w:type="spellStart"/>
      <w:r w:rsidRPr="00984A70">
        <w:rPr>
          <w:lang w:val="ru-RU"/>
        </w:rPr>
        <w:t>қызмет</w:t>
      </w:r>
      <w:proofErr w:type="spellEnd"/>
      <w:r w:rsidRPr="00984A70">
        <w:rPr>
          <w:lang w:val="ru-RU"/>
        </w:rPr>
        <w:t xml:space="preserve"> </w:t>
      </w:r>
      <w:proofErr w:type="spellStart"/>
      <w:r w:rsidRPr="00984A70">
        <w:rPr>
          <w:lang w:val="ru-RU"/>
        </w:rPr>
        <w:t>жүзеге</w:t>
      </w:r>
      <w:proofErr w:type="spellEnd"/>
      <w:r w:rsidRPr="00984A70">
        <w:rPr>
          <w:lang w:val="ru-RU"/>
        </w:rPr>
        <w:t xml:space="preserve"> </w:t>
      </w:r>
      <w:proofErr w:type="spellStart"/>
      <w:r w:rsidRPr="00984A70">
        <w:rPr>
          <w:lang w:val="ru-RU"/>
        </w:rPr>
        <w:t>асырады</w:t>
      </w:r>
      <w:proofErr w:type="spellEnd"/>
      <w:r w:rsidRPr="00984A70">
        <w:rPr>
          <w:lang w:val="ru-RU"/>
        </w:rPr>
        <w:t>.</w:t>
      </w:r>
    </w:p>
    <w:p w14:paraId="13FFF997" w14:textId="69793FFB" w:rsidR="00886237" w:rsidRPr="00C319EC" w:rsidRDefault="00195065" w:rsidP="00F41431">
      <w:pPr>
        <w:jc w:val="both"/>
        <w:rPr>
          <w:lang w:val="ru-RU"/>
        </w:rPr>
      </w:pPr>
      <w:r w:rsidRPr="00C319EC">
        <w:rPr>
          <w:lang w:val="ru-RU"/>
        </w:rPr>
        <w:t>Б</w:t>
      </w:r>
      <w:r w:rsidR="00984A70" w:rsidRPr="00C319EC">
        <w:rPr>
          <w:lang w:val="ru-RU"/>
        </w:rPr>
        <w:t>Д</w:t>
      </w:r>
      <w:r w:rsidRPr="00C319EC">
        <w:rPr>
          <w:lang w:val="ru-RU"/>
        </w:rPr>
        <w:t>СО</w:t>
      </w:r>
      <w:r w:rsidR="00886237" w:rsidRPr="00C319EC">
        <w:rPr>
          <w:lang w:val="ru-RU"/>
        </w:rPr>
        <w:t xml:space="preserve"> </w:t>
      </w:r>
      <w:proofErr w:type="spellStart"/>
      <w:r w:rsidR="00886237" w:rsidRPr="00C319EC">
        <w:rPr>
          <w:lang w:val="ru-RU"/>
        </w:rPr>
        <w:t>ж</w:t>
      </w:r>
      <w:r w:rsidR="00984A70" w:rsidRPr="00C319EC">
        <w:rPr>
          <w:lang w:val="ru-RU"/>
        </w:rPr>
        <w:t>ұмыс</w:t>
      </w:r>
      <w:proofErr w:type="spellEnd"/>
      <w:r w:rsidR="00984A70" w:rsidRPr="00C319EC">
        <w:rPr>
          <w:lang w:val="ru-RU"/>
        </w:rPr>
        <w:t xml:space="preserve"> </w:t>
      </w:r>
      <w:proofErr w:type="spellStart"/>
      <w:r w:rsidR="00984A70" w:rsidRPr="00C319EC">
        <w:rPr>
          <w:lang w:val="ru-RU"/>
        </w:rPr>
        <w:t>істеу</w:t>
      </w:r>
      <w:proofErr w:type="spellEnd"/>
      <w:r w:rsidR="00984A70" w:rsidRPr="00C319EC">
        <w:rPr>
          <w:lang w:val="ru-RU"/>
        </w:rPr>
        <w:t xml:space="preserve"> </w:t>
      </w:r>
      <w:proofErr w:type="spellStart"/>
      <w:r w:rsidR="00984A70" w:rsidRPr="00C319EC">
        <w:rPr>
          <w:lang w:val="ru-RU"/>
        </w:rPr>
        <w:t>кезеңі</w:t>
      </w:r>
      <w:proofErr w:type="spellEnd"/>
      <w:r w:rsidR="00984A70" w:rsidRPr="00C319EC">
        <w:rPr>
          <w:lang w:val="ru-RU"/>
        </w:rPr>
        <w:t xml:space="preserve">: 2026 </w:t>
      </w:r>
      <w:proofErr w:type="spellStart"/>
      <w:r w:rsidR="00984A70" w:rsidRPr="00C319EC">
        <w:rPr>
          <w:lang w:val="ru-RU"/>
        </w:rPr>
        <w:t>жылдың</w:t>
      </w:r>
      <w:proofErr w:type="spellEnd"/>
      <w:r w:rsidR="00984A70" w:rsidRPr="00C319EC">
        <w:rPr>
          <w:lang w:val="ru-RU"/>
        </w:rPr>
        <w:t xml:space="preserve"> </w:t>
      </w:r>
      <w:proofErr w:type="spellStart"/>
      <w:r w:rsidR="00984A70" w:rsidRPr="00C319EC">
        <w:rPr>
          <w:lang w:val="ru-RU"/>
        </w:rPr>
        <w:t>маусымд</w:t>
      </w:r>
      <w:r w:rsidR="00886237" w:rsidRPr="00C319EC">
        <w:rPr>
          <w:lang w:val="ru-RU"/>
        </w:rPr>
        <w:t>ың</w:t>
      </w:r>
      <w:proofErr w:type="spellEnd"/>
      <w:r w:rsidR="00886237" w:rsidRPr="00C319EC">
        <w:rPr>
          <w:lang w:val="ru-RU"/>
        </w:rPr>
        <w:t xml:space="preserve"> </w:t>
      </w:r>
      <w:r w:rsidR="00984A70" w:rsidRPr="00C319EC">
        <w:rPr>
          <w:lang w:val="ru-RU"/>
        </w:rPr>
        <w:t>11</w:t>
      </w:r>
      <w:r w:rsidR="00886237" w:rsidRPr="00C319EC">
        <w:rPr>
          <w:lang w:val="ru-RU"/>
        </w:rPr>
        <w:t xml:space="preserve"> </w:t>
      </w:r>
      <w:proofErr w:type="spellStart"/>
      <w:r w:rsidR="00886237" w:rsidRPr="00C319EC">
        <w:rPr>
          <w:lang w:val="ru-RU"/>
        </w:rPr>
        <w:t>бастап</w:t>
      </w:r>
      <w:proofErr w:type="spellEnd"/>
      <w:r w:rsidR="00886237" w:rsidRPr="00C319EC">
        <w:rPr>
          <w:lang w:val="ru-RU"/>
        </w:rPr>
        <w:t xml:space="preserve"> [</w:t>
      </w:r>
      <w:proofErr w:type="spellStart"/>
      <w:r w:rsidR="00C319EC" w:rsidRPr="00C319EC">
        <w:rPr>
          <w:lang w:val="ru-RU"/>
        </w:rPr>
        <w:t>шілденің</w:t>
      </w:r>
      <w:proofErr w:type="spellEnd"/>
      <w:r w:rsidR="00C319EC" w:rsidRPr="00C319EC">
        <w:rPr>
          <w:lang w:val="ru-RU"/>
        </w:rPr>
        <w:t xml:space="preserve"> 20 </w:t>
      </w:r>
      <w:proofErr w:type="spellStart"/>
      <w:r w:rsidR="00886237" w:rsidRPr="00C319EC">
        <w:rPr>
          <w:lang w:val="ru-RU"/>
        </w:rPr>
        <w:t>дейін</w:t>
      </w:r>
      <w:proofErr w:type="spellEnd"/>
      <w:r w:rsidR="00886237" w:rsidRPr="00C319EC">
        <w:rPr>
          <w:lang w:val="ru-RU"/>
        </w:rPr>
        <w:t>.</w:t>
      </w:r>
    </w:p>
    <w:p w14:paraId="2A8CFB2F" w14:textId="55F788A0" w:rsidR="00886237" w:rsidRPr="00FE51FF" w:rsidRDefault="00886237" w:rsidP="00F41431">
      <w:pPr>
        <w:jc w:val="both"/>
        <w:rPr>
          <w:lang w:val="ru-RU"/>
        </w:rPr>
      </w:pPr>
      <w:proofErr w:type="spellStart"/>
      <w:r w:rsidRPr="00FE51FF">
        <w:rPr>
          <w:lang w:val="ru-RU"/>
        </w:rPr>
        <w:t>Бір</w:t>
      </w:r>
      <w:proofErr w:type="spellEnd"/>
      <w:r w:rsidRPr="00FE51FF">
        <w:rPr>
          <w:lang w:val="ru-RU"/>
        </w:rPr>
        <w:t xml:space="preserve"> </w:t>
      </w:r>
      <w:proofErr w:type="spellStart"/>
      <w:r w:rsidRPr="00FE51FF">
        <w:rPr>
          <w:lang w:val="ru-RU"/>
        </w:rPr>
        <w:t>ауысымның</w:t>
      </w:r>
      <w:proofErr w:type="spellEnd"/>
      <w:r w:rsidRPr="00FE51FF">
        <w:rPr>
          <w:lang w:val="ru-RU"/>
        </w:rPr>
        <w:t xml:space="preserve"> </w:t>
      </w:r>
      <w:proofErr w:type="spellStart"/>
      <w:r w:rsidRPr="00FE51FF">
        <w:rPr>
          <w:lang w:val="ru-RU"/>
        </w:rPr>
        <w:t>ұзақтығы</w:t>
      </w:r>
      <w:proofErr w:type="spellEnd"/>
      <w:r w:rsidRPr="00FE51FF">
        <w:rPr>
          <w:lang w:val="ru-RU"/>
        </w:rPr>
        <w:t xml:space="preserve"> 12 </w:t>
      </w:r>
      <w:proofErr w:type="spellStart"/>
      <w:r w:rsidRPr="00FE51FF">
        <w:rPr>
          <w:lang w:val="ru-RU"/>
        </w:rPr>
        <w:t>күнтізбелік</w:t>
      </w:r>
      <w:proofErr w:type="spellEnd"/>
      <w:r w:rsidRPr="00FE51FF">
        <w:rPr>
          <w:lang w:val="ru-RU"/>
        </w:rPr>
        <w:t xml:space="preserve"> </w:t>
      </w:r>
      <w:proofErr w:type="spellStart"/>
      <w:r w:rsidRPr="00FE51FF">
        <w:rPr>
          <w:lang w:val="ru-RU"/>
        </w:rPr>
        <w:t>күнді</w:t>
      </w:r>
      <w:proofErr w:type="spellEnd"/>
      <w:r w:rsidRPr="00FE51FF">
        <w:rPr>
          <w:lang w:val="ru-RU"/>
        </w:rPr>
        <w:t xml:space="preserve"> </w:t>
      </w:r>
      <w:proofErr w:type="spellStart"/>
      <w:r w:rsidRPr="00FE51FF">
        <w:rPr>
          <w:lang w:val="ru-RU"/>
        </w:rPr>
        <w:t>құрайды</w:t>
      </w:r>
      <w:proofErr w:type="spellEnd"/>
      <w:r w:rsidRPr="00FE51FF">
        <w:rPr>
          <w:lang w:val="ru-RU"/>
        </w:rPr>
        <w:t xml:space="preserve">: </w:t>
      </w:r>
      <w:proofErr w:type="spellStart"/>
      <w:r w:rsidRPr="00FE51FF">
        <w:rPr>
          <w:lang w:val="ru-RU"/>
        </w:rPr>
        <w:t>бірінші</w:t>
      </w:r>
      <w:proofErr w:type="spellEnd"/>
      <w:r w:rsidRPr="00FE51FF">
        <w:rPr>
          <w:lang w:val="ru-RU"/>
        </w:rPr>
        <w:t xml:space="preserve"> </w:t>
      </w:r>
      <w:proofErr w:type="spellStart"/>
      <w:r w:rsidRPr="00FE51FF">
        <w:rPr>
          <w:lang w:val="ru-RU"/>
        </w:rPr>
        <w:t>аптаның</w:t>
      </w:r>
      <w:proofErr w:type="spellEnd"/>
      <w:r w:rsidRPr="00FE51FF">
        <w:rPr>
          <w:lang w:val="ru-RU"/>
        </w:rPr>
        <w:t xml:space="preserve"> </w:t>
      </w:r>
      <w:r w:rsidR="00FE51FF" w:rsidRPr="00FE51FF">
        <w:rPr>
          <w:lang w:val="kk-KZ"/>
        </w:rPr>
        <w:t>бейсе</w:t>
      </w:r>
      <w:proofErr w:type="spellStart"/>
      <w:r w:rsidRPr="00FE51FF">
        <w:rPr>
          <w:lang w:val="ru-RU"/>
        </w:rPr>
        <w:t>нбісінен</w:t>
      </w:r>
      <w:proofErr w:type="spellEnd"/>
      <w:r w:rsidRPr="00FE51FF">
        <w:rPr>
          <w:lang w:val="ru-RU"/>
        </w:rPr>
        <w:t xml:space="preserve"> </w:t>
      </w:r>
      <w:proofErr w:type="spellStart"/>
      <w:r w:rsidR="00FE51FF" w:rsidRPr="00FE51FF">
        <w:rPr>
          <w:lang w:val="ru-RU"/>
        </w:rPr>
        <w:t>үшінші</w:t>
      </w:r>
      <w:proofErr w:type="spellEnd"/>
      <w:r w:rsidRPr="00FE51FF">
        <w:rPr>
          <w:lang w:val="ru-RU"/>
        </w:rPr>
        <w:t xml:space="preserve"> </w:t>
      </w:r>
      <w:proofErr w:type="spellStart"/>
      <w:r w:rsidRPr="00FE51FF">
        <w:rPr>
          <w:lang w:val="ru-RU"/>
        </w:rPr>
        <w:t>аптаның</w:t>
      </w:r>
      <w:proofErr w:type="spellEnd"/>
      <w:r w:rsidRPr="00FE51FF">
        <w:rPr>
          <w:lang w:val="ru-RU"/>
        </w:rPr>
        <w:t xml:space="preserve"> </w:t>
      </w:r>
      <w:proofErr w:type="spellStart"/>
      <w:r w:rsidR="00FE51FF" w:rsidRPr="00FE51FF">
        <w:rPr>
          <w:lang w:val="ru-RU"/>
        </w:rPr>
        <w:t>дүйсенбісіне</w:t>
      </w:r>
      <w:proofErr w:type="spellEnd"/>
      <w:r w:rsidRPr="00FE51FF">
        <w:rPr>
          <w:lang w:val="ru-RU"/>
        </w:rPr>
        <w:t xml:space="preserve"> </w:t>
      </w:r>
      <w:proofErr w:type="spellStart"/>
      <w:r w:rsidRPr="00FE51FF">
        <w:rPr>
          <w:lang w:val="ru-RU"/>
        </w:rPr>
        <w:t>дейін</w:t>
      </w:r>
      <w:proofErr w:type="spellEnd"/>
      <w:r w:rsidRPr="00FE51FF">
        <w:rPr>
          <w:lang w:val="ru-RU"/>
        </w:rPr>
        <w:t>.</w:t>
      </w:r>
    </w:p>
    <w:p w14:paraId="2462164D" w14:textId="33082C02" w:rsidR="00886237" w:rsidRPr="00F3526A" w:rsidRDefault="00886237" w:rsidP="00F41431">
      <w:pPr>
        <w:jc w:val="both"/>
        <w:rPr>
          <w:lang w:val="ru-RU"/>
        </w:rPr>
      </w:pPr>
      <w:proofErr w:type="spellStart"/>
      <w:r w:rsidRPr="00F3526A">
        <w:rPr>
          <w:lang w:val="ru-RU"/>
        </w:rPr>
        <w:t>Бір</w:t>
      </w:r>
      <w:proofErr w:type="spellEnd"/>
      <w:r w:rsidRPr="00F3526A">
        <w:rPr>
          <w:lang w:val="ru-RU"/>
        </w:rPr>
        <w:t xml:space="preserve"> </w:t>
      </w:r>
      <w:proofErr w:type="spellStart"/>
      <w:r w:rsidRPr="00F3526A">
        <w:rPr>
          <w:lang w:val="ru-RU"/>
        </w:rPr>
        <w:t>ауысымға</w:t>
      </w:r>
      <w:proofErr w:type="spellEnd"/>
      <w:r w:rsidRPr="00F3526A">
        <w:rPr>
          <w:lang w:val="ru-RU"/>
        </w:rPr>
        <w:t xml:space="preserve"> </w:t>
      </w:r>
      <w:proofErr w:type="spellStart"/>
      <w:r w:rsidRPr="00F3526A">
        <w:rPr>
          <w:lang w:val="ru-RU"/>
        </w:rPr>
        <w:t>қатысушылар</w:t>
      </w:r>
      <w:proofErr w:type="spellEnd"/>
      <w:r w:rsidRPr="00F3526A">
        <w:rPr>
          <w:lang w:val="ru-RU"/>
        </w:rPr>
        <w:t xml:space="preserve"> саны: </w:t>
      </w:r>
      <w:r w:rsidR="00F3526A" w:rsidRPr="00F3526A">
        <w:rPr>
          <w:lang w:val="kk-KZ"/>
        </w:rPr>
        <w:t>150, 200</w:t>
      </w:r>
      <w:r w:rsidRPr="00F3526A">
        <w:rPr>
          <w:lang w:val="ru-RU"/>
        </w:rPr>
        <w:t xml:space="preserve"> бала. </w:t>
      </w:r>
      <w:proofErr w:type="spellStart"/>
      <w:r w:rsidRPr="00F3526A">
        <w:rPr>
          <w:lang w:val="ru-RU"/>
        </w:rPr>
        <w:t>Ауысымдар</w:t>
      </w:r>
      <w:proofErr w:type="spellEnd"/>
      <w:r w:rsidRPr="00F3526A">
        <w:rPr>
          <w:lang w:val="ru-RU"/>
        </w:rPr>
        <w:t xml:space="preserve"> саны: </w:t>
      </w:r>
      <w:r w:rsidR="00F3526A" w:rsidRPr="00F3526A">
        <w:rPr>
          <w:lang w:val="kk-KZ"/>
        </w:rPr>
        <w:t>3 (үш</w:t>
      </w:r>
      <w:r w:rsidR="00F3526A" w:rsidRPr="00F3526A">
        <w:rPr>
          <w:lang w:val="ru-RU"/>
        </w:rPr>
        <w:t>)</w:t>
      </w:r>
      <w:r w:rsidRPr="00F3526A">
        <w:rPr>
          <w:lang w:val="ru-RU"/>
        </w:rPr>
        <w:t xml:space="preserve">. </w:t>
      </w:r>
      <w:proofErr w:type="spellStart"/>
      <w:r w:rsidR="00F3526A">
        <w:rPr>
          <w:lang w:val="ru-RU"/>
        </w:rPr>
        <w:t>М</w:t>
      </w:r>
      <w:r w:rsidR="00F3526A" w:rsidRPr="00F3526A">
        <w:rPr>
          <w:lang w:val="ru-RU"/>
        </w:rPr>
        <w:t>аусымдағы</w:t>
      </w:r>
      <w:proofErr w:type="spellEnd"/>
      <w:r w:rsidR="00F3526A" w:rsidRPr="00F3526A">
        <w:rPr>
          <w:lang w:val="ru-RU"/>
        </w:rPr>
        <w:t xml:space="preserve"> </w:t>
      </w:r>
      <w:r w:rsidR="00F3526A">
        <w:rPr>
          <w:lang w:val="kk-KZ"/>
        </w:rPr>
        <w:t xml:space="preserve">үш </w:t>
      </w:r>
      <w:r w:rsidR="00F3526A" w:rsidRPr="00F3526A">
        <w:rPr>
          <w:lang w:val="kk-KZ"/>
        </w:rPr>
        <w:t>ауысым</w:t>
      </w:r>
      <w:r w:rsidR="00F3526A">
        <w:rPr>
          <w:lang w:val="kk-KZ"/>
        </w:rPr>
        <w:t xml:space="preserve">да </w:t>
      </w:r>
      <w:proofErr w:type="spellStart"/>
      <w:r w:rsidRPr="00F3526A">
        <w:rPr>
          <w:lang w:val="ru-RU"/>
        </w:rPr>
        <w:t>жалпы</w:t>
      </w:r>
      <w:proofErr w:type="spellEnd"/>
      <w:r w:rsidRPr="00F3526A">
        <w:rPr>
          <w:lang w:val="ru-RU"/>
        </w:rPr>
        <w:t xml:space="preserve"> </w:t>
      </w:r>
      <w:proofErr w:type="spellStart"/>
      <w:r w:rsidRPr="00F3526A">
        <w:rPr>
          <w:lang w:val="ru-RU"/>
        </w:rPr>
        <w:t>қатысушылар</w:t>
      </w:r>
      <w:proofErr w:type="spellEnd"/>
      <w:r w:rsidRPr="00F3526A">
        <w:rPr>
          <w:lang w:val="ru-RU"/>
        </w:rPr>
        <w:t xml:space="preserve"> саны: </w:t>
      </w:r>
      <w:r w:rsidR="00F3526A" w:rsidRPr="00F3526A">
        <w:rPr>
          <w:lang w:val="ru-RU"/>
        </w:rPr>
        <w:t>450</w:t>
      </w:r>
      <w:r w:rsidRPr="00F3526A">
        <w:rPr>
          <w:lang w:val="ru-RU"/>
        </w:rPr>
        <w:t xml:space="preserve"> бала.</w:t>
      </w:r>
    </w:p>
    <w:p w14:paraId="71863916" w14:textId="462969BC" w:rsidR="00886237" w:rsidRPr="0018136D" w:rsidRDefault="0018136D" w:rsidP="00F41431">
      <w:pPr>
        <w:jc w:val="both"/>
        <w:rPr>
          <w:lang w:val="ru-RU"/>
        </w:rPr>
      </w:pPr>
      <w:proofErr w:type="spellStart"/>
      <w:r w:rsidRPr="0018136D">
        <w:rPr>
          <w:lang w:val="ru-RU"/>
        </w:rPr>
        <w:t>Бағдарлама</w:t>
      </w:r>
      <w:proofErr w:type="spellEnd"/>
      <w:r w:rsidRPr="0018136D">
        <w:rPr>
          <w:lang w:val="ru-RU"/>
        </w:rPr>
        <w:t xml:space="preserve"> </w:t>
      </w:r>
      <w:r w:rsidR="00195065" w:rsidRPr="0018136D">
        <w:rPr>
          <w:lang w:val="ru-RU"/>
        </w:rPr>
        <w:t>Б</w:t>
      </w:r>
      <w:r w:rsidRPr="0018136D">
        <w:rPr>
          <w:lang w:val="ru-RU"/>
        </w:rPr>
        <w:t>Д</w:t>
      </w:r>
      <w:r w:rsidR="00195065" w:rsidRPr="0018136D">
        <w:rPr>
          <w:lang w:val="ru-RU"/>
        </w:rPr>
        <w:t xml:space="preserve">СО </w:t>
      </w:r>
      <w:r w:rsidRPr="0018136D">
        <w:rPr>
          <w:lang w:val="ru-RU"/>
        </w:rPr>
        <w:t xml:space="preserve">«Строитель», </w:t>
      </w:r>
      <w:proofErr w:type="spellStart"/>
      <w:r w:rsidR="00886237" w:rsidRPr="0018136D">
        <w:rPr>
          <w:lang w:val="ru-RU"/>
        </w:rPr>
        <w:t>базасында</w:t>
      </w:r>
      <w:proofErr w:type="spellEnd"/>
      <w:r w:rsidR="00886237" w:rsidRPr="0018136D">
        <w:rPr>
          <w:lang w:val="ru-RU"/>
        </w:rPr>
        <w:t xml:space="preserve"> </w:t>
      </w:r>
      <w:proofErr w:type="spellStart"/>
      <w:r w:rsidR="00886237" w:rsidRPr="0018136D">
        <w:rPr>
          <w:lang w:val="ru-RU"/>
        </w:rPr>
        <w:t>жүзеге</w:t>
      </w:r>
      <w:proofErr w:type="spellEnd"/>
      <w:r w:rsidR="00886237" w:rsidRPr="0018136D">
        <w:rPr>
          <w:lang w:val="ru-RU"/>
        </w:rPr>
        <w:t xml:space="preserve"> </w:t>
      </w:r>
      <w:proofErr w:type="spellStart"/>
      <w:r w:rsidR="00886237" w:rsidRPr="0018136D">
        <w:rPr>
          <w:lang w:val="ru-RU"/>
        </w:rPr>
        <w:t>асырылады</w:t>
      </w:r>
      <w:proofErr w:type="spellEnd"/>
      <w:r w:rsidR="00886237" w:rsidRPr="0018136D">
        <w:rPr>
          <w:lang w:val="ru-RU"/>
        </w:rPr>
        <w:t xml:space="preserve">, </w:t>
      </w:r>
      <w:proofErr w:type="spellStart"/>
      <w:r w:rsidR="00886237" w:rsidRPr="0018136D">
        <w:rPr>
          <w:lang w:val="ru-RU"/>
        </w:rPr>
        <w:t>ол</w:t>
      </w:r>
      <w:proofErr w:type="spellEnd"/>
      <w:r w:rsidR="00886237" w:rsidRPr="0018136D">
        <w:rPr>
          <w:lang w:val="ru-RU"/>
        </w:rPr>
        <w:t xml:space="preserve"> </w:t>
      </w:r>
      <w:proofErr w:type="spellStart"/>
      <w:r w:rsidR="00886237" w:rsidRPr="0018136D">
        <w:rPr>
          <w:lang w:val="ru-RU"/>
        </w:rPr>
        <w:t>балалардың</w:t>
      </w:r>
      <w:proofErr w:type="spellEnd"/>
      <w:r w:rsidR="00886237" w:rsidRPr="0018136D">
        <w:rPr>
          <w:lang w:val="ru-RU"/>
        </w:rPr>
        <w:t xml:space="preserve"> </w:t>
      </w:r>
      <w:proofErr w:type="spellStart"/>
      <w:r w:rsidR="00886237" w:rsidRPr="0018136D">
        <w:rPr>
          <w:lang w:val="ru-RU"/>
        </w:rPr>
        <w:t>тұруы</w:t>
      </w:r>
      <w:proofErr w:type="spellEnd"/>
      <w:r w:rsidR="00886237" w:rsidRPr="0018136D">
        <w:rPr>
          <w:lang w:val="ru-RU"/>
        </w:rPr>
        <w:t xml:space="preserve">, </w:t>
      </w:r>
      <w:proofErr w:type="spellStart"/>
      <w:r w:rsidR="00886237" w:rsidRPr="0018136D">
        <w:rPr>
          <w:lang w:val="ru-RU"/>
        </w:rPr>
        <w:t>тамақтануы</w:t>
      </w:r>
      <w:proofErr w:type="spellEnd"/>
      <w:r w:rsidR="00886237" w:rsidRPr="0018136D">
        <w:rPr>
          <w:lang w:val="ru-RU"/>
        </w:rPr>
        <w:t xml:space="preserve">, </w:t>
      </w:r>
      <w:proofErr w:type="spellStart"/>
      <w:r w:rsidR="00886237" w:rsidRPr="0018136D">
        <w:rPr>
          <w:lang w:val="ru-RU"/>
        </w:rPr>
        <w:t>демалуы</w:t>
      </w:r>
      <w:proofErr w:type="spellEnd"/>
      <w:r w:rsidR="00886237" w:rsidRPr="0018136D">
        <w:rPr>
          <w:lang w:val="ru-RU"/>
        </w:rPr>
        <w:t xml:space="preserve">, </w:t>
      </w:r>
      <w:proofErr w:type="spellStart"/>
      <w:r w:rsidR="00886237" w:rsidRPr="0018136D">
        <w:rPr>
          <w:lang w:val="ru-RU"/>
        </w:rPr>
        <w:t>сауықтыруы</w:t>
      </w:r>
      <w:proofErr w:type="spellEnd"/>
      <w:r w:rsidR="00886237" w:rsidRPr="0018136D">
        <w:rPr>
          <w:lang w:val="ru-RU"/>
        </w:rPr>
        <w:t xml:space="preserve">, </w:t>
      </w:r>
      <w:proofErr w:type="spellStart"/>
      <w:r w:rsidR="00886237" w:rsidRPr="0018136D">
        <w:rPr>
          <w:lang w:val="ru-RU"/>
        </w:rPr>
        <w:t>тәрбиелік</w:t>
      </w:r>
      <w:proofErr w:type="spellEnd"/>
      <w:r w:rsidR="00886237" w:rsidRPr="0018136D">
        <w:rPr>
          <w:lang w:val="ru-RU"/>
        </w:rPr>
        <w:t xml:space="preserve">, </w:t>
      </w:r>
      <w:proofErr w:type="spellStart"/>
      <w:r w:rsidR="00886237" w:rsidRPr="0018136D">
        <w:rPr>
          <w:lang w:val="ru-RU"/>
        </w:rPr>
        <w:t>спорттық</w:t>
      </w:r>
      <w:proofErr w:type="spellEnd"/>
      <w:r w:rsidR="00886237" w:rsidRPr="0018136D">
        <w:rPr>
          <w:lang w:val="ru-RU"/>
        </w:rPr>
        <w:t xml:space="preserve">, </w:t>
      </w:r>
      <w:proofErr w:type="spellStart"/>
      <w:r w:rsidR="00886237" w:rsidRPr="0018136D">
        <w:rPr>
          <w:lang w:val="ru-RU"/>
        </w:rPr>
        <w:t>туристік</w:t>
      </w:r>
      <w:proofErr w:type="spellEnd"/>
      <w:r w:rsidR="00886237" w:rsidRPr="0018136D">
        <w:rPr>
          <w:lang w:val="ru-RU"/>
        </w:rPr>
        <w:t xml:space="preserve">, </w:t>
      </w:r>
      <w:proofErr w:type="spellStart"/>
      <w:r w:rsidR="00886237" w:rsidRPr="0018136D">
        <w:rPr>
          <w:lang w:val="ru-RU"/>
        </w:rPr>
        <w:t>өлкетанулық</w:t>
      </w:r>
      <w:proofErr w:type="spellEnd"/>
      <w:r w:rsidR="00886237" w:rsidRPr="0018136D">
        <w:rPr>
          <w:lang w:val="ru-RU"/>
        </w:rPr>
        <w:t xml:space="preserve">, </w:t>
      </w:r>
      <w:proofErr w:type="spellStart"/>
      <w:r w:rsidR="00886237" w:rsidRPr="0018136D">
        <w:rPr>
          <w:lang w:val="ru-RU"/>
        </w:rPr>
        <w:t>жобалық</w:t>
      </w:r>
      <w:proofErr w:type="spellEnd"/>
      <w:r w:rsidR="00886237" w:rsidRPr="0018136D">
        <w:rPr>
          <w:lang w:val="ru-RU"/>
        </w:rPr>
        <w:t xml:space="preserve"> </w:t>
      </w:r>
      <w:proofErr w:type="spellStart"/>
      <w:r w:rsidR="00886237" w:rsidRPr="0018136D">
        <w:rPr>
          <w:lang w:val="ru-RU"/>
        </w:rPr>
        <w:t>және</w:t>
      </w:r>
      <w:proofErr w:type="spellEnd"/>
      <w:r w:rsidR="00886237" w:rsidRPr="0018136D">
        <w:rPr>
          <w:lang w:val="ru-RU"/>
        </w:rPr>
        <w:t xml:space="preserve"> бос </w:t>
      </w:r>
      <w:proofErr w:type="spellStart"/>
      <w:r w:rsidR="00886237" w:rsidRPr="0018136D">
        <w:rPr>
          <w:lang w:val="ru-RU"/>
        </w:rPr>
        <w:t>уақытты</w:t>
      </w:r>
      <w:proofErr w:type="spellEnd"/>
      <w:r w:rsidR="00886237" w:rsidRPr="0018136D">
        <w:rPr>
          <w:lang w:val="ru-RU"/>
        </w:rPr>
        <w:t xml:space="preserve"> </w:t>
      </w:r>
      <w:proofErr w:type="spellStart"/>
      <w:r w:rsidR="00886237" w:rsidRPr="0018136D">
        <w:rPr>
          <w:lang w:val="ru-RU"/>
        </w:rPr>
        <w:t>тиімді</w:t>
      </w:r>
      <w:proofErr w:type="spellEnd"/>
      <w:r w:rsidR="00886237" w:rsidRPr="0018136D">
        <w:rPr>
          <w:lang w:val="ru-RU"/>
        </w:rPr>
        <w:t xml:space="preserve"> </w:t>
      </w:r>
      <w:proofErr w:type="spellStart"/>
      <w:r w:rsidR="00886237" w:rsidRPr="0018136D">
        <w:rPr>
          <w:lang w:val="ru-RU"/>
        </w:rPr>
        <w:t>өткізу</w:t>
      </w:r>
      <w:proofErr w:type="spellEnd"/>
      <w:r w:rsidR="00886237" w:rsidRPr="0018136D">
        <w:rPr>
          <w:lang w:val="ru-RU"/>
        </w:rPr>
        <w:t xml:space="preserve"> </w:t>
      </w:r>
      <w:proofErr w:type="spellStart"/>
      <w:r w:rsidR="00886237" w:rsidRPr="0018136D">
        <w:rPr>
          <w:lang w:val="ru-RU"/>
        </w:rPr>
        <w:t>қызметтерін</w:t>
      </w:r>
      <w:proofErr w:type="spellEnd"/>
      <w:r w:rsidR="00886237" w:rsidRPr="0018136D">
        <w:rPr>
          <w:lang w:val="ru-RU"/>
        </w:rPr>
        <w:t xml:space="preserve"> </w:t>
      </w:r>
      <w:proofErr w:type="spellStart"/>
      <w:r w:rsidR="00886237" w:rsidRPr="0018136D">
        <w:rPr>
          <w:lang w:val="ru-RU"/>
        </w:rPr>
        <w:t>ұйымдастыруға</w:t>
      </w:r>
      <w:proofErr w:type="spellEnd"/>
      <w:r w:rsidR="00886237" w:rsidRPr="0018136D">
        <w:rPr>
          <w:lang w:val="ru-RU"/>
        </w:rPr>
        <w:t xml:space="preserve"> </w:t>
      </w:r>
      <w:proofErr w:type="spellStart"/>
      <w:r w:rsidR="00886237" w:rsidRPr="0018136D">
        <w:rPr>
          <w:lang w:val="ru-RU"/>
        </w:rPr>
        <w:t>қажетті</w:t>
      </w:r>
      <w:proofErr w:type="spellEnd"/>
      <w:r w:rsidR="00886237" w:rsidRPr="0018136D">
        <w:rPr>
          <w:lang w:val="ru-RU"/>
        </w:rPr>
        <w:t xml:space="preserve"> </w:t>
      </w:r>
      <w:proofErr w:type="spellStart"/>
      <w:r w:rsidR="00886237" w:rsidRPr="0018136D">
        <w:rPr>
          <w:lang w:val="ru-RU"/>
        </w:rPr>
        <w:t>жағдайлармен</w:t>
      </w:r>
      <w:proofErr w:type="spellEnd"/>
      <w:r w:rsidR="00886237" w:rsidRPr="0018136D">
        <w:rPr>
          <w:lang w:val="ru-RU"/>
        </w:rPr>
        <w:t xml:space="preserve"> </w:t>
      </w:r>
      <w:proofErr w:type="spellStart"/>
      <w:r w:rsidR="00886237" w:rsidRPr="0018136D">
        <w:rPr>
          <w:lang w:val="ru-RU"/>
        </w:rPr>
        <w:t>қамтамасыз</w:t>
      </w:r>
      <w:proofErr w:type="spellEnd"/>
      <w:r w:rsidR="00886237" w:rsidRPr="0018136D">
        <w:rPr>
          <w:lang w:val="ru-RU"/>
        </w:rPr>
        <w:t xml:space="preserve"> </w:t>
      </w:r>
      <w:proofErr w:type="spellStart"/>
      <w:r w:rsidR="00886237" w:rsidRPr="0018136D">
        <w:rPr>
          <w:lang w:val="ru-RU"/>
        </w:rPr>
        <w:t>етілген</w:t>
      </w:r>
      <w:proofErr w:type="spellEnd"/>
      <w:r w:rsidR="00886237" w:rsidRPr="0018136D">
        <w:rPr>
          <w:lang w:val="ru-RU"/>
        </w:rPr>
        <w:t>.</w:t>
      </w:r>
    </w:p>
    <w:p w14:paraId="5B59A58E" w14:textId="77777777" w:rsidR="0018136D" w:rsidRDefault="00195065" w:rsidP="00F41431">
      <w:pPr>
        <w:jc w:val="both"/>
        <w:rPr>
          <w:lang w:val="ru-RU"/>
        </w:rPr>
      </w:pPr>
      <w:r w:rsidRPr="0018136D">
        <w:rPr>
          <w:lang w:val="ru-RU"/>
        </w:rPr>
        <w:t>Б</w:t>
      </w:r>
      <w:r w:rsidR="0018136D" w:rsidRPr="0018136D">
        <w:rPr>
          <w:lang w:val="ru-RU"/>
        </w:rPr>
        <w:t>Д</w:t>
      </w:r>
      <w:r w:rsidRPr="0018136D">
        <w:rPr>
          <w:lang w:val="ru-RU"/>
        </w:rPr>
        <w:t>СО</w:t>
      </w:r>
      <w:r w:rsidR="00886237" w:rsidRPr="0018136D">
        <w:rPr>
          <w:lang w:val="ru-RU"/>
        </w:rPr>
        <w:t xml:space="preserve"> </w:t>
      </w:r>
      <w:proofErr w:type="spellStart"/>
      <w:r w:rsidR="00886237" w:rsidRPr="0018136D">
        <w:rPr>
          <w:lang w:val="ru-RU"/>
        </w:rPr>
        <w:t>инфрақұрылымы</w:t>
      </w:r>
      <w:proofErr w:type="spellEnd"/>
      <w:r w:rsidR="00886237" w:rsidRPr="0018136D">
        <w:rPr>
          <w:lang w:val="ru-RU"/>
        </w:rPr>
        <w:t xml:space="preserve"> </w:t>
      </w:r>
      <w:proofErr w:type="spellStart"/>
      <w:r w:rsidR="00886237" w:rsidRPr="0018136D">
        <w:rPr>
          <w:lang w:val="ru-RU"/>
        </w:rPr>
        <w:t>мыналарды</w:t>
      </w:r>
      <w:proofErr w:type="spellEnd"/>
      <w:r w:rsidR="00886237" w:rsidRPr="0018136D">
        <w:rPr>
          <w:lang w:val="ru-RU"/>
        </w:rPr>
        <w:t xml:space="preserve"> </w:t>
      </w:r>
      <w:proofErr w:type="spellStart"/>
      <w:r w:rsidR="00886237" w:rsidRPr="0018136D">
        <w:rPr>
          <w:lang w:val="ru-RU"/>
        </w:rPr>
        <w:t>қамтиды</w:t>
      </w:r>
      <w:proofErr w:type="spellEnd"/>
      <w:r w:rsidR="00886237" w:rsidRPr="0018136D">
        <w:rPr>
          <w:lang w:val="ru-RU"/>
        </w:rPr>
        <w:t>:</w:t>
      </w:r>
      <w:r w:rsidR="0018136D" w:rsidRPr="0018136D">
        <w:rPr>
          <w:lang w:val="ru-RU"/>
        </w:rPr>
        <w:t xml:space="preserve"> </w:t>
      </w:r>
      <w:proofErr w:type="spellStart"/>
      <w:r w:rsidR="00886237" w:rsidRPr="0018136D">
        <w:rPr>
          <w:lang w:val="ru-RU"/>
        </w:rPr>
        <w:t>тұрғын</w:t>
      </w:r>
      <w:proofErr w:type="spellEnd"/>
      <w:r w:rsidR="00886237" w:rsidRPr="0018136D">
        <w:rPr>
          <w:lang w:val="ru-RU"/>
        </w:rPr>
        <w:t xml:space="preserve"> </w:t>
      </w:r>
      <w:proofErr w:type="spellStart"/>
      <w:r w:rsidR="00886237" w:rsidRPr="0018136D">
        <w:rPr>
          <w:lang w:val="ru-RU"/>
        </w:rPr>
        <w:t>үй-жайлар</w:t>
      </w:r>
      <w:proofErr w:type="spellEnd"/>
      <w:r w:rsidR="00886237" w:rsidRPr="0018136D">
        <w:rPr>
          <w:lang w:val="ru-RU"/>
        </w:rPr>
        <w:t xml:space="preserve">, </w:t>
      </w:r>
      <w:proofErr w:type="spellStart"/>
      <w:r w:rsidR="00886237" w:rsidRPr="0018136D">
        <w:rPr>
          <w:lang w:val="ru-RU"/>
        </w:rPr>
        <w:t>асхана</w:t>
      </w:r>
      <w:proofErr w:type="spellEnd"/>
      <w:r w:rsidR="00886237" w:rsidRPr="0018136D">
        <w:rPr>
          <w:lang w:val="ru-RU"/>
        </w:rPr>
        <w:t xml:space="preserve">, </w:t>
      </w:r>
      <w:proofErr w:type="spellStart"/>
      <w:r w:rsidR="00886237" w:rsidRPr="0018136D">
        <w:rPr>
          <w:lang w:val="ru-RU"/>
        </w:rPr>
        <w:t>медициналық</w:t>
      </w:r>
      <w:proofErr w:type="spellEnd"/>
      <w:r w:rsidR="00886237" w:rsidRPr="0018136D">
        <w:rPr>
          <w:lang w:val="ru-RU"/>
        </w:rPr>
        <w:t xml:space="preserve"> пункт, </w:t>
      </w:r>
      <w:proofErr w:type="spellStart"/>
      <w:r w:rsidR="00886237" w:rsidRPr="0018136D">
        <w:rPr>
          <w:lang w:val="ru-RU"/>
        </w:rPr>
        <w:t>спорттық</w:t>
      </w:r>
      <w:proofErr w:type="spellEnd"/>
      <w:r w:rsidR="00886237" w:rsidRPr="0018136D">
        <w:rPr>
          <w:lang w:val="ru-RU"/>
        </w:rPr>
        <w:t xml:space="preserve"> </w:t>
      </w:r>
      <w:proofErr w:type="spellStart"/>
      <w:r w:rsidR="00886237" w:rsidRPr="0018136D">
        <w:rPr>
          <w:lang w:val="ru-RU"/>
        </w:rPr>
        <w:t>және</w:t>
      </w:r>
      <w:proofErr w:type="spellEnd"/>
      <w:r w:rsidR="00886237" w:rsidRPr="0018136D">
        <w:rPr>
          <w:lang w:val="ru-RU"/>
        </w:rPr>
        <w:t xml:space="preserve"> </w:t>
      </w:r>
      <w:proofErr w:type="spellStart"/>
      <w:r w:rsidR="00886237" w:rsidRPr="0018136D">
        <w:rPr>
          <w:lang w:val="ru-RU"/>
        </w:rPr>
        <w:t>ойын</w:t>
      </w:r>
      <w:proofErr w:type="spellEnd"/>
      <w:r w:rsidR="00886237" w:rsidRPr="0018136D">
        <w:rPr>
          <w:lang w:val="ru-RU"/>
        </w:rPr>
        <w:t xml:space="preserve"> </w:t>
      </w:r>
      <w:proofErr w:type="spellStart"/>
      <w:r w:rsidR="00886237" w:rsidRPr="0018136D">
        <w:rPr>
          <w:lang w:val="ru-RU"/>
        </w:rPr>
        <w:t>алаңдары</w:t>
      </w:r>
      <w:proofErr w:type="spellEnd"/>
      <w:r w:rsidR="00886237" w:rsidRPr="0018136D">
        <w:rPr>
          <w:lang w:val="ru-RU"/>
        </w:rPr>
        <w:t xml:space="preserve">, </w:t>
      </w:r>
      <w:r w:rsidR="0018136D" w:rsidRPr="0018136D">
        <w:rPr>
          <w:lang w:val="ru-RU"/>
        </w:rPr>
        <w:t xml:space="preserve">футбол, волейбол </w:t>
      </w:r>
      <w:proofErr w:type="spellStart"/>
      <w:r w:rsidR="0018136D" w:rsidRPr="0018136D">
        <w:rPr>
          <w:lang w:val="ru-RU"/>
        </w:rPr>
        <w:t>және</w:t>
      </w:r>
      <w:proofErr w:type="spellEnd"/>
      <w:r w:rsidR="0018136D" w:rsidRPr="0018136D">
        <w:rPr>
          <w:lang w:val="ru-RU"/>
        </w:rPr>
        <w:t xml:space="preserve"> баскетбол </w:t>
      </w:r>
      <w:proofErr w:type="spellStart"/>
      <w:r w:rsidR="0018136D" w:rsidRPr="0018136D">
        <w:rPr>
          <w:lang w:val="ru-RU"/>
        </w:rPr>
        <w:t>алаңы</w:t>
      </w:r>
      <w:proofErr w:type="spellEnd"/>
      <w:r w:rsidR="0018136D" w:rsidRPr="0018136D">
        <w:rPr>
          <w:lang w:val="ru-RU"/>
        </w:rPr>
        <w:t xml:space="preserve">, </w:t>
      </w:r>
      <w:proofErr w:type="spellStart"/>
      <w:r w:rsidR="00886237" w:rsidRPr="0018136D">
        <w:rPr>
          <w:lang w:val="ru-RU"/>
        </w:rPr>
        <w:t>топтық</w:t>
      </w:r>
      <w:proofErr w:type="spellEnd"/>
      <w:r w:rsidR="00886237" w:rsidRPr="0018136D">
        <w:rPr>
          <w:lang w:val="ru-RU"/>
        </w:rPr>
        <w:t xml:space="preserve"> </w:t>
      </w:r>
      <w:proofErr w:type="spellStart"/>
      <w:r w:rsidR="00886237" w:rsidRPr="0018136D">
        <w:rPr>
          <w:lang w:val="ru-RU"/>
        </w:rPr>
        <w:t>жұмысқа</w:t>
      </w:r>
      <w:proofErr w:type="spellEnd"/>
      <w:r w:rsidR="00886237" w:rsidRPr="0018136D">
        <w:rPr>
          <w:lang w:val="ru-RU"/>
        </w:rPr>
        <w:t xml:space="preserve">, </w:t>
      </w:r>
      <w:proofErr w:type="spellStart"/>
      <w:r w:rsidR="00886237" w:rsidRPr="0018136D">
        <w:rPr>
          <w:lang w:val="ru-RU"/>
        </w:rPr>
        <w:t>туристік</w:t>
      </w:r>
      <w:proofErr w:type="spellEnd"/>
      <w:r w:rsidR="00886237" w:rsidRPr="0018136D">
        <w:rPr>
          <w:lang w:val="ru-RU"/>
        </w:rPr>
        <w:t xml:space="preserve"> </w:t>
      </w:r>
      <w:proofErr w:type="spellStart"/>
      <w:r w:rsidR="00886237" w:rsidRPr="0018136D">
        <w:rPr>
          <w:lang w:val="ru-RU"/>
        </w:rPr>
        <w:t>сабақтарға</w:t>
      </w:r>
      <w:proofErr w:type="spellEnd"/>
      <w:r w:rsidR="00886237" w:rsidRPr="0018136D">
        <w:rPr>
          <w:lang w:val="ru-RU"/>
        </w:rPr>
        <w:t xml:space="preserve">, </w:t>
      </w:r>
      <w:proofErr w:type="spellStart"/>
      <w:r w:rsidR="00886237" w:rsidRPr="0018136D">
        <w:rPr>
          <w:lang w:val="ru-RU"/>
        </w:rPr>
        <w:t>нұсқа</w:t>
      </w:r>
      <w:r w:rsidR="002470DA" w:rsidRPr="0018136D">
        <w:rPr>
          <w:lang w:val="ru-RU"/>
        </w:rPr>
        <w:t>улықтар</w:t>
      </w:r>
      <w:r w:rsidR="00886237" w:rsidRPr="0018136D">
        <w:rPr>
          <w:lang w:val="ru-RU"/>
        </w:rPr>
        <w:t>ға</w:t>
      </w:r>
      <w:proofErr w:type="spellEnd"/>
      <w:r w:rsidR="00886237" w:rsidRPr="0018136D">
        <w:rPr>
          <w:lang w:val="ru-RU"/>
        </w:rPr>
        <w:t xml:space="preserve">, </w:t>
      </w:r>
      <w:proofErr w:type="spellStart"/>
      <w:r w:rsidR="00886237" w:rsidRPr="0018136D">
        <w:rPr>
          <w:lang w:val="ru-RU"/>
        </w:rPr>
        <w:t>шығармашылық</w:t>
      </w:r>
      <w:proofErr w:type="spellEnd"/>
      <w:r w:rsidR="00886237" w:rsidRPr="0018136D">
        <w:rPr>
          <w:lang w:val="ru-RU"/>
        </w:rPr>
        <w:t xml:space="preserve"> </w:t>
      </w:r>
      <w:proofErr w:type="spellStart"/>
      <w:r w:rsidR="00886237" w:rsidRPr="0018136D">
        <w:rPr>
          <w:lang w:val="ru-RU"/>
        </w:rPr>
        <w:t>және</w:t>
      </w:r>
      <w:proofErr w:type="spellEnd"/>
      <w:r w:rsidR="00886237" w:rsidRPr="0018136D">
        <w:rPr>
          <w:lang w:val="ru-RU"/>
        </w:rPr>
        <w:t xml:space="preserve"> </w:t>
      </w:r>
      <w:proofErr w:type="spellStart"/>
      <w:r w:rsidR="00886237" w:rsidRPr="0018136D">
        <w:rPr>
          <w:lang w:val="ru-RU"/>
        </w:rPr>
        <w:t>жобалық</w:t>
      </w:r>
      <w:proofErr w:type="spellEnd"/>
      <w:r w:rsidR="00886237" w:rsidRPr="0018136D">
        <w:rPr>
          <w:lang w:val="ru-RU"/>
        </w:rPr>
        <w:t xml:space="preserve"> </w:t>
      </w:r>
      <w:proofErr w:type="spellStart"/>
      <w:r w:rsidR="00886237" w:rsidRPr="0018136D">
        <w:rPr>
          <w:lang w:val="ru-RU"/>
        </w:rPr>
        <w:t>іс-шараларға</w:t>
      </w:r>
      <w:proofErr w:type="spellEnd"/>
      <w:r w:rsidR="00886237" w:rsidRPr="0018136D">
        <w:rPr>
          <w:lang w:val="ru-RU"/>
        </w:rPr>
        <w:t xml:space="preserve">, </w:t>
      </w:r>
      <w:proofErr w:type="spellStart"/>
      <w:r w:rsidR="00886237" w:rsidRPr="0018136D">
        <w:rPr>
          <w:lang w:val="ru-RU"/>
        </w:rPr>
        <w:t>демалысқа</w:t>
      </w:r>
      <w:proofErr w:type="spellEnd"/>
      <w:r w:rsidR="00886237" w:rsidRPr="0018136D">
        <w:rPr>
          <w:lang w:val="ru-RU"/>
        </w:rPr>
        <w:t xml:space="preserve"> </w:t>
      </w:r>
      <w:proofErr w:type="spellStart"/>
      <w:r w:rsidR="00886237" w:rsidRPr="0018136D">
        <w:rPr>
          <w:lang w:val="ru-RU"/>
        </w:rPr>
        <w:t>арналған</w:t>
      </w:r>
      <w:proofErr w:type="spellEnd"/>
      <w:r w:rsidR="00886237" w:rsidRPr="0018136D">
        <w:rPr>
          <w:lang w:val="ru-RU"/>
        </w:rPr>
        <w:t xml:space="preserve"> </w:t>
      </w:r>
      <w:proofErr w:type="spellStart"/>
      <w:r w:rsidR="00886237" w:rsidRPr="0018136D">
        <w:rPr>
          <w:lang w:val="ru-RU"/>
        </w:rPr>
        <w:t>үй-жайлар</w:t>
      </w:r>
      <w:proofErr w:type="spellEnd"/>
      <w:r w:rsidR="00886237" w:rsidRPr="0018136D">
        <w:rPr>
          <w:lang w:val="ru-RU"/>
        </w:rPr>
        <w:t xml:space="preserve"> </w:t>
      </w:r>
      <w:proofErr w:type="spellStart"/>
      <w:r w:rsidR="00886237" w:rsidRPr="0018136D">
        <w:rPr>
          <w:lang w:val="ru-RU"/>
        </w:rPr>
        <w:t>неме</w:t>
      </w:r>
      <w:r w:rsidR="0018136D" w:rsidRPr="0018136D">
        <w:rPr>
          <w:lang w:val="ru-RU"/>
        </w:rPr>
        <w:t>се</w:t>
      </w:r>
      <w:proofErr w:type="spellEnd"/>
      <w:r w:rsidR="0018136D" w:rsidRPr="0018136D">
        <w:rPr>
          <w:lang w:val="ru-RU"/>
        </w:rPr>
        <w:t xml:space="preserve"> </w:t>
      </w:r>
      <w:proofErr w:type="spellStart"/>
      <w:r w:rsidR="0018136D" w:rsidRPr="0018136D">
        <w:rPr>
          <w:lang w:val="ru-RU"/>
        </w:rPr>
        <w:t>ашық</w:t>
      </w:r>
      <w:proofErr w:type="spellEnd"/>
      <w:r w:rsidR="0018136D" w:rsidRPr="0018136D">
        <w:rPr>
          <w:lang w:val="ru-RU"/>
        </w:rPr>
        <w:t xml:space="preserve"> </w:t>
      </w:r>
      <w:proofErr w:type="spellStart"/>
      <w:r w:rsidR="0018136D" w:rsidRPr="0018136D">
        <w:rPr>
          <w:lang w:val="ru-RU"/>
        </w:rPr>
        <w:t>кеңістіктер</w:t>
      </w:r>
      <w:proofErr w:type="spellEnd"/>
      <w:r w:rsidR="00886237" w:rsidRPr="0018136D">
        <w:rPr>
          <w:lang w:val="ru-RU"/>
        </w:rPr>
        <w:t xml:space="preserve">. </w:t>
      </w:r>
      <w:proofErr w:type="spellStart"/>
      <w:r w:rsidR="0018136D" w:rsidRPr="0018136D">
        <w:rPr>
          <w:lang w:val="ru-RU"/>
        </w:rPr>
        <w:t>Ұлттық</w:t>
      </w:r>
      <w:proofErr w:type="spellEnd"/>
      <w:r w:rsidR="0018136D" w:rsidRPr="0018136D">
        <w:rPr>
          <w:lang w:val="ru-RU"/>
        </w:rPr>
        <w:t xml:space="preserve"> </w:t>
      </w:r>
      <w:proofErr w:type="spellStart"/>
      <w:r w:rsidR="0018136D" w:rsidRPr="0018136D">
        <w:rPr>
          <w:lang w:val="ru-RU"/>
        </w:rPr>
        <w:t>ойындар</w:t>
      </w:r>
      <w:proofErr w:type="spellEnd"/>
      <w:r w:rsidR="0018136D" w:rsidRPr="0018136D">
        <w:rPr>
          <w:lang w:val="ru-RU"/>
        </w:rPr>
        <w:t xml:space="preserve"> мен </w:t>
      </w:r>
      <w:proofErr w:type="spellStart"/>
      <w:r w:rsidR="0018136D" w:rsidRPr="0018136D">
        <w:rPr>
          <w:lang w:val="ru-RU"/>
        </w:rPr>
        <w:t>ашық</w:t>
      </w:r>
      <w:proofErr w:type="spellEnd"/>
      <w:r w:rsidR="0018136D" w:rsidRPr="0018136D">
        <w:rPr>
          <w:lang w:val="ru-RU"/>
        </w:rPr>
        <w:t xml:space="preserve"> </w:t>
      </w:r>
      <w:proofErr w:type="spellStart"/>
      <w:r w:rsidR="0018136D" w:rsidRPr="0018136D">
        <w:rPr>
          <w:lang w:val="ru-RU"/>
        </w:rPr>
        <w:t>ауадағы</w:t>
      </w:r>
      <w:proofErr w:type="spellEnd"/>
      <w:r w:rsidR="0018136D" w:rsidRPr="0018136D">
        <w:rPr>
          <w:lang w:val="ru-RU"/>
        </w:rPr>
        <w:t xml:space="preserve"> </w:t>
      </w:r>
      <w:proofErr w:type="spellStart"/>
      <w:r w:rsidR="0018136D" w:rsidRPr="0018136D">
        <w:rPr>
          <w:lang w:val="ru-RU"/>
        </w:rPr>
        <w:t>іс-шаралар</w:t>
      </w:r>
      <w:proofErr w:type="spellEnd"/>
      <w:r w:rsidR="0018136D" w:rsidRPr="0018136D">
        <w:rPr>
          <w:lang w:val="ru-RU"/>
        </w:rPr>
        <w:t xml:space="preserve"> </w:t>
      </w:r>
      <w:proofErr w:type="spellStart"/>
      <w:r w:rsidR="0018136D" w:rsidRPr="0018136D">
        <w:rPr>
          <w:lang w:val="ru-RU"/>
        </w:rPr>
        <w:t>өткізілетін</w:t>
      </w:r>
      <w:proofErr w:type="spellEnd"/>
      <w:r w:rsidR="0018136D" w:rsidRPr="0018136D">
        <w:rPr>
          <w:lang w:val="ru-RU"/>
        </w:rPr>
        <w:t xml:space="preserve"> </w:t>
      </w:r>
      <w:proofErr w:type="spellStart"/>
      <w:r w:rsidR="0018136D" w:rsidRPr="0018136D">
        <w:rPr>
          <w:lang w:val="ru-RU"/>
        </w:rPr>
        <w:t>орындар</w:t>
      </w:r>
      <w:proofErr w:type="spellEnd"/>
      <w:r w:rsidR="0018136D" w:rsidRPr="0018136D">
        <w:rPr>
          <w:lang w:val="ru-RU"/>
        </w:rPr>
        <w:t xml:space="preserve"> (</w:t>
      </w:r>
      <w:proofErr w:type="spellStart"/>
      <w:r w:rsidR="0018136D" w:rsidRPr="0018136D">
        <w:rPr>
          <w:lang w:val="ru-RU"/>
        </w:rPr>
        <w:t>киіз</w:t>
      </w:r>
      <w:proofErr w:type="spellEnd"/>
      <w:r w:rsidR="0018136D" w:rsidRPr="0018136D">
        <w:rPr>
          <w:lang w:val="ru-RU"/>
        </w:rPr>
        <w:t xml:space="preserve"> </w:t>
      </w:r>
      <w:proofErr w:type="spellStart"/>
      <w:r w:rsidR="0018136D" w:rsidRPr="0018136D">
        <w:rPr>
          <w:lang w:val="ru-RU"/>
        </w:rPr>
        <w:t>үй</w:t>
      </w:r>
      <w:proofErr w:type="spellEnd"/>
      <w:r w:rsidR="0018136D" w:rsidRPr="0018136D">
        <w:rPr>
          <w:lang w:val="ru-RU"/>
        </w:rPr>
        <w:t>).</w:t>
      </w:r>
    </w:p>
    <w:p w14:paraId="2D34A7EE" w14:textId="19311BCB" w:rsidR="00886237" w:rsidRPr="0018136D" w:rsidRDefault="00886237" w:rsidP="00F41431">
      <w:pPr>
        <w:jc w:val="both"/>
        <w:rPr>
          <w:lang w:val="ru-RU"/>
        </w:rPr>
      </w:pPr>
      <w:proofErr w:type="spellStart"/>
      <w:r w:rsidRPr="0018136D">
        <w:rPr>
          <w:lang w:val="ru-RU"/>
        </w:rPr>
        <w:t>Арнайы</w:t>
      </w:r>
      <w:proofErr w:type="spellEnd"/>
      <w:r w:rsidRPr="0018136D">
        <w:rPr>
          <w:lang w:val="ru-RU"/>
        </w:rPr>
        <w:t xml:space="preserve"> </w:t>
      </w:r>
      <w:proofErr w:type="spellStart"/>
      <w:r w:rsidRPr="0018136D">
        <w:rPr>
          <w:lang w:val="ru-RU"/>
        </w:rPr>
        <w:t>жекелеген</w:t>
      </w:r>
      <w:proofErr w:type="spellEnd"/>
      <w:r w:rsidRPr="0018136D">
        <w:rPr>
          <w:lang w:val="ru-RU"/>
        </w:rPr>
        <w:t xml:space="preserve"> </w:t>
      </w:r>
      <w:proofErr w:type="spellStart"/>
      <w:r w:rsidRPr="0018136D">
        <w:rPr>
          <w:lang w:val="ru-RU"/>
        </w:rPr>
        <w:t>үй-жайлар</w:t>
      </w:r>
      <w:proofErr w:type="spellEnd"/>
      <w:r w:rsidRPr="0018136D">
        <w:rPr>
          <w:lang w:val="ru-RU"/>
        </w:rPr>
        <w:t xml:space="preserve"> </w:t>
      </w:r>
      <w:proofErr w:type="spellStart"/>
      <w:r w:rsidRPr="0018136D">
        <w:rPr>
          <w:lang w:val="ru-RU"/>
        </w:rPr>
        <w:t>болмаған</w:t>
      </w:r>
      <w:proofErr w:type="spellEnd"/>
      <w:r w:rsidRPr="0018136D">
        <w:rPr>
          <w:lang w:val="ru-RU"/>
        </w:rPr>
        <w:t xml:space="preserve"> </w:t>
      </w:r>
      <w:proofErr w:type="spellStart"/>
      <w:r w:rsidRPr="0018136D">
        <w:rPr>
          <w:lang w:val="ru-RU"/>
        </w:rPr>
        <w:t>жағдайда</w:t>
      </w:r>
      <w:proofErr w:type="spellEnd"/>
      <w:r w:rsidRPr="0018136D">
        <w:rPr>
          <w:lang w:val="ru-RU"/>
        </w:rPr>
        <w:t xml:space="preserve">, </w:t>
      </w:r>
      <w:proofErr w:type="spellStart"/>
      <w:r w:rsidRPr="0018136D">
        <w:rPr>
          <w:lang w:val="ru-RU"/>
        </w:rPr>
        <w:t>іс-шаралар</w:t>
      </w:r>
      <w:proofErr w:type="spellEnd"/>
      <w:r w:rsidRPr="0018136D">
        <w:rPr>
          <w:lang w:val="ru-RU"/>
        </w:rPr>
        <w:t xml:space="preserve"> </w:t>
      </w:r>
      <w:proofErr w:type="spellStart"/>
      <w:r w:rsidRPr="0018136D">
        <w:rPr>
          <w:lang w:val="ru-RU"/>
        </w:rPr>
        <w:t>ауа</w:t>
      </w:r>
      <w:proofErr w:type="spellEnd"/>
      <w:r w:rsidRPr="0018136D">
        <w:rPr>
          <w:lang w:val="ru-RU"/>
        </w:rPr>
        <w:t xml:space="preserve"> </w:t>
      </w:r>
      <w:proofErr w:type="spellStart"/>
      <w:r w:rsidRPr="0018136D">
        <w:rPr>
          <w:lang w:val="ru-RU"/>
        </w:rPr>
        <w:t>райы</w:t>
      </w:r>
      <w:proofErr w:type="spellEnd"/>
      <w:r w:rsidRPr="0018136D">
        <w:rPr>
          <w:lang w:val="ru-RU"/>
        </w:rPr>
        <w:t xml:space="preserve"> </w:t>
      </w:r>
      <w:proofErr w:type="spellStart"/>
      <w:r w:rsidRPr="0018136D">
        <w:rPr>
          <w:lang w:val="ru-RU"/>
        </w:rPr>
        <w:t>жағдайы</w:t>
      </w:r>
      <w:proofErr w:type="spellEnd"/>
      <w:r w:rsidRPr="0018136D">
        <w:rPr>
          <w:lang w:val="ru-RU"/>
        </w:rPr>
        <w:t xml:space="preserve"> мен </w:t>
      </w:r>
      <w:proofErr w:type="spellStart"/>
      <w:r w:rsidRPr="0018136D">
        <w:rPr>
          <w:lang w:val="ru-RU"/>
        </w:rPr>
        <w:t>күн</w:t>
      </w:r>
      <w:proofErr w:type="spellEnd"/>
      <w:r w:rsidRPr="0018136D">
        <w:rPr>
          <w:lang w:val="ru-RU"/>
        </w:rPr>
        <w:t xml:space="preserve"> </w:t>
      </w:r>
      <w:proofErr w:type="spellStart"/>
      <w:r w:rsidRPr="0018136D">
        <w:rPr>
          <w:lang w:val="ru-RU"/>
        </w:rPr>
        <w:t>тәртібін</w:t>
      </w:r>
      <w:proofErr w:type="spellEnd"/>
      <w:r w:rsidRPr="0018136D">
        <w:rPr>
          <w:lang w:val="ru-RU"/>
        </w:rPr>
        <w:t xml:space="preserve"> </w:t>
      </w:r>
      <w:proofErr w:type="spellStart"/>
      <w:r w:rsidRPr="0018136D">
        <w:rPr>
          <w:lang w:val="ru-RU"/>
        </w:rPr>
        <w:t>ескере</w:t>
      </w:r>
      <w:proofErr w:type="spellEnd"/>
      <w:r w:rsidRPr="0018136D">
        <w:rPr>
          <w:lang w:val="ru-RU"/>
        </w:rPr>
        <w:t xml:space="preserve"> </w:t>
      </w:r>
      <w:proofErr w:type="spellStart"/>
      <w:r w:rsidRPr="0018136D">
        <w:rPr>
          <w:lang w:val="ru-RU"/>
        </w:rPr>
        <w:t>отырып</w:t>
      </w:r>
      <w:proofErr w:type="spellEnd"/>
      <w:r w:rsidRPr="0018136D">
        <w:rPr>
          <w:lang w:val="ru-RU"/>
        </w:rPr>
        <w:t xml:space="preserve">, </w:t>
      </w:r>
      <w:proofErr w:type="spellStart"/>
      <w:r w:rsidRPr="0018136D">
        <w:rPr>
          <w:lang w:val="ru-RU"/>
        </w:rPr>
        <w:t>қолда</w:t>
      </w:r>
      <w:proofErr w:type="spellEnd"/>
      <w:r w:rsidRPr="0018136D">
        <w:rPr>
          <w:lang w:val="ru-RU"/>
        </w:rPr>
        <w:t xml:space="preserve"> бар </w:t>
      </w:r>
      <w:proofErr w:type="spellStart"/>
      <w:r w:rsidRPr="0018136D">
        <w:rPr>
          <w:lang w:val="ru-RU"/>
        </w:rPr>
        <w:t>қауіпсіз</w:t>
      </w:r>
      <w:proofErr w:type="spellEnd"/>
      <w:r w:rsidRPr="0018136D">
        <w:rPr>
          <w:lang w:val="ru-RU"/>
        </w:rPr>
        <w:t xml:space="preserve"> </w:t>
      </w:r>
      <w:proofErr w:type="spellStart"/>
      <w:r w:rsidRPr="0018136D">
        <w:rPr>
          <w:lang w:val="ru-RU"/>
        </w:rPr>
        <w:t>кеңістіктерде</w:t>
      </w:r>
      <w:proofErr w:type="spellEnd"/>
      <w:r w:rsidRPr="0018136D">
        <w:rPr>
          <w:lang w:val="ru-RU"/>
        </w:rPr>
        <w:t xml:space="preserve"> </w:t>
      </w:r>
      <w:proofErr w:type="spellStart"/>
      <w:r w:rsidRPr="0018136D">
        <w:rPr>
          <w:lang w:val="ru-RU"/>
        </w:rPr>
        <w:t>өткізіледі</w:t>
      </w:r>
      <w:proofErr w:type="spellEnd"/>
      <w:r w:rsidRPr="0018136D">
        <w:rPr>
          <w:lang w:val="ru-RU"/>
        </w:rPr>
        <w:t>.</w:t>
      </w:r>
    </w:p>
    <w:p w14:paraId="22DBF236" w14:textId="2B30626B" w:rsidR="00886237" w:rsidRDefault="0018136D" w:rsidP="00C520EC">
      <w:pPr>
        <w:pStyle w:val="21"/>
        <w:jc w:val="left"/>
        <w:rPr>
          <w:lang w:val="kk-KZ"/>
        </w:rPr>
      </w:pPr>
      <w:r w:rsidRPr="0018136D">
        <w:rPr>
          <w:lang w:val="kk-KZ"/>
        </w:rPr>
        <w:t>Іс-шараларды ұйымдастыру кезінде қолданылады:</w:t>
      </w:r>
    </w:p>
    <w:p w14:paraId="6954C788" w14:textId="77777777" w:rsidR="00C520EC" w:rsidRPr="00C520EC" w:rsidRDefault="00C520EC" w:rsidP="00C520EC">
      <w:pPr>
        <w:rPr>
          <w:lang w:val="kk-KZ"/>
        </w:rPr>
      </w:pPr>
      <w:r w:rsidRPr="00C520EC">
        <w:rPr>
          <w:lang w:val="kk-KZ"/>
        </w:rPr>
        <w:t>• ноутбуктар мен проекторлар;</w:t>
      </w:r>
    </w:p>
    <w:p w14:paraId="74779707" w14:textId="77777777" w:rsidR="00C520EC" w:rsidRPr="00C520EC" w:rsidRDefault="00C520EC" w:rsidP="00C520EC">
      <w:pPr>
        <w:rPr>
          <w:lang w:val="kk-KZ"/>
        </w:rPr>
      </w:pPr>
      <w:r w:rsidRPr="00C520EC">
        <w:rPr>
          <w:lang w:val="kk-KZ"/>
        </w:rPr>
        <w:t>• аудио жабдықтар;</w:t>
      </w:r>
    </w:p>
    <w:p w14:paraId="2AE9D397" w14:textId="77777777" w:rsidR="00C520EC" w:rsidRPr="00C520EC" w:rsidRDefault="00C520EC" w:rsidP="00C520EC">
      <w:pPr>
        <w:rPr>
          <w:lang w:val="kk-KZ"/>
        </w:rPr>
      </w:pPr>
      <w:r w:rsidRPr="00C520EC">
        <w:rPr>
          <w:lang w:val="kk-KZ"/>
        </w:rPr>
        <w:t>• микрофондар мен сахналық жабдықтар;</w:t>
      </w:r>
    </w:p>
    <w:p w14:paraId="67671EFF" w14:textId="77777777" w:rsidR="00C520EC" w:rsidRPr="00C520EC" w:rsidRDefault="00C520EC" w:rsidP="00C520EC">
      <w:pPr>
        <w:rPr>
          <w:lang w:val="kk-KZ"/>
        </w:rPr>
      </w:pPr>
      <w:r w:rsidRPr="00C520EC">
        <w:rPr>
          <w:lang w:val="kk-KZ"/>
        </w:rPr>
        <w:t>• қолөнер мен қолөнер материалдары;</w:t>
      </w:r>
    </w:p>
    <w:p w14:paraId="1106F76B" w14:textId="77777777" w:rsidR="0018136D" w:rsidRPr="0018136D" w:rsidRDefault="0018136D" w:rsidP="0018136D">
      <w:pPr>
        <w:rPr>
          <w:lang w:val="kk-KZ"/>
        </w:rPr>
      </w:pPr>
    </w:p>
    <w:p w14:paraId="54CE7B08" w14:textId="77777777" w:rsidR="00886237" w:rsidRPr="00F6160E" w:rsidRDefault="00886237" w:rsidP="009B61F6">
      <w:pPr>
        <w:pStyle w:val="aff8"/>
        <w:spacing w:before="0" w:beforeAutospacing="0" w:after="0" w:afterAutospacing="0"/>
        <w:ind w:firstLine="709"/>
        <w:jc w:val="both"/>
        <w:rPr>
          <w:b/>
          <w:sz w:val="28"/>
          <w:szCs w:val="28"/>
          <w:lang w:val="kk-KZ"/>
        </w:rPr>
      </w:pPr>
      <w:r w:rsidRPr="00F6160E">
        <w:rPr>
          <w:b/>
          <w:sz w:val="28"/>
          <w:szCs w:val="28"/>
          <w:lang w:val="kk-KZ"/>
        </w:rPr>
        <w:t>Бағдарламаны әзірлеудің құқықтық негізі</w:t>
      </w:r>
    </w:p>
    <w:p w14:paraId="1052D17A" w14:textId="77777777" w:rsidR="00886237" w:rsidRPr="00F6160E" w:rsidRDefault="00886237" w:rsidP="009B61F6">
      <w:pPr>
        <w:pStyle w:val="aff8"/>
        <w:spacing w:before="0" w:beforeAutospacing="0" w:after="0" w:afterAutospacing="0"/>
        <w:ind w:firstLine="709"/>
        <w:jc w:val="both"/>
        <w:rPr>
          <w:sz w:val="28"/>
          <w:szCs w:val="28"/>
          <w:lang w:val="kk-KZ"/>
        </w:rPr>
      </w:pPr>
      <w:r w:rsidRPr="00F6160E">
        <w:rPr>
          <w:sz w:val="28"/>
          <w:szCs w:val="28"/>
          <w:lang w:val="kk-KZ"/>
        </w:rPr>
        <w:t>Бағдарлама Қазақстан Республикасының білім беру, тәрбие, демалыс, сауықтыру, кәмелетке толмағандардың өмірі мен денсаулығын қорғау, сондай-ақ олардың құқықтары мен заңды мүдделерін қорғау саласындағы заңнамасына сәйкес әзірленді.</w:t>
      </w:r>
    </w:p>
    <w:p w14:paraId="543AFA8E" w14:textId="77777777" w:rsidR="00886237" w:rsidRPr="00F6160E" w:rsidRDefault="00886237" w:rsidP="00E200D0">
      <w:pPr>
        <w:pStyle w:val="aff8"/>
        <w:numPr>
          <w:ilvl w:val="0"/>
          <w:numId w:val="10"/>
        </w:numPr>
        <w:tabs>
          <w:tab w:val="clear" w:pos="720"/>
          <w:tab w:val="num" w:pos="851"/>
          <w:tab w:val="left" w:pos="993"/>
        </w:tabs>
        <w:spacing w:before="0" w:beforeAutospacing="0" w:after="0" w:afterAutospacing="0"/>
        <w:ind w:left="0" w:firstLine="709"/>
        <w:jc w:val="both"/>
        <w:rPr>
          <w:sz w:val="28"/>
          <w:szCs w:val="28"/>
          <w:lang w:val="kk-KZ"/>
        </w:rPr>
      </w:pPr>
      <w:r w:rsidRPr="00F6160E">
        <w:rPr>
          <w:sz w:val="28"/>
          <w:szCs w:val="28"/>
          <w:lang w:val="kk-KZ"/>
        </w:rPr>
        <w:t>«Білім туралы» Қазақстан Республикасының Заңы 2007 жылғы 27 шілдедегі № 319-III.</w:t>
      </w:r>
    </w:p>
    <w:p w14:paraId="75AAED21" w14:textId="77777777" w:rsidR="00886237" w:rsidRPr="00F6160E" w:rsidRDefault="00886237" w:rsidP="00E200D0">
      <w:pPr>
        <w:pStyle w:val="aff8"/>
        <w:numPr>
          <w:ilvl w:val="0"/>
          <w:numId w:val="10"/>
        </w:numPr>
        <w:tabs>
          <w:tab w:val="clear" w:pos="720"/>
          <w:tab w:val="num" w:pos="851"/>
          <w:tab w:val="left" w:pos="993"/>
        </w:tabs>
        <w:spacing w:before="0" w:beforeAutospacing="0" w:after="0" w:afterAutospacing="0"/>
        <w:ind w:left="0" w:firstLine="709"/>
        <w:jc w:val="both"/>
        <w:rPr>
          <w:sz w:val="28"/>
          <w:szCs w:val="28"/>
          <w:lang w:val="kk-KZ"/>
        </w:rPr>
      </w:pPr>
      <w:r w:rsidRPr="00F6160E">
        <w:rPr>
          <w:sz w:val="28"/>
          <w:szCs w:val="28"/>
          <w:lang w:val="kk-KZ"/>
        </w:rPr>
        <w:t>«Қазақстан Республикасындағы баланың құқықтары туралы» Қазақстан Республикасының Заңы 2002 жылғы 8 тамыздағы № 345.</w:t>
      </w:r>
    </w:p>
    <w:p w14:paraId="3957F922" w14:textId="77777777"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t>«Халық денсаулығы және денсаулық сақтау жүйесі туралы» Қазақстан Республикасының Кодексі 2020 жылғы 7 шілдедегі № 360-VI.</w:t>
      </w:r>
    </w:p>
    <w:p w14:paraId="7EFD67C9" w14:textId="77777777"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lastRenderedPageBreak/>
        <w:t>«Педагог мәртебесі туралы» Қазақстан Республикасының Заңы 2019 жылғы 27 желтоқсандағы № 293-VI.</w:t>
      </w:r>
    </w:p>
    <w:p w14:paraId="5A839370" w14:textId="77777777"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t>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талаптар, Қазақстан Республикасы Оқу-ағарту министрлігінің бұйрығымен бекітілген.</w:t>
      </w:r>
    </w:p>
    <w:p w14:paraId="04BC0EA0" w14:textId="77777777"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t>Білім беру ұйымдарында балалардың сауықтыруы мен демалысын ұйымдастыру қағидалары, Қазақстан Республикасы Оқу-ағарту министрінің 2025 жылғы 7 қазандағы № 237 бұйрығымен бекітілген.</w:t>
      </w:r>
    </w:p>
    <w:p w14:paraId="3D89C8EC" w14:textId="77777777"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t>Білім беру ұйымдарының тиісті түрлері мен типтерінің, жоғары және жоғары оқу орнынан кейінгі білім беру ұйымдарынан басқа, қызметінің үлгілік қағидалары, Қазақстан Республикасы Оқу-ағарту министрінің 2022 жылғы 31 тамыздағы № 385 бұйрығымен бекітілген.</w:t>
      </w:r>
    </w:p>
    <w:p w14:paraId="69EDD36F" w14:textId="77777777"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t>«Балалардың сауықтыру және санаторийлік объектілеріне қойылатын санитариялық-эпидемиологиялық талаптар» санитариялық қағидалары, Қазақстан Республикасы Денсаулық сақтау министрінің 2022 жылғы 10 тамыздағы № ҚР ДСМ-78 бұйрығымен бекітілген.</w:t>
      </w:r>
    </w:p>
    <w:p w14:paraId="63D53106" w14:textId="77777777"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t>Дене шынықтыру және спорт сабақтарын өткізу кезіндегі қауіпсіздік қағидалары, Қазақстан Республикасы Мәдениет және спорт министрінің 2014 жылғы 3 қарашадағы № 68 бұйрығымен бекітілген.</w:t>
      </w:r>
    </w:p>
    <w:p w14:paraId="04C69C02" w14:textId="3B7296E3" w:rsidR="00886237" w:rsidRPr="00F6160E" w:rsidRDefault="00886237" w:rsidP="00886237">
      <w:pPr>
        <w:pStyle w:val="aff8"/>
        <w:numPr>
          <w:ilvl w:val="0"/>
          <w:numId w:val="10"/>
        </w:numPr>
        <w:tabs>
          <w:tab w:val="clear" w:pos="720"/>
          <w:tab w:val="num" w:pos="851"/>
          <w:tab w:val="left" w:pos="993"/>
        </w:tabs>
        <w:ind w:left="0" w:firstLine="709"/>
        <w:jc w:val="both"/>
        <w:rPr>
          <w:sz w:val="28"/>
          <w:szCs w:val="28"/>
          <w:lang w:val="kk-KZ"/>
        </w:rPr>
      </w:pPr>
      <w:r w:rsidRPr="00F6160E">
        <w:rPr>
          <w:sz w:val="28"/>
          <w:szCs w:val="28"/>
          <w:lang w:val="kk-KZ"/>
        </w:rPr>
        <w:t xml:space="preserve">«Адал азамат» </w:t>
      </w:r>
      <w:r w:rsidR="002C113B" w:rsidRPr="00F6160E">
        <w:rPr>
          <w:sz w:val="28"/>
          <w:szCs w:val="28"/>
          <w:lang w:val="kk-KZ"/>
        </w:rPr>
        <w:t>Біртұтас</w:t>
      </w:r>
      <w:r w:rsidRPr="00F6160E">
        <w:rPr>
          <w:sz w:val="28"/>
          <w:szCs w:val="28"/>
          <w:lang w:val="kk-KZ"/>
        </w:rPr>
        <w:t xml:space="preserve"> тәрбие бағдарламасы.</w:t>
      </w:r>
    </w:p>
    <w:p w14:paraId="525BB09F" w14:textId="77777777" w:rsidR="00886237" w:rsidRPr="00F6160E" w:rsidRDefault="00886237" w:rsidP="00886237">
      <w:pPr>
        <w:pStyle w:val="aff8"/>
        <w:numPr>
          <w:ilvl w:val="0"/>
          <w:numId w:val="10"/>
        </w:numPr>
        <w:tabs>
          <w:tab w:val="clear" w:pos="720"/>
          <w:tab w:val="num" w:pos="851"/>
          <w:tab w:val="left" w:pos="993"/>
        </w:tabs>
        <w:spacing w:before="0" w:beforeAutospacing="0" w:after="0" w:afterAutospacing="0"/>
        <w:ind w:left="0" w:firstLine="709"/>
        <w:jc w:val="both"/>
        <w:rPr>
          <w:sz w:val="28"/>
          <w:szCs w:val="28"/>
          <w:lang w:val="kk-KZ"/>
        </w:rPr>
      </w:pPr>
      <w:r w:rsidRPr="00F6160E">
        <w:rPr>
          <w:sz w:val="28"/>
          <w:szCs w:val="28"/>
          <w:lang w:val="kk-KZ"/>
        </w:rPr>
        <w:t>Кәмелетке толмағандардың демалысын, сауықтырылуын, тәрбиесін, қосымша білім алуын, медициналық сүйемелдеуін және қауіпсіздігін қамтамасыз ету мәселелерін реттейтін Қазақстан Республикасының өзге де нормативтік құқықтық актілері.</w:t>
      </w:r>
    </w:p>
    <w:p w14:paraId="2293B0EF" w14:textId="78A8E52D" w:rsidR="00886237" w:rsidRPr="00C520EC" w:rsidRDefault="00A04025" w:rsidP="00886237">
      <w:pPr>
        <w:pStyle w:val="aff8"/>
        <w:spacing w:before="0" w:beforeAutospacing="0" w:after="0" w:afterAutospacing="0"/>
        <w:ind w:firstLine="709"/>
        <w:jc w:val="both"/>
        <w:rPr>
          <w:sz w:val="28"/>
          <w:szCs w:val="28"/>
          <w:lang w:val="kk-KZ"/>
        </w:rPr>
      </w:pPr>
      <w:r w:rsidRPr="00655EAC">
        <w:rPr>
          <w:sz w:val="28"/>
          <w:szCs w:val="28"/>
          <w:lang w:val="kk-KZ"/>
        </w:rPr>
        <w:t>Бағдарлама заңнама талаптарын талдау, кәмелетке толмағандардың және олардың заңды өкілдерінің қажеттіліктерін зерделеу, Ұйымның жұмыс істеу жағдайлары, ауысымдардың ұзақтығы, материалдық-техникалық базасы, кадрлық қамтамасыз етілуі, тұру және тамақтану жағдайлары, аумақтың климаттық, табиғи және географиялық ерекшеліктері, күн тәртібі мен ауысымдардың бейіндік бағыты ескеріле отырып әзірленді</w:t>
      </w:r>
      <w:r w:rsidR="00886237" w:rsidRPr="00655EAC">
        <w:rPr>
          <w:sz w:val="28"/>
          <w:szCs w:val="28"/>
          <w:lang w:val="kk-KZ"/>
        </w:rPr>
        <w:t xml:space="preserve">. Талдау нәтижелері </w:t>
      </w:r>
      <w:r w:rsidR="00C520EC" w:rsidRPr="00C520EC">
        <w:rPr>
          <w:sz w:val="28"/>
          <w:szCs w:val="28"/>
          <w:lang w:val="kk-KZ"/>
        </w:rPr>
        <w:t>2026ж</w:t>
      </w:r>
      <w:r w:rsidR="00C520EC" w:rsidRPr="00655EAC">
        <w:rPr>
          <w:sz w:val="28"/>
          <w:szCs w:val="28"/>
          <w:lang w:val="kk-KZ"/>
        </w:rPr>
        <w:t>.</w:t>
      </w:r>
      <w:r w:rsidR="00C520EC" w:rsidRPr="00C520EC">
        <w:rPr>
          <w:sz w:val="28"/>
          <w:szCs w:val="28"/>
          <w:lang w:val="kk-KZ"/>
        </w:rPr>
        <w:t>06.01 куні</w:t>
      </w:r>
      <w:r w:rsidR="00886237" w:rsidRPr="00C520EC">
        <w:rPr>
          <w:sz w:val="28"/>
          <w:szCs w:val="28"/>
          <w:lang w:val="kk-KZ"/>
        </w:rPr>
        <w:t xml:space="preserve"> № </w:t>
      </w:r>
      <w:r w:rsidR="00C520EC" w:rsidRPr="00C520EC">
        <w:rPr>
          <w:sz w:val="28"/>
          <w:szCs w:val="28"/>
          <w:lang w:val="kk-KZ"/>
        </w:rPr>
        <w:t>1</w:t>
      </w:r>
      <w:r w:rsidR="00886237" w:rsidRPr="00C520EC">
        <w:rPr>
          <w:sz w:val="28"/>
          <w:szCs w:val="28"/>
          <w:lang w:val="kk-KZ"/>
        </w:rPr>
        <w:t xml:space="preserve"> хаттамалық шешіммен рәсімделді; хаттамалық шешім негізінде Ұйымның </w:t>
      </w:r>
      <w:r w:rsidR="00C520EC" w:rsidRPr="00C520EC">
        <w:rPr>
          <w:sz w:val="28"/>
          <w:szCs w:val="28"/>
          <w:lang w:val="kk-KZ"/>
        </w:rPr>
        <w:t>01.06.2026 ж.</w:t>
      </w:r>
      <w:r w:rsidR="00886237" w:rsidRPr="00C520EC">
        <w:rPr>
          <w:sz w:val="28"/>
          <w:szCs w:val="28"/>
          <w:lang w:val="kk-KZ"/>
        </w:rPr>
        <w:t xml:space="preserve"> № </w:t>
      </w:r>
      <w:r w:rsidR="00C520EC" w:rsidRPr="00C520EC">
        <w:rPr>
          <w:sz w:val="28"/>
          <w:szCs w:val="28"/>
          <w:lang w:val="kk-KZ"/>
        </w:rPr>
        <w:t>б/н</w:t>
      </w:r>
      <w:r w:rsidR="00886237" w:rsidRPr="00C520EC">
        <w:rPr>
          <w:sz w:val="28"/>
          <w:szCs w:val="28"/>
          <w:lang w:val="kk-KZ"/>
        </w:rPr>
        <w:t xml:space="preserve"> бұйрығы шығарылды.</w:t>
      </w:r>
    </w:p>
    <w:p w14:paraId="59262858" w14:textId="087B5356" w:rsidR="00886237" w:rsidRPr="00C520EC" w:rsidRDefault="00886237" w:rsidP="00F41431">
      <w:pPr>
        <w:pStyle w:val="21"/>
        <w:rPr>
          <w:lang w:val="kk-KZ"/>
        </w:rPr>
      </w:pPr>
    </w:p>
    <w:p w14:paraId="7735C42E" w14:textId="578CA62F" w:rsidR="00886237" w:rsidRPr="00F6160E" w:rsidRDefault="00886237" w:rsidP="00886237">
      <w:pPr>
        <w:tabs>
          <w:tab w:val="left" w:pos="3165"/>
        </w:tabs>
        <w:rPr>
          <w:b/>
          <w:szCs w:val="28"/>
          <w:lang w:val="kk-KZ"/>
        </w:rPr>
      </w:pPr>
      <w:r w:rsidRPr="00F6160E">
        <w:rPr>
          <w:b/>
          <w:szCs w:val="28"/>
          <w:lang w:val="kk-KZ"/>
        </w:rPr>
        <w:t>Бағдарламаның ұзақтығы</w:t>
      </w:r>
    </w:p>
    <w:p w14:paraId="64B4232D" w14:textId="424CC1A3" w:rsidR="00886237" w:rsidRPr="00F6160E" w:rsidRDefault="00886237" w:rsidP="00886237">
      <w:pPr>
        <w:pStyle w:val="aff8"/>
        <w:spacing w:before="0" w:beforeAutospacing="0" w:after="0" w:afterAutospacing="0"/>
        <w:ind w:firstLine="709"/>
        <w:jc w:val="both"/>
        <w:rPr>
          <w:sz w:val="28"/>
          <w:szCs w:val="28"/>
          <w:lang w:val="kk-KZ"/>
        </w:rPr>
      </w:pPr>
      <w:r w:rsidRPr="00F6160E">
        <w:rPr>
          <w:sz w:val="28"/>
          <w:szCs w:val="28"/>
          <w:lang w:val="kk-KZ"/>
        </w:rPr>
        <w:t>Бағдарлама жазғы маусым кезеңінде жүзеге асырылады. Бір ауысымның ұзақтығы 12 күнтізбелік күнді құрайды.</w:t>
      </w:r>
    </w:p>
    <w:p w14:paraId="6DB668F6" w14:textId="6200A634" w:rsidR="00886237" w:rsidRPr="00F6160E" w:rsidRDefault="00886237" w:rsidP="00886237">
      <w:pPr>
        <w:pStyle w:val="aff8"/>
        <w:spacing w:before="0" w:beforeAutospacing="0" w:after="0" w:afterAutospacing="0"/>
        <w:ind w:firstLine="709"/>
        <w:jc w:val="both"/>
        <w:rPr>
          <w:sz w:val="28"/>
          <w:szCs w:val="28"/>
          <w:lang w:val="kk-KZ"/>
        </w:rPr>
      </w:pPr>
      <w:r w:rsidRPr="00F6160E">
        <w:rPr>
          <w:sz w:val="28"/>
          <w:szCs w:val="28"/>
          <w:lang w:val="kk-KZ"/>
        </w:rPr>
        <w:t xml:space="preserve">Ауысым бірінші аптаның дүйсенбісінен екінші аптаның жұмасына дейін өткізіледі. Мұндай ұзақтық балалардың </w:t>
      </w:r>
      <w:r w:rsidR="00195065" w:rsidRPr="00F6160E">
        <w:rPr>
          <w:lang w:val="kk-KZ"/>
        </w:rPr>
        <w:t>ББСО</w:t>
      </w:r>
      <w:r w:rsidRPr="00F6160E">
        <w:rPr>
          <w:sz w:val="28"/>
          <w:szCs w:val="28"/>
          <w:lang w:val="kk-KZ"/>
        </w:rPr>
        <w:t xml:space="preserve"> жағдайына бейімделуін қамтамасыз етуге, білім беру, спорттық-туристік және сауықтыру іс-шараларына кезең-кезеңімен қатысуына, командалық маршруттар мен жобалық </w:t>
      </w:r>
      <w:r w:rsidRPr="00F6160E">
        <w:rPr>
          <w:sz w:val="28"/>
          <w:szCs w:val="28"/>
          <w:lang w:val="kk-KZ"/>
        </w:rPr>
        <w:lastRenderedPageBreak/>
        <w:t>қызметті жүзеге асыруға, қорытынды шығаруға және қатысушылардың ұйымдасқан түрде шығуына мүмкіндік береді.</w:t>
      </w:r>
    </w:p>
    <w:p w14:paraId="09E589A0" w14:textId="1165750A" w:rsidR="00886237" w:rsidRPr="00F6160E" w:rsidRDefault="00886237" w:rsidP="00886237">
      <w:pPr>
        <w:pStyle w:val="aff8"/>
        <w:spacing w:before="0" w:beforeAutospacing="0" w:after="0" w:afterAutospacing="0"/>
        <w:ind w:firstLine="709"/>
        <w:jc w:val="both"/>
        <w:rPr>
          <w:sz w:val="28"/>
          <w:szCs w:val="28"/>
          <w:lang w:val="kk-KZ"/>
        </w:rPr>
      </w:pPr>
      <w:r w:rsidRPr="00F6160E">
        <w:rPr>
          <w:sz w:val="28"/>
          <w:szCs w:val="28"/>
          <w:lang w:val="kk-KZ"/>
        </w:rPr>
        <w:t xml:space="preserve">Ауысым мазмұны кезеңдер бойынша құрылады: 1–2 күн – ұйымдастыру-бейімдеу кезеңі; 3–8 күн – негізгі спорттық-туристік кезең; 9–10 күн – жобалық-қорытынды кезең; 11-күн – жетістіктердің туристік фестивалі және нәтижелерді таныстыру; 12-күн – </w:t>
      </w:r>
      <w:r w:rsidR="00BC2D8B">
        <w:rPr>
          <w:sz w:val="28"/>
          <w:szCs w:val="28"/>
          <w:lang w:val="kk-KZ"/>
        </w:rPr>
        <w:t>кері байланыс</w:t>
      </w:r>
      <w:r w:rsidRPr="00F6160E">
        <w:rPr>
          <w:sz w:val="28"/>
          <w:szCs w:val="28"/>
          <w:lang w:val="kk-KZ"/>
        </w:rPr>
        <w:t>, ауысымды жабу және қатысушылардың шығуы.</w:t>
      </w:r>
    </w:p>
    <w:p w14:paraId="72DD0AF2" w14:textId="77777777" w:rsidR="00903938" w:rsidRPr="00F6160E" w:rsidRDefault="00903938" w:rsidP="00F41431">
      <w:pPr>
        <w:pStyle w:val="21"/>
        <w:rPr>
          <w:lang w:val="kk-KZ"/>
        </w:rPr>
      </w:pPr>
    </w:p>
    <w:p w14:paraId="54361EA7" w14:textId="5DA3E034" w:rsidR="00BC2D8B" w:rsidRPr="00F6160E" w:rsidRDefault="00BC2D8B" w:rsidP="00152C76">
      <w:pPr>
        <w:jc w:val="both"/>
        <w:rPr>
          <w:b/>
          <w:bCs/>
          <w:lang w:val="kk-KZ"/>
        </w:rPr>
      </w:pPr>
      <w:r w:rsidRPr="00F6160E">
        <w:rPr>
          <w:b/>
          <w:bCs/>
          <w:lang w:val="kk-KZ"/>
        </w:rPr>
        <w:t>Кәмелетке толмағандардың жас санаты</w:t>
      </w:r>
    </w:p>
    <w:p w14:paraId="0AF18479" w14:textId="28C1B32D" w:rsidR="00BC2D8B" w:rsidRPr="00F6160E" w:rsidRDefault="00BC2D8B" w:rsidP="00152C76">
      <w:pPr>
        <w:jc w:val="both"/>
        <w:rPr>
          <w:lang w:val="kk-KZ"/>
        </w:rPr>
      </w:pPr>
      <w:r w:rsidRPr="00F6160E">
        <w:rPr>
          <w:lang w:val="kk-KZ"/>
        </w:rPr>
        <w:t xml:space="preserve">Бағдарлама </w:t>
      </w:r>
      <w:r w:rsidR="009B61F6">
        <w:rPr>
          <w:lang w:val="kk-KZ"/>
        </w:rPr>
        <w:t>7</w:t>
      </w:r>
      <w:r w:rsidRPr="00F6160E">
        <w:rPr>
          <w:lang w:val="kk-KZ"/>
        </w:rPr>
        <w:t xml:space="preserve"> жастан </w:t>
      </w:r>
      <w:r w:rsidR="009B61F6">
        <w:rPr>
          <w:lang w:val="kk-KZ"/>
        </w:rPr>
        <w:t>17</w:t>
      </w:r>
      <w:r w:rsidRPr="00F6160E">
        <w:rPr>
          <w:lang w:val="kk-KZ"/>
        </w:rPr>
        <w:t xml:space="preserve"> жасқа дейінгі балалар мен жасөспірімдерге арналған.</w:t>
      </w:r>
    </w:p>
    <w:p w14:paraId="6AA77D22" w14:textId="3362B64D" w:rsidR="00BC2D8B" w:rsidRPr="00F6160E" w:rsidRDefault="00A04025" w:rsidP="00152C76">
      <w:pPr>
        <w:jc w:val="both"/>
        <w:rPr>
          <w:lang w:val="kk-KZ"/>
        </w:rPr>
      </w:pPr>
      <w:r w:rsidRPr="00F6160E">
        <w:rPr>
          <w:lang w:val="kk-KZ"/>
        </w:rPr>
        <w:t>Бағдарламаның мазмұнын әзірлеу және іске асыру барысында қатысушылардың жас, психологиялық, физиологиялық және әлеуметтік ерекшеліктері, сондай-ақ олардың қимыл-қозғалысқа, ойынға, қарым-қатынас жасауға, мойындалуға, эмоциялық қолдауға, дербестікке, өзін-өзі танытуға, бастамашылыққа және ұжымдық қызметке қатысуға деген қажеттіліктері ескеріледі</w:t>
      </w:r>
      <w:r w:rsidR="00BC2D8B" w:rsidRPr="00F6160E">
        <w:rPr>
          <w:lang w:val="kk-KZ"/>
        </w:rPr>
        <w:t>.</w:t>
      </w:r>
    </w:p>
    <w:p w14:paraId="44C79C05" w14:textId="77777777" w:rsidR="00BC2D8B" w:rsidRPr="00F6160E" w:rsidRDefault="00BC2D8B" w:rsidP="00152C76">
      <w:pPr>
        <w:jc w:val="both"/>
        <w:rPr>
          <w:lang w:val="kk-KZ"/>
        </w:rPr>
      </w:pPr>
      <w:r w:rsidRPr="00F6160E">
        <w:rPr>
          <w:lang w:val="kk-KZ"/>
        </w:rPr>
        <w:t>Бастауыш мектеп жасындағы балалар қатысқан жағдайда басым бағыттар ретінде қимылды ойындар, қарапайым туристік тапсырмалар, серуендер, бақылаулар, ойын маршруттары, нәтижелерді шығармашылық безендіру және жасақ өміріне эмоционалдық тұрғыдан қауіпсіз қатысу қарастырылады.</w:t>
      </w:r>
    </w:p>
    <w:p w14:paraId="38BD382B" w14:textId="77777777" w:rsidR="00BC2D8B" w:rsidRPr="00F6160E" w:rsidRDefault="00BC2D8B" w:rsidP="00152C76">
      <w:pPr>
        <w:jc w:val="both"/>
        <w:rPr>
          <w:lang w:val="kk-KZ"/>
        </w:rPr>
      </w:pPr>
      <w:r w:rsidRPr="00F6160E">
        <w:rPr>
          <w:lang w:val="kk-KZ"/>
        </w:rPr>
        <w:t>Орта мектеп жасындағы балалар қатысқан жағдайда басым бағыттар ретінде командалық маршруттар, бағдарлау, спорттық эстафеталар, туристік станциялар, экологиялық тапсырмалар, қауіпсіздік бойынша практикумдар, коммуникация мен дербестікке арналған ойындар қарастырылады.</w:t>
      </w:r>
    </w:p>
    <w:p w14:paraId="20B40F51" w14:textId="4EC8B249" w:rsidR="00BC2D8B" w:rsidRPr="00F6160E" w:rsidRDefault="00BC2D8B" w:rsidP="00152C76">
      <w:pPr>
        <w:jc w:val="both"/>
        <w:rPr>
          <w:lang w:val="kk-KZ"/>
        </w:rPr>
      </w:pPr>
      <w:r w:rsidRPr="00F6160E">
        <w:rPr>
          <w:lang w:val="kk-KZ"/>
        </w:rPr>
        <w:t>Жоғары мектеп жасындағы жасөспірімдер қатысқан жағдайда басым бағыттар ретінде маршруттарды жобалау, көшбасшылық, балалардың өзін-өзі басқаруы, кіші қатысушыларға тәлімгерлік ету, туристік кейстер, көпшілік алдында сөйлеу, станцияларды ұйымдастыру және командалық жарыстар өткізу қарастырылады.</w:t>
      </w:r>
    </w:p>
    <w:p w14:paraId="046C763C" w14:textId="77777777" w:rsidR="00BC2D8B" w:rsidRPr="00F6160E" w:rsidRDefault="00BC2D8B" w:rsidP="00BC2D8B">
      <w:pPr>
        <w:rPr>
          <w:lang w:val="kk-KZ"/>
        </w:rPr>
      </w:pPr>
    </w:p>
    <w:p w14:paraId="0D011F06" w14:textId="77777777" w:rsidR="00BC2D8B" w:rsidRPr="00F6160E" w:rsidRDefault="00BC2D8B" w:rsidP="00BC2D8B">
      <w:pPr>
        <w:jc w:val="both"/>
        <w:rPr>
          <w:rFonts w:eastAsiaTheme="majorEastAsia" w:cstheme="majorBidi"/>
          <w:b/>
          <w:bCs/>
          <w:szCs w:val="26"/>
          <w:lang w:val="kk-KZ"/>
        </w:rPr>
      </w:pPr>
      <w:r w:rsidRPr="00F6160E">
        <w:rPr>
          <w:rFonts w:eastAsiaTheme="majorEastAsia" w:cstheme="majorBidi"/>
          <w:b/>
          <w:bCs/>
          <w:szCs w:val="26"/>
          <w:lang w:val="kk-KZ"/>
        </w:rPr>
        <w:t>Тақырыптық ауысымның тұжырымдамасы</w:t>
      </w:r>
    </w:p>
    <w:p w14:paraId="5EE55A08" w14:textId="166E36C6" w:rsidR="00BC2D8B" w:rsidRPr="00F6160E" w:rsidRDefault="00BC2D8B" w:rsidP="00BC2D8B">
      <w:pPr>
        <w:jc w:val="both"/>
        <w:rPr>
          <w:rFonts w:eastAsiaTheme="majorEastAsia" w:cstheme="majorBidi"/>
          <w:bCs/>
          <w:szCs w:val="26"/>
          <w:lang w:val="kk-KZ"/>
        </w:rPr>
      </w:pPr>
      <w:r w:rsidRPr="00F6160E">
        <w:rPr>
          <w:rFonts w:eastAsiaTheme="majorEastAsia" w:cstheme="majorBidi"/>
          <w:bCs/>
          <w:szCs w:val="26"/>
          <w:lang w:val="kk-KZ"/>
        </w:rPr>
        <w:t>Ауысым қатысушылардың қауіпсіз спорттық-туристік қызметті кезең-кезеңімен меңгеруі ретінде құрылады: бейімделу мен командалық қалыптасудан бастап маршруттарды игеру, туристік дағдыларды қалыптастыру, өлкетану, экологиялық жауапкершілік, жобалау қызметі және жетістіктер фестивалінде қорытындылау кезеңдеріне дейін.</w:t>
      </w:r>
    </w:p>
    <w:p w14:paraId="225EB4CD" w14:textId="77777777" w:rsidR="00BC2D8B" w:rsidRPr="00F6160E" w:rsidRDefault="00BC2D8B" w:rsidP="00BC2D8B">
      <w:pPr>
        <w:jc w:val="both"/>
        <w:rPr>
          <w:lang w:val="kk-KZ"/>
        </w:rPr>
      </w:pPr>
    </w:p>
    <w:tbl>
      <w:tblPr>
        <w:tblStyle w:val="aff0"/>
        <w:tblW w:w="0" w:type="auto"/>
        <w:jc w:val="center"/>
        <w:tblLook w:val="04A0" w:firstRow="1" w:lastRow="0" w:firstColumn="1" w:lastColumn="0" w:noHBand="0" w:noVBand="1"/>
      </w:tblPr>
      <w:tblGrid>
        <w:gridCol w:w="1701"/>
        <w:gridCol w:w="2835"/>
        <w:gridCol w:w="5102"/>
      </w:tblGrid>
      <w:tr w:rsidR="00B91334" w:rsidRPr="00F41431" w14:paraId="1FC8C59E" w14:textId="77777777">
        <w:trPr>
          <w:tblHeader/>
          <w:jc w:val="center"/>
        </w:trPr>
        <w:tc>
          <w:tcPr>
            <w:tcW w:w="1701" w:type="dxa"/>
            <w:shd w:val="clear" w:color="auto" w:fill="D9EAD3"/>
          </w:tcPr>
          <w:p w14:paraId="1373A078" w14:textId="0471B54C" w:rsidR="00B91334" w:rsidRPr="00F41431" w:rsidRDefault="00BC2D8B" w:rsidP="00BC2D8B">
            <w:pPr>
              <w:ind w:firstLine="0"/>
              <w:jc w:val="center"/>
              <w:rPr>
                <w:b/>
                <w:szCs w:val="28"/>
              </w:rPr>
            </w:pPr>
            <w:proofErr w:type="spellStart"/>
            <w:r w:rsidRPr="00F41431">
              <w:rPr>
                <w:b/>
                <w:szCs w:val="28"/>
              </w:rPr>
              <w:t>Ауысым</w:t>
            </w:r>
            <w:proofErr w:type="spellEnd"/>
            <w:r w:rsidRPr="00F41431">
              <w:rPr>
                <w:b/>
                <w:szCs w:val="28"/>
              </w:rPr>
              <w:t xml:space="preserve"> </w:t>
            </w:r>
            <w:proofErr w:type="spellStart"/>
            <w:r w:rsidRPr="00F41431">
              <w:rPr>
                <w:b/>
                <w:szCs w:val="28"/>
              </w:rPr>
              <w:t>күндері</w:t>
            </w:r>
            <w:proofErr w:type="spellEnd"/>
          </w:p>
        </w:tc>
        <w:tc>
          <w:tcPr>
            <w:tcW w:w="2835" w:type="dxa"/>
            <w:shd w:val="clear" w:color="auto" w:fill="D9EAD3"/>
          </w:tcPr>
          <w:p w14:paraId="55DFCC99" w14:textId="2B6B4A07" w:rsidR="00B91334" w:rsidRPr="00F41431" w:rsidRDefault="00BC2D8B" w:rsidP="00BC2D8B">
            <w:pPr>
              <w:ind w:firstLine="0"/>
              <w:jc w:val="center"/>
              <w:rPr>
                <w:b/>
                <w:szCs w:val="28"/>
              </w:rPr>
            </w:pPr>
            <w:proofErr w:type="spellStart"/>
            <w:r w:rsidRPr="00F41431">
              <w:rPr>
                <w:b/>
                <w:szCs w:val="28"/>
              </w:rPr>
              <w:t>Мағыналық</w:t>
            </w:r>
            <w:proofErr w:type="spellEnd"/>
            <w:r w:rsidRPr="00F41431">
              <w:rPr>
                <w:b/>
                <w:szCs w:val="28"/>
              </w:rPr>
              <w:t xml:space="preserve"> </w:t>
            </w:r>
            <w:proofErr w:type="spellStart"/>
            <w:r w:rsidRPr="00F41431">
              <w:rPr>
                <w:b/>
                <w:szCs w:val="28"/>
              </w:rPr>
              <w:t>кезең</w:t>
            </w:r>
            <w:proofErr w:type="spellEnd"/>
          </w:p>
        </w:tc>
        <w:tc>
          <w:tcPr>
            <w:tcW w:w="5102" w:type="dxa"/>
            <w:shd w:val="clear" w:color="auto" w:fill="D9EAD3"/>
          </w:tcPr>
          <w:p w14:paraId="05B8DB7C" w14:textId="0BFDBAC9" w:rsidR="00B91334" w:rsidRPr="00F41431" w:rsidRDefault="00BC2D8B" w:rsidP="00BC2D8B">
            <w:pPr>
              <w:ind w:firstLine="0"/>
              <w:jc w:val="center"/>
              <w:rPr>
                <w:b/>
                <w:szCs w:val="28"/>
              </w:rPr>
            </w:pPr>
            <w:proofErr w:type="spellStart"/>
            <w:r w:rsidRPr="00F41431">
              <w:rPr>
                <w:b/>
                <w:szCs w:val="28"/>
              </w:rPr>
              <w:t>Негізгі</w:t>
            </w:r>
            <w:proofErr w:type="spellEnd"/>
            <w:r w:rsidRPr="00F41431">
              <w:rPr>
                <w:b/>
                <w:szCs w:val="28"/>
              </w:rPr>
              <w:t xml:space="preserve"> </w:t>
            </w:r>
            <w:proofErr w:type="spellStart"/>
            <w:r w:rsidRPr="00F41431">
              <w:rPr>
                <w:b/>
                <w:szCs w:val="28"/>
              </w:rPr>
              <w:t>мазмұны</w:t>
            </w:r>
            <w:proofErr w:type="spellEnd"/>
          </w:p>
        </w:tc>
      </w:tr>
      <w:tr w:rsidR="00BC2D8B" w:rsidRPr="00F41431" w14:paraId="759FDBA5" w14:textId="77777777">
        <w:trPr>
          <w:jc w:val="center"/>
        </w:trPr>
        <w:tc>
          <w:tcPr>
            <w:tcW w:w="1701" w:type="dxa"/>
          </w:tcPr>
          <w:p w14:paraId="74520042" w14:textId="71DC9EB2" w:rsidR="00BC2D8B" w:rsidRPr="00F41431" w:rsidRDefault="00BC2D8B" w:rsidP="00BC2D8B">
            <w:pPr>
              <w:ind w:firstLine="0"/>
              <w:jc w:val="center"/>
              <w:rPr>
                <w:szCs w:val="28"/>
              </w:rPr>
            </w:pPr>
            <w:r w:rsidRPr="00F41431">
              <w:rPr>
                <w:szCs w:val="28"/>
              </w:rPr>
              <w:t>1</w:t>
            </w:r>
            <w:r w:rsidRPr="00F41431">
              <w:rPr>
                <w:szCs w:val="28"/>
                <w:lang w:val="kk-KZ"/>
              </w:rPr>
              <w:t>-</w:t>
            </w:r>
            <w:r w:rsidRPr="00F41431">
              <w:rPr>
                <w:szCs w:val="28"/>
              </w:rPr>
              <w:t xml:space="preserve">2 </w:t>
            </w:r>
            <w:proofErr w:type="spellStart"/>
            <w:r w:rsidRPr="00F41431">
              <w:rPr>
                <w:szCs w:val="28"/>
              </w:rPr>
              <w:t>күн</w:t>
            </w:r>
            <w:proofErr w:type="spellEnd"/>
            <w:r w:rsidRPr="00F41431">
              <w:rPr>
                <w:szCs w:val="28"/>
              </w:rPr>
              <w:br/>
            </w:r>
          </w:p>
        </w:tc>
        <w:tc>
          <w:tcPr>
            <w:tcW w:w="2835" w:type="dxa"/>
          </w:tcPr>
          <w:p w14:paraId="08E0D738" w14:textId="713F33E3" w:rsidR="00BC2D8B" w:rsidRPr="00F41431" w:rsidRDefault="00BC2D8B" w:rsidP="00BC2D8B">
            <w:pPr>
              <w:ind w:firstLine="0"/>
              <w:jc w:val="both"/>
              <w:rPr>
                <w:szCs w:val="28"/>
              </w:rPr>
            </w:pPr>
            <w:proofErr w:type="spellStart"/>
            <w:r w:rsidRPr="00F41431">
              <w:rPr>
                <w:szCs w:val="28"/>
              </w:rPr>
              <w:t>Бейімделу</w:t>
            </w:r>
            <w:proofErr w:type="spellEnd"/>
            <w:r w:rsidRPr="00F41431">
              <w:rPr>
                <w:szCs w:val="28"/>
              </w:rPr>
              <w:t xml:space="preserve"> </w:t>
            </w:r>
            <w:proofErr w:type="spellStart"/>
            <w:r w:rsidRPr="00F41431">
              <w:rPr>
                <w:szCs w:val="28"/>
              </w:rPr>
              <w:t>және</w:t>
            </w:r>
            <w:proofErr w:type="spellEnd"/>
            <w:r w:rsidRPr="00F41431">
              <w:rPr>
                <w:szCs w:val="28"/>
              </w:rPr>
              <w:t xml:space="preserve"> </w:t>
            </w:r>
            <w:proofErr w:type="spellStart"/>
            <w:r w:rsidRPr="00F41431">
              <w:rPr>
                <w:szCs w:val="28"/>
              </w:rPr>
              <w:t>команда</w:t>
            </w:r>
            <w:proofErr w:type="spellEnd"/>
            <w:r w:rsidRPr="00F41431">
              <w:rPr>
                <w:szCs w:val="28"/>
              </w:rPr>
              <w:t xml:space="preserve"> </w:t>
            </w:r>
            <w:proofErr w:type="spellStart"/>
            <w:r w:rsidRPr="00F41431">
              <w:rPr>
                <w:szCs w:val="28"/>
              </w:rPr>
              <w:t>құру</w:t>
            </w:r>
            <w:proofErr w:type="spellEnd"/>
          </w:p>
        </w:tc>
        <w:tc>
          <w:tcPr>
            <w:tcW w:w="5102" w:type="dxa"/>
          </w:tcPr>
          <w:p w14:paraId="34AD40E8" w14:textId="527178FE" w:rsidR="00BC2D8B" w:rsidRPr="00F41431" w:rsidRDefault="00BC2D8B" w:rsidP="00BC2D8B">
            <w:pPr>
              <w:ind w:firstLine="0"/>
              <w:jc w:val="both"/>
              <w:rPr>
                <w:szCs w:val="28"/>
              </w:rPr>
            </w:pPr>
            <w:proofErr w:type="spellStart"/>
            <w:r w:rsidRPr="00F41431">
              <w:rPr>
                <w:szCs w:val="28"/>
              </w:rPr>
              <w:t>Келу</w:t>
            </w:r>
            <w:proofErr w:type="spellEnd"/>
            <w:r w:rsidRPr="00F41431">
              <w:rPr>
                <w:szCs w:val="28"/>
              </w:rPr>
              <w:t xml:space="preserve">, </w:t>
            </w:r>
            <w:proofErr w:type="spellStart"/>
            <w:r w:rsidRPr="00F41431">
              <w:rPr>
                <w:szCs w:val="28"/>
              </w:rPr>
              <w:t>танысу</w:t>
            </w:r>
            <w:proofErr w:type="spellEnd"/>
            <w:r w:rsidRPr="00F41431">
              <w:rPr>
                <w:szCs w:val="28"/>
              </w:rPr>
              <w:t xml:space="preserve">, </w:t>
            </w:r>
            <w:proofErr w:type="spellStart"/>
            <w:r w:rsidRPr="00F41431">
              <w:rPr>
                <w:szCs w:val="28"/>
              </w:rPr>
              <w:t>ережелер</w:t>
            </w:r>
            <w:proofErr w:type="spellEnd"/>
            <w:r w:rsidRPr="00F41431">
              <w:rPr>
                <w:szCs w:val="28"/>
              </w:rPr>
              <w:t xml:space="preserve">, </w:t>
            </w:r>
            <w:proofErr w:type="spellStart"/>
            <w:r w:rsidRPr="00F41431">
              <w:rPr>
                <w:szCs w:val="28"/>
              </w:rPr>
              <w:t>қауіпсіздік</w:t>
            </w:r>
            <w:proofErr w:type="spellEnd"/>
            <w:r w:rsidRPr="00F41431">
              <w:rPr>
                <w:szCs w:val="28"/>
              </w:rPr>
              <w:t xml:space="preserve">, </w:t>
            </w:r>
            <w:proofErr w:type="spellStart"/>
            <w:r w:rsidRPr="00F41431">
              <w:rPr>
                <w:szCs w:val="28"/>
              </w:rPr>
              <w:t>жасақтарды</w:t>
            </w:r>
            <w:proofErr w:type="spellEnd"/>
            <w:r w:rsidRPr="00F41431">
              <w:rPr>
                <w:szCs w:val="28"/>
              </w:rPr>
              <w:t xml:space="preserve"> </w:t>
            </w:r>
            <w:proofErr w:type="spellStart"/>
            <w:r w:rsidRPr="00F41431">
              <w:rPr>
                <w:szCs w:val="28"/>
              </w:rPr>
              <w:t>қалыптастыру</w:t>
            </w:r>
            <w:proofErr w:type="spellEnd"/>
            <w:r w:rsidRPr="00F41431">
              <w:rPr>
                <w:szCs w:val="28"/>
              </w:rPr>
              <w:t xml:space="preserve">, </w:t>
            </w:r>
            <w:proofErr w:type="spellStart"/>
            <w:r w:rsidRPr="00F41431">
              <w:rPr>
                <w:szCs w:val="28"/>
              </w:rPr>
              <w:t>командалық</w:t>
            </w:r>
            <w:proofErr w:type="spellEnd"/>
            <w:r w:rsidRPr="00F41431">
              <w:rPr>
                <w:szCs w:val="28"/>
              </w:rPr>
              <w:t xml:space="preserve"> </w:t>
            </w:r>
            <w:proofErr w:type="spellStart"/>
            <w:r w:rsidRPr="00F41431">
              <w:rPr>
                <w:szCs w:val="28"/>
              </w:rPr>
              <w:lastRenderedPageBreak/>
              <w:t>бірлесу</w:t>
            </w:r>
            <w:proofErr w:type="spellEnd"/>
            <w:r w:rsidRPr="00F41431">
              <w:rPr>
                <w:szCs w:val="28"/>
              </w:rPr>
              <w:t>.</w:t>
            </w:r>
          </w:p>
        </w:tc>
      </w:tr>
      <w:tr w:rsidR="00BC2D8B" w:rsidRPr="00F41431" w14:paraId="4921C5B8" w14:textId="77777777">
        <w:trPr>
          <w:jc w:val="center"/>
        </w:trPr>
        <w:tc>
          <w:tcPr>
            <w:tcW w:w="1701" w:type="dxa"/>
          </w:tcPr>
          <w:p w14:paraId="10BA4134" w14:textId="4C153FBD" w:rsidR="00BC2D8B" w:rsidRPr="00F41431" w:rsidRDefault="00BC2D8B" w:rsidP="00BC2D8B">
            <w:pPr>
              <w:ind w:firstLine="0"/>
              <w:jc w:val="center"/>
              <w:rPr>
                <w:szCs w:val="28"/>
                <w:lang w:val="ru-RU"/>
              </w:rPr>
            </w:pPr>
            <w:r w:rsidRPr="00F41431">
              <w:rPr>
                <w:szCs w:val="28"/>
                <w:lang w:val="ru-RU"/>
              </w:rPr>
              <w:lastRenderedPageBreak/>
              <w:t xml:space="preserve">3-4 </w:t>
            </w:r>
            <w:proofErr w:type="spellStart"/>
            <w:r w:rsidRPr="00F41431">
              <w:rPr>
                <w:szCs w:val="28"/>
                <w:lang w:val="ru-RU"/>
              </w:rPr>
              <w:t>күн</w:t>
            </w:r>
            <w:proofErr w:type="spellEnd"/>
            <w:r w:rsidRPr="00F41431">
              <w:rPr>
                <w:szCs w:val="28"/>
                <w:lang w:val="ru-RU"/>
              </w:rPr>
              <w:br/>
            </w:r>
          </w:p>
        </w:tc>
        <w:tc>
          <w:tcPr>
            <w:tcW w:w="2835" w:type="dxa"/>
          </w:tcPr>
          <w:p w14:paraId="54642FE5" w14:textId="7C103FBD" w:rsidR="00BC2D8B" w:rsidRPr="00F41431" w:rsidRDefault="00BC2D8B" w:rsidP="00BC2D8B">
            <w:pPr>
              <w:ind w:firstLine="0"/>
              <w:jc w:val="both"/>
              <w:rPr>
                <w:szCs w:val="28"/>
              </w:rPr>
            </w:pPr>
            <w:proofErr w:type="spellStart"/>
            <w:r w:rsidRPr="00F41431">
              <w:rPr>
                <w:szCs w:val="28"/>
              </w:rPr>
              <w:t>Қауіпсіздік</w:t>
            </w:r>
            <w:proofErr w:type="spellEnd"/>
            <w:r w:rsidRPr="00F41431">
              <w:rPr>
                <w:szCs w:val="28"/>
              </w:rPr>
              <w:t xml:space="preserve"> </w:t>
            </w:r>
            <w:proofErr w:type="spellStart"/>
            <w:r w:rsidRPr="00F41431">
              <w:rPr>
                <w:szCs w:val="28"/>
              </w:rPr>
              <w:t>және</w:t>
            </w:r>
            <w:proofErr w:type="spellEnd"/>
            <w:r w:rsidRPr="00F41431">
              <w:rPr>
                <w:szCs w:val="28"/>
              </w:rPr>
              <w:t xml:space="preserve"> </w:t>
            </w:r>
            <w:proofErr w:type="spellStart"/>
            <w:r w:rsidRPr="00F41431">
              <w:rPr>
                <w:szCs w:val="28"/>
              </w:rPr>
              <w:t>қозғалыс</w:t>
            </w:r>
            <w:proofErr w:type="spellEnd"/>
            <w:r w:rsidRPr="00F41431">
              <w:rPr>
                <w:szCs w:val="28"/>
              </w:rPr>
              <w:t xml:space="preserve"> </w:t>
            </w:r>
            <w:proofErr w:type="spellStart"/>
            <w:r w:rsidRPr="00F41431">
              <w:rPr>
                <w:szCs w:val="28"/>
              </w:rPr>
              <w:t>негіздері</w:t>
            </w:r>
            <w:proofErr w:type="spellEnd"/>
          </w:p>
        </w:tc>
        <w:tc>
          <w:tcPr>
            <w:tcW w:w="5102" w:type="dxa"/>
          </w:tcPr>
          <w:p w14:paraId="228E5363" w14:textId="28FBFCCB" w:rsidR="00BC2D8B" w:rsidRPr="00F41431" w:rsidRDefault="00BC2D8B" w:rsidP="00BC2D8B">
            <w:pPr>
              <w:ind w:firstLine="0"/>
              <w:jc w:val="both"/>
              <w:rPr>
                <w:szCs w:val="28"/>
              </w:rPr>
            </w:pPr>
            <w:proofErr w:type="spellStart"/>
            <w:r w:rsidRPr="00F41431">
              <w:rPr>
                <w:szCs w:val="28"/>
              </w:rPr>
              <w:t>Спорттық</w:t>
            </w:r>
            <w:proofErr w:type="spellEnd"/>
            <w:r w:rsidRPr="00F41431">
              <w:rPr>
                <w:szCs w:val="28"/>
              </w:rPr>
              <w:t xml:space="preserve"> </w:t>
            </w:r>
            <w:proofErr w:type="spellStart"/>
            <w:r w:rsidRPr="00F41431">
              <w:rPr>
                <w:szCs w:val="28"/>
              </w:rPr>
              <w:t>ойындар</w:t>
            </w:r>
            <w:proofErr w:type="spellEnd"/>
            <w:r w:rsidRPr="00F41431">
              <w:rPr>
                <w:szCs w:val="28"/>
              </w:rPr>
              <w:t xml:space="preserve">, </w:t>
            </w:r>
            <w:proofErr w:type="spellStart"/>
            <w:r w:rsidRPr="00F41431">
              <w:rPr>
                <w:szCs w:val="28"/>
              </w:rPr>
              <w:t>туристік</w:t>
            </w:r>
            <w:proofErr w:type="spellEnd"/>
            <w:r w:rsidRPr="00F41431">
              <w:rPr>
                <w:szCs w:val="28"/>
              </w:rPr>
              <w:t xml:space="preserve"> </w:t>
            </w:r>
            <w:proofErr w:type="spellStart"/>
            <w:r w:rsidRPr="00F41431">
              <w:rPr>
                <w:szCs w:val="28"/>
              </w:rPr>
              <w:t>ережелер</w:t>
            </w:r>
            <w:proofErr w:type="spellEnd"/>
            <w:r w:rsidRPr="00F41431">
              <w:rPr>
                <w:szCs w:val="28"/>
              </w:rPr>
              <w:t xml:space="preserve">, </w:t>
            </w:r>
            <w:proofErr w:type="spellStart"/>
            <w:r w:rsidRPr="00F41431">
              <w:rPr>
                <w:szCs w:val="28"/>
              </w:rPr>
              <w:t>бағдарлау</w:t>
            </w:r>
            <w:proofErr w:type="spellEnd"/>
            <w:r w:rsidRPr="00F41431">
              <w:rPr>
                <w:szCs w:val="28"/>
              </w:rPr>
              <w:t xml:space="preserve">, </w:t>
            </w:r>
            <w:proofErr w:type="spellStart"/>
            <w:r w:rsidRPr="00F41431">
              <w:rPr>
                <w:szCs w:val="28"/>
              </w:rPr>
              <w:t>алғашқы</w:t>
            </w:r>
            <w:proofErr w:type="spellEnd"/>
            <w:r w:rsidRPr="00F41431">
              <w:rPr>
                <w:szCs w:val="28"/>
              </w:rPr>
              <w:t xml:space="preserve"> </w:t>
            </w:r>
            <w:proofErr w:type="spellStart"/>
            <w:r w:rsidRPr="00F41431">
              <w:rPr>
                <w:szCs w:val="28"/>
              </w:rPr>
              <w:t>көмек</w:t>
            </w:r>
            <w:proofErr w:type="spellEnd"/>
            <w:r w:rsidRPr="00F41431">
              <w:rPr>
                <w:szCs w:val="28"/>
              </w:rPr>
              <w:t xml:space="preserve">, </w:t>
            </w:r>
            <w:proofErr w:type="spellStart"/>
            <w:r w:rsidRPr="00F41431">
              <w:rPr>
                <w:szCs w:val="28"/>
              </w:rPr>
              <w:t>қауіпсіз</w:t>
            </w:r>
            <w:proofErr w:type="spellEnd"/>
            <w:r w:rsidRPr="00F41431">
              <w:rPr>
                <w:szCs w:val="28"/>
              </w:rPr>
              <w:t xml:space="preserve"> </w:t>
            </w:r>
            <w:proofErr w:type="spellStart"/>
            <w:r w:rsidRPr="00F41431">
              <w:rPr>
                <w:szCs w:val="28"/>
              </w:rPr>
              <w:t>маршрут</w:t>
            </w:r>
            <w:proofErr w:type="spellEnd"/>
            <w:r w:rsidRPr="00F41431">
              <w:rPr>
                <w:szCs w:val="28"/>
              </w:rPr>
              <w:t>.</w:t>
            </w:r>
          </w:p>
        </w:tc>
      </w:tr>
      <w:tr w:rsidR="00BC2D8B" w:rsidRPr="00655EAC" w14:paraId="1BE1BEC0" w14:textId="77777777">
        <w:trPr>
          <w:jc w:val="center"/>
        </w:trPr>
        <w:tc>
          <w:tcPr>
            <w:tcW w:w="1701" w:type="dxa"/>
          </w:tcPr>
          <w:p w14:paraId="2FAB0BFF" w14:textId="2C38D2AE" w:rsidR="00BC2D8B" w:rsidRPr="00F41431" w:rsidRDefault="00BC2D8B" w:rsidP="00BC2D8B">
            <w:pPr>
              <w:ind w:firstLine="0"/>
              <w:jc w:val="center"/>
              <w:rPr>
                <w:szCs w:val="28"/>
                <w:lang w:val="ru-RU"/>
              </w:rPr>
            </w:pPr>
            <w:r w:rsidRPr="00F41431">
              <w:rPr>
                <w:szCs w:val="28"/>
                <w:lang w:val="ru-RU"/>
              </w:rPr>
              <w:t xml:space="preserve">5-8 </w:t>
            </w:r>
            <w:proofErr w:type="spellStart"/>
            <w:r w:rsidRPr="00F41431">
              <w:rPr>
                <w:szCs w:val="28"/>
                <w:lang w:val="ru-RU"/>
              </w:rPr>
              <w:t>күн</w:t>
            </w:r>
            <w:proofErr w:type="spellEnd"/>
            <w:r w:rsidRPr="00F41431">
              <w:rPr>
                <w:szCs w:val="28"/>
                <w:lang w:val="ru-RU"/>
              </w:rPr>
              <w:br/>
            </w:r>
          </w:p>
        </w:tc>
        <w:tc>
          <w:tcPr>
            <w:tcW w:w="2835" w:type="dxa"/>
          </w:tcPr>
          <w:p w14:paraId="4FF7FB8B" w14:textId="487AD76F" w:rsidR="00BC2D8B" w:rsidRPr="00F41431" w:rsidRDefault="00BC2D8B" w:rsidP="00BC2D8B">
            <w:pPr>
              <w:ind w:firstLine="0"/>
              <w:jc w:val="both"/>
              <w:rPr>
                <w:szCs w:val="28"/>
                <w:lang w:val="ru-RU"/>
              </w:rPr>
            </w:pPr>
            <w:proofErr w:type="spellStart"/>
            <w:r w:rsidRPr="00F41431">
              <w:rPr>
                <w:szCs w:val="28"/>
                <w:lang w:val="ru-RU"/>
              </w:rPr>
              <w:t>Туристік</w:t>
            </w:r>
            <w:proofErr w:type="spellEnd"/>
            <w:r w:rsidRPr="00F41431">
              <w:rPr>
                <w:szCs w:val="28"/>
                <w:lang w:val="ru-RU"/>
              </w:rPr>
              <w:t xml:space="preserve"> </w:t>
            </w:r>
            <w:proofErr w:type="spellStart"/>
            <w:r w:rsidRPr="00F41431">
              <w:rPr>
                <w:szCs w:val="28"/>
                <w:lang w:val="ru-RU"/>
              </w:rPr>
              <w:t>дағдылар</w:t>
            </w:r>
            <w:proofErr w:type="spellEnd"/>
            <w:r w:rsidRPr="00F41431">
              <w:rPr>
                <w:szCs w:val="28"/>
                <w:lang w:val="ru-RU"/>
              </w:rPr>
              <w:t xml:space="preserve"> </w:t>
            </w:r>
            <w:proofErr w:type="spellStart"/>
            <w:r w:rsidRPr="00F41431">
              <w:rPr>
                <w:szCs w:val="28"/>
                <w:lang w:val="ru-RU"/>
              </w:rPr>
              <w:t>және</w:t>
            </w:r>
            <w:proofErr w:type="spellEnd"/>
            <w:r w:rsidRPr="00F41431">
              <w:rPr>
                <w:szCs w:val="28"/>
                <w:lang w:val="ru-RU"/>
              </w:rPr>
              <w:t xml:space="preserve"> </w:t>
            </w:r>
            <w:proofErr w:type="spellStart"/>
            <w:r w:rsidRPr="00F41431">
              <w:rPr>
                <w:szCs w:val="28"/>
                <w:lang w:val="ru-RU"/>
              </w:rPr>
              <w:t>белсенді</w:t>
            </w:r>
            <w:proofErr w:type="spellEnd"/>
            <w:r w:rsidRPr="00F41431">
              <w:rPr>
                <w:szCs w:val="28"/>
                <w:lang w:val="ru-RU"/>
              </w:rPr>
              <w:t xml:space="preserve"> практика</w:t>
            </w:r>
          </w:p>
        </w:tc>
        <w:tc>
          <w:tcPr>
            <w:tcW w:w="5102" w:type="dxa"/>
          </w:tcPr>
          <w:p w14:paraId="7779EF64" w14:textId="5B8CDDA1" w:rsidR="00BC2D8B" w:rsidRPr="00F41431" w:rsidRDefault="00BC2D8B" w:rsidP="00BC2D8B">
            <w:pPr>
              <w:ind w:firstLine="0"/>
              <w:jc w:val="both"/>
              <w:rPr>
                <w:szCs w:val="28"/>
                <w:lang w:val="ru-RU"/>
              </w:rPr>
            </w:pPr>
            <w:proofErr w:type="spellStart"/>
            <w:r w:rsidRPr="00F41431">
              <w:rPr>
                <w:szCs w:val="28"/>
                <w:lang w:val="ru-RU"/>
              </w:rPr>
              <w:t>Командалық</w:t>
            </w:r>
            <w:proofErr w:type="spellEnd"/>
            <w:r w:rsidRPr="00F41431">
              <w:rPr>
                <w:szCs w:val="28"/>
                <w:lang w:val="ru-RU"/>
              </w:rPr>
              <w:t xml:space="preserve"> </w:t>
            </w:r>
            <w:proofErr w:type="spellStart"/>
            <w:r w:rsidRPr="00F41431">
              <w:rPr>
                <w:szCs w:val="28"/>
                <w:lang w:val="ru-RU"/>
              </w:rPr>
              <w:t>маршруттар</w:t>
            </w:r>
            <w:proofErr w:type="spellEnd"/>
            <w:r w:rsidRPr="00F41431">
              <w:rPr>
                <w:szCs w:val="28"/>
                <w:lang w:val="ru-RU"/>
              </w:rPr>
              <w:t xml:space="preserve">, </w:t>
            </w:r>
            <w:proofErr w:type="spellStart"/>
            <w:r w:rsidRPr="00F41431">
              <w:rPr>
                <w:szCs w:val="28"/>
                <w:lang w:val="ru-RU"/>
              </w:rPr>
              <w:t>туристік</w:t>
            </w:r>
            <w:proofErr w:type="spellEnd"/>
            <w:r w:rsidRPr="00F41431">
              <w:rPr>
                <w:szCs w:val="28"/>
                <w:lang w:val="ru-RU"/>
              </w:rPr>
              <w:t xml:space="preserve"> </w:t>
            </w:r>
            <w:proofErr w:type="spellStart"/>
            <w:r w:rsidRPr="00F41431">
              <w:rPr>
                <w:szCs w:val="28"/>
                <w:lang w:val="ru-RU"/>
              </w:rPr>
              <w:t>станциялар</w:t>
            </w:r>
            <w:proofErr w:type="spellEnd"/>
            <w:r w:rsidRPr="00F41431">
              <w:rPr>
                <w:szCs w:val="28"/>
                <w:lang w:val="ru-RU"/>
              </w:rPr>
              <w:t xml:space="preserve">, </w:t>
            </w:r>
            <w:proofErr w:type="spellStart"/>
            <w:r w:rsidRPr="00F41431">
              <w:rPr>
                <w:szCs w:val="28"/>
                <w:lang w:val="ru-RU"/>
              </w:rPr>
              <w:t>өлкетану</w:t>
            </w:r>
            <w:proofErr w:type="spellEnd"/>
            <w:r w:rsidRPr="00F41431">
              <w:rPr>
                <w:szCs w:val="28"/>
                <w:lang w:val="ru-RU"/>
              </w:rPr>
              <w:t xml:space="preserve"> </w:t>
            </w:r>
            <w:proofErr w:type="spellStart"/>
            <w:r w:rsidRPr="00F41431">
              <w:rPr>
                <w:szCs w:val="28"/>
                <w:lang w:val="ru-RU"/>
              </w:rPr>
              <w:t>және</w:t>
            </w:r>
            <w:proofErr w:type="spellEnd"/>
            <w:r w:rsidRPr="00F41431">
              <w:rPr>
                <w:szCs w:val="28"/>
                <w:lang w:val="ru-RU"/>
              </w:rPr>
              <w:t xml:space="preserve"> </w:t>
            </w:r>
            <w:proofErr w:type="spellStart"/>
            <w:r w:rsidRPr="00F41431">
              <w:rPr>
                <w:szCs w:val="28"/>
                <w:lang w:val="ru-RU"/>
              </w:rPr>
              <w:t>экологиялық</w:t>
            </w:r>
            <w:proofErr w:type="spellEnd"/>
            <w:r w:rsidRPr="00F41431">
              <w:rPr>
                <w:szCs w:val="28"/>
                <w:lang w:val="ru-RU"/>
              </w:rPr>
              <w:t xml:space="preserve"> </w:t>
            </w:r>
            <w:proofErr w:type="spellStart"/>
            <w:r w:rsidRPr="00F41431">
              <w:rPr>
                <w:szCs w:val="28"/>
                <w:lang w:val="ru-RU"/>
              </w:rPr>
              <w:t>тапсырмалар</w:t>
            </w:r>
            <w:proofErr w:type="spellEnd"/>
            <w:r w:rsidRPr="00F41431">
              <w:rPr>
                <w:szCs w:val="28"/>
                <w:lang w:val="ru-RU"/>
              </w:rPr>
              <w:t xml:space="preserve">, </w:t>
            </w:r>
            <w:proofErr w:type="spellStart"/>
            <w:r w:rsidRPr="00F41431">
              <w:rPr>
                <w:szCs w:val="28"/>
                <w:lang w:val="ru-RU"/>
              </w:rPr>
              <w:t>төзімділік</w:t>
            </w:r>
            <w:proofErr w:type="spellEnd"/>
            <w:r w:rsidRPr="00F41431">
              <w:rPr>
                <w:szCs w:val="28"/>
                <w:lang w:val="ru-RU"/>
              </w:rPr>
              <w:t xml:space="preserve"> пен </w:t>
            </w:r>
            <w:proofErr w:type="spellStart"/>
            <w:r w:rsidRPr="00F41431">
              <w:rPr>
                <w:szCs w:val="28"/>
                <w:lang w:val="ru-RU"/>
              </w:rPr>
              <w:t>өзара</w:t>
            </w:r>
            <w:proofErr w:type="spellEnd"/>
            <w:r w:rsidRPr="00F41431">
              <w:rPr>
                <w:szCs w:val="28"/>
                <w:lang w:val="ru-RU"/>
              </w:rPr>
              <w:t xml:space="preserve"> </w:t>
            </w:r>
            <w:proofErr w:type="spellStart"/>
            <w:r w:rsidRPr="00F41431">
              <w:rPr>
                <w:szCs w:val="28"/>
                <w:lang w:val="ru-RU"/>
              </w:rPr>
              <w:t>көмек</w:t>
            </w:r>
            <w:proofErr w:type="spellEnd"/>
            <w:r w:rsidRPr="00F41431">
              <w:rPr>
                <w:szCs w:val="28"/>
                <w:lang w:val="ru-RU"/>
              </w:rPr>
              <w:t xml:space="preserve"> </w:t>
            </w:r>
            <w:proofErr w:type="spellStart"/>
            <w:r w:rsidRPr="00F41431">
              <w:rPr>
                <w:szCs w:val="28"/>
                <w:lang w:val="ru-RU"/>
              </w:rPr>
              <w:t>ойындары</w:t>
            </w:r>
            <w:proofErr w:type="spellEnd"/>
            <w:r w:rsidRPr="00F41431">
              <w:rPr>
                <w:szCs w:val="28"/>
                <w:lang w:val="ru-RU"/>
              </w:rPr>
              <w:t>.</w:t>
            </w:r>
          </w:p>
        </w:tc>
      </w:tr>
      <w:tr w:rsidR="00BC2D8B" w:rsidRPr="00F41431" w14:paraId="69BE5259" w14:textId="77777777">
        <w:trPr>
          <w:jc w:val="center"/>
        </w:trPr>
        <w:tc>
          <w:tcPr>
            <w:tcW w:w="1701" w:type="dxa"/>
          </w:tcPr>
          <w:p w14:paraId="3E5F831F" w14:textId="5E08B8EE" w:rsidR="00BC2D8B" w:rsidRPr="00F41431" w:rsidRDefault="00BC2D8B" w:rsidP="00BC2D8B">
            <w:pPr>
              <w:ind w:firstLine="0"/>
              <w:jc w:val="center"/>
              <w:rPr>
                <w:szCs w:val="28"/>
                <w:lang w:val="ru-RU"/>
              </w:rPr>
            </w:pPr>
            <w:r w:rsidRPr="00F41431">
              <w:rPr>
                <w:szCs w:val="28"/>
                <w:lang w:val="ru-RU"/>
              </w:rPr>
              <w:t xml:space="preserve">9-10 </w:t>
            </w:r>
            <w:proofErr w:type="spellStart"/>
            <w:r w:rsidRPr="00F41431">
              <w:rPr>
                <w:szCs w:val="28"/>
                <w:lang w:val="ru-RU"/>
              </w:rPr>
              <w:t>күн</w:t>
            </w:r>
            <w:proofErr w:type="spellEnd"/>
            <w:r w:rsidRPr="00F41431">
              <w:rPr>
                <w:szCs w:val="28"/>
                <w:lang w:val="ru-RU"/>
              </w:rPr>
              <w:br/>
            </w:r>
          </w:p>
        </w:tc>
        <w:tc>
          <w:tcPr>
            <w:tcW w:w="2835" w:type="dxa"/>
          </w:tcPr>
          <w:p w14:paraId="71361F04" w14:textId="168ED9DA" w:rsidR="00BC2D8B" w:rsidRPr="00F41431" w:rsidRDefault="00BC2D8B" w:rsidP="00BC2D8B">
            <w:pPr>
              <w:ind w:firstLine="0"/>
              <w:jc w:val="both"/>
              <w:rPr>
                <w:szCs w:val="28"/>
              </w:rPr>
            </w:pPr>
            <w:proofErr w:type="spellStart"/>
            <w:r w:rsidRPr="00F41431">
              <w:rPr>
                <w:szCs w:val="28"/>
              </w:rPr>
              <w:t>Жобалау</w:t>
            </w:r>
            <w:proofErr w:type="spellEnd"/>
            <w:r w:rsidRPr="00F41431">
              <w:rPr>
                <w:szCs w:val="28"/>
              </w:rPr>
              <w:t xml:space="preserve"> </w:t>
            </w:r>
            <w:proofErr w:type="spellStart"/>
            <w:r w:rsidRPr="00F41431">
              <w:rPr>
                <w:szCs w:val="28"/>
              </w:rPr>
              <w:t>және</w:t>
            </w:r>
            <w:proofErr w:type="spellEnd"/>
            <w:r w:rsidRPr="00F41431">
              <w:rPr>
                <w:szCs w:val="28"/>
              </w:rPr>
              <w:t xml:space="preserve"> </w:t>
            </w:r>
            <w:proofErr w:type="spellStart"/>
            <w:r w:rsidRPr="00F41431">
              <w:rPr>
                <w:szCs w:val="28"/>
              </w:rPr>
              <w:t>қорытындыларды</w:t>
            </w:r>
            <w:proofErr w:type="spellEnd"/>
            <w:r w:rsidRPr="00F41431">
              <w:rPr>
                <w:szCs w:val="28"/>
              </w:rPr>
              <w:t xml:space="preserve"> </w:t>
            </w:r>
            <w:proofErr w:type="spellStart"/>
            <w:r w:rsidRPr="00F41431">
              <w:rPr>
                <w:szCs w:val="28"/>
              </w:rPr>
              <w:t>дайындау</w:t>
            </w:r>
            <w:proofErr w:type="spellEnd"/>
          </w:p>
        </w:tc>
        <w:tc>
          <w:tcPr>
            <w:tcW w:w="5102" w:type="dxa"/>
          </w:tcPr>
          <w:p w14:paraId="4450C5BA" w14:textId="5FA4A85E" w:rsidR="00BC2D8B" w:rsidRPr="00F41431" w:rsidRDefault="00BC2D8B" w:rsidP="00BC2D8B">
            <w:pPr>
              <w:ind w:firstLine="0"/>
              <w:jc w:val="both"/>
              <w:rPr>
                <w:szCs w:val="28"/>
              </w:rPr>
            </w:pPr>
            <w:proofErr w:type="spellStart"/>
            <w:r w:rsidRPr="00F41431">
              <w:rPr>
                <w:szCs w:val="28"/>
              </w:rPr>
              <w:t>Маршруттарды</w:t>
            </w:r>
            <w:proofErr w:type="spellEnd"/>
            <w:r w:rsidRPr="00F41431">
              <w:rPr>
                <w:szCs w:val="28"/>
              </w:rPr>
              <w:t xml:space="preserve"> </w:t>
            </w:r>
            <w:proofErr w:type="spellStart"/>
            <w:r w:rsidRPr="00F41431">
              <w:rPr>
                <w:szCs w:val="28"/>
              </w:rPr>
              <w:t>әзірлеу</w:t>
            </w:r>
            <w:proofErr w:type="spellEnd"/>
            <w:r w:rsidRPr="00F41431">
              <w:rPr>
                <w:szCs w:val="28"/>
              </w:rPr>
              <w:t xml:space="preserve">, </w:t>
            </w:r>
            <w:proofErr w:type="spellStart"/>
            <w:r w:rsidRPr="00F41431">
              <w:rPr>
                <w:szCs w:val="28"/>
              </w:rPr>
              <w:t>туристік</w:t>
            </w:r>
            <w:proofErr w:type="spellEnd"/>
            <w:r w:rsidRPr="00F41431">
              <w:rPr>
                <w:szCs w:val="28"/>
              </w:rPr>
              <w:t xml:space="preserve"> </w:t>
            </w:r>
            <w:proofErr w:type="spellStart"/>
            <w:r w:rsidRPr="00F41431">
              <w:rPr>
                <w:szCs w:val="28"/>
              </w:rPr>
              <w:t>жадынамалар</w:t>
            </w:r>
            <w:proofErr w:type="spellEnd"/>
            <w:r w:rsidRPr="00F41431">
              <w:rPr>
                <w:szCs w:val="28"/>
              </w:rPr>
              <w:t xml:space="preserve">, </w:t>
            </w:r>
            <w:proofErr w:type="spellStart"/>
            <w:r w:rsidRPr="00F41431">
              <w:rPr>
                <w:szCs w:val="28"/>
              </w:rPr>
              <w:t>карталар</w:t>
            </w:r>
            <w:proofErr w:type="spellEnd"/>
            <w:r w:rsidRPr="00F41431">
              <w:rPr>
                <w:szCs w:val="28"/>
              </w:rPr>
              <w:t xml:space="preserve">, </w:t>
            </w:r>
            <w:proofErr w:type="spellStart"/>
            <w:r w:rsidRPr="00F41431">
              <w:rPr>
                <w:szCs w:val="28"/>
              </w:rPr>
              <w:t>презентациялар</w:t>
            </w:r>
            <w:proofErr w:type="spellEnd"/>
            <w:r w:rsidRPr="00F41431">
              <w:rPr>
                <w:szCs w:val="28"/>
              </w:rPr>
              <w:t xml:space="preserve"> </w:t>
            </w:r>
            <w:proofErr w:type="spellStart"/>
            <w:r w:rsidRPr="00F41431">
              <w:rPr>
                <w:szCs w:val="28"/>
              </w:rPr>
              <w:t>дайындау</w:t>
            </w:r>
            <w:proofErr w:type="spellEnd"/>
            <w:r w:rsidRPr="00F41431">
              <w:rPr>
                <w:szCs w:val="28"/>
              </w:rPr>
              <w:t xml:space="preserve">, </w:t>
            </w:r>
            <w:proofErr w:type="spellStart"/>
            <w:r w:rsidRPr="00F41431">
              <w:rPr>
                <w:szCs w:val="28"/>
              </w:rPr>
              <w:t>фестивальге</w:t>
            </w:r>
            <w:proofErr w:type="spellEnd"/>
            <w:r w:rsidRPr="00F41431">
              <w:rPr>
                <w:szCs w:val="28"/>
              </w:rPr>
              <w:t xml:space="preserve"> </w:t>
            </w:r>
            <w:proofErr w:type="spellStart"/>
            <w:r w:rsidRPr="00F41431">
              <w:rPr>
                <w:szCs w:val="28"/>
              </w:rPr>
              <w:t>дайындық</w:t>
            </w:r>
            <w:proofErr w:type="spellEnd"/>
            <w:r w:rsidRPr="00F41431">
              <w:rPr>
                <w:szCs w:val="28"/>
              </w:rPr>
              <w:t>.</w:t>
            </w:r>
          </w:p>
        </w:tc>
      </w:tr>
      <w:tr w:rsidR="00BC2D8B" w:rsidRPr="00655EAC" w14:paraId="1CD87A89" w14:textId="77777777">
        <w:trPr>
          <w:jc w:val="center"/>
        </w:trPr>
        <w:tc>
          <w:tcPr>
            <w:tcW w:w="1701" w:type="dxa"/>
          </w:tcPr>
          <w:p w14:paraId="456A221C" w14:textId="0573CDB1" w:rsidR="00BC2D8B" w:rsidRPr="00F41431" w:rsidRDefault="00BC2D8B" w:rsidP="00BC2D8B">
            <w:pPr>
              <w:ind w:firstLine="0"/>
              <w:jc w:val="center"/>
              <w:rPr>
                <w:szCs w:val="28"/>
                <w:lang w:val="ru-RU"/>
              </w:rPr>
            </w:pPr>
            <w:r w:rsidRPr="00F41431">
              <w:rPr>
                <w:szCs w:val="28"/>
                <w:lang w:val="ru-RU"/>
              </w:rPr>
              <w:t xml:space="preserve">11 </w:t>
            </w:r>
            <w:proofErr w:type="spellStart"/>
            <w:r w:rsidRPr="00F41431">
              <w:rPr>
                <w:szCs w:val="28"/>
                <w:lang w:val="ru-RU"/>
              </w:rPr>
              <w:t>күн</w:t>
            </w:r>
            <w:proofErr w:type="spellEnd"/>
            <w:r w:rsidRPr="00F41431">
              <w:rPr>
                <w:szCs w:val="28"/>
                <w:lang w:val="ru-RU"/>
              </w:rPr>
              <w:br/>
            </w:r>
          </w:p>
        </w:tc>
        <w:tc>
          <w:tcPr>
            <w:tcW w:w="2835" w:type="dxa"/>
          </w:tcPr>
          <w:p w14:paraId="13AB56BB" w14:textId="1E55B98B" w:rsidR="00BC2D8B" w:rsidRPr="00F41431" w:rsidRDefault="00BC2D8B" w:rsidP="00BC2D8B">
            <w:pPr>
              <w:ind w:firstLine="0"/>
              <w:jc w:val="both"/>
              <w:rPr>
                <w:szCs w:val="28"/>
              </w:rPr>
            </w:pPr>
            <w:proofErr w:type="spellStart"/>
            <w:r w:rsidRPr="00F41431">
              <w:rPr>
                <w:szCs w:val="28"/>
              </w:rPr>
              <w:t>Туристік</w:t>
            </w:r>
            <w:proofErr w:type="spellEnd"/>
            <w:r w:rsidRPr="00F41431">
              <w:rPr>
                <w:szCs w:val="28"/>
              </w:rPr>
              <w:t xml:space="preserve"> </w:t>
            </w:r>
            <w:proofErr w:type="spellStart"/>
            <w:r w:rsidRPr="00F41431">
              <w:rPr>
                <w:szCs w:val="28"/>
              </w:rPr>
              <w:t>жетістіктер</w:t>
            </w:r>
            <w:proofErr w:type="spellEnd"/>
            <w:r w:rsidRPr="00F41431">
              <w:rPr>
                <w:szCs w:val="28"/>
              </w:rPr>
              <w:t xml:space="preserve"> </w:t>
            </w:r>
            <w:proofErr w:type="spellStart"/>
            <w:r w:rsidRPr="00F41431">
              <w:rPr>
                <w:szCs w:val="28"/>
              </w:rPr>
              <w:t>фестивалі</w:t>
            </w:r>
            <w:proofErr w:type="spellEnd"/>
          </w:p>
        </w:tc>
        <w:tc>
          <w:tcPr>
            <w:tcW w:w="5102" w:type="dxa"/>
          </w:tcPr>
          <w:p w14:paraId="2F2AED25" w14:textId="44A5E4EE" w:rsidR="00BC2D8B" w:rsidRPr="00F41431" w:rsidRDefault="00BC2D8B" w:rsidP="00BC2D8B">
            <w:pPr>
              <w:ind w:firstLine="0"/>
              <w:jc w:val="both"/>
              <w:rPr>
                <w:szCs w:val="28"/>
                <w:lang w:val="ru-RU"/>
              </w:rPr>
            </w:pPr>
            <w:proofErr w:type="spellStart"/>
            <w:r w:rsidRPr="00F41431">
              <w:rPr>
                <w:szCs w:val="28"/>
                <w:lang w:val="ru-RU"/>
              </w:rPr>
              <w:t>Жобаларды</w:t>
            </w:r>
            <w:proofErr w:type="spellEnd"/>
            <w:r w:rsidRPr="00F41431">
              <w:rPr>
                <w:szCs w:val="28"/>
                <w:lang w:val="ru-RU"/>
              </w:rPr>
              <w:t xml:space="preserve"> </w:t>
            </w:r>
            <w:proofErr w:type="spellStart"/>
            <w:r w:rsidRPr="00F41431">
              <w:rPr>
                <w:szCs w:val="28"/>
                <w:lang w:val="ru-RU"/>
              </w:rPr>
              <w:t>қорғау</w:t>
            </w:r>
            <w:proofErr w:type="spellEnd"/>
            <w:r w:rsidRPr="00F41431">
              <w:rPr>
                <w:szCs w:val="28"/>
                <w:lang w:val="ru-RU"/>
              </w:rPr>
              <w:t xml:space="preserve">, </w:t>
            </w:r>
            <w:proofErr w:type="spellStart"/>
            <w:r w:rsidRPr="00F41431">
              <w:rPr>
                <w:szCs w:val="28"/>
                <w:lang w:val="ru-RU"/>
              </w:rPr>
              <w:t>туристік</w:t>
            </w:r>
            <w:proofErr w:type="spellEnd"/>
            <w:r w:rsidRPr="00F41431">
              <w:rPr>
                <w:szCs w:val="28"/>
                <w:lang w:val="ru-RU"/>
              </w:rPr>
              <w:t xml:space="preserve"> </w:t>
            </w:r>
            <w:proofErr w:type="spellStart"/>
            <w:r w:rsidRPr="00F41431">
              <w:rPr>
                <w:szCs w:val="28"/>
                <w:lang w:val="ru-RU"/>
              </w:rPr>
              <w:t>станциялар</w:t>
            </w:r>
            <w:proofErr w:type="spellEnd"/>
            <w:r w:rsidRPr="00F41431">
              <w:rPr>
                <w:szCs w:val="28"/>
                <w:lang w:val="ru-RU"/>
              </w:rPr>
              <w:t xml:space="preserve">, </w:t>
            </w:r>
            <w:proofErr w:type="spellStart"/>
            <w:r w:rsidRPr="00F41431">
              <w:rPr>
                <w:szCs w:val="28"/>
                <w:lang w:val="ru-RU"/>
              </w:rPr>
              <w:t>жарыстар</w:t>
            </w:r>
            <w:proofErr w:type="spellEnd"/>
            <w:r w:rsidRPr="00F41431">
              <w:rPr>
                <w:szCs w:val="28"/>
                <w:lang w:val="ru-RU"/>
              </w:rPr>
              <w:t xml:space="preserve">, </w:t>
            </w:r>
            <w:proofErr w:type="spellStart"/>
            <w:r w:rsidRPr="00F41431">
              <w:rPr>
                <w:szCs w:val="28"/>
                <w:lang w:val="ru-RU"/>
              </w:rPr>
              <w:t>көрмелер</w:t>
            </w:r>
            <w:proofErr w:type="spellEnd"/>
            <w:r w:rsidRPr="00F41431">
              <w:rPr>
                <w:szCs w:val="28"/>
                <w:lang w:val="ru-RU"/>
              </w:rPr>
              <w:t xml:space="preserve">, </w:t>
            </w:r>
            <w:proofErr w:type="spellStart"/>
            <w:r w:rsidRPr="00F41431">
              <w:rPr>
                <w:szCs w:val="28"/>
                <w:lang w:val="ru-RU"/>
              </w:rPr>
              <w:t>марапаттау</w:t>
            </w:r>
            <w:proofErr w:type="spellEnd"/>
            <w:r w:rsidRPr="00F41431">
              <w:rPr>
                <w:szCs w:val="28"/>
                <w:lang w:val="ru-RU"/>
              </w:rPr>
              <w:t>.</w:t>
            </w:r>
          </w:p>
        </w:tc>
      </w:tr>
      <w:tr w:rsidR="00BC2D8B" w:rsidRPr="00F41431" w14:paraId="29784F08" w14:textId="77777777">
        <w:trPr>
          <w:jc w:val="center"/>
        </w:trPr>
        <w:tc>
          <w:tcPr>
            <w:tcW w:w="1701" w:type="dxa"/>
          </w:tcPr>
          <w:p w14:paraId="37E1A84C" w14:textId="44FA19F1" w:rsidR="00BC2D8B" w:rsidRPr="00F41431" w:rsidRDefault="00BC2D8B" w:rsidP="00BC2D8B">
            <w:pPr>
              <w:ind w:firstLine="0"/>
              <w:jc w:val="center"/>
              <w:rPr>
                <w:szCs w:val="28"/>
                <w:lang w:val="ru-RU"/>
              </w:rPr>
            </w:pPr>
            <w:r w:rsidRPr="00F41431">
              <w:rPr>
                <w:szCs w:val="28"/>
                <w:lang w:val="ru-RU"/>
              </w:rPr>
              <w:t xml:space="preserve">12 </w:t>
            </w:r>
            <w:proofErr w:type="spellStart"/>
            <w:r w:rsidRPr="00F41431">
              <w:rPr>
                <w:szCs w:val="28"/>
                <w:lang w:val="ru-RU"/>
              </w:rPr>
              <w:t>күн</w:t>
            </w:r>
            <w:proofErr w:type="spellEnd"/>
          </w:p>
        </w:tc>
        <w:tc>
          <w:tcPr>
            <w:tcW w:w="2835" w:type="dxa"/>
          </w:tcPr>
          <w:p w14:paraId="67022CDF" w14:textId="1617F125" w:rsidR="00BC2D8B" w:rsidRPr="00F41431" w:rsidRDefault="00BC2D8B" w:rsidP="00BC2D8B">
            <w:pPr>
              <w:ind w:firstLine="0"/>
              <w:jc w:val="both"/>
              <w:rPr>
                <w:szCs w:val="28"/>
              </w:rPr>
            </w:pPr>
            <w:proofErr w:type="spellStart"/>
            <w:r w:rsidRPr="00F41431">
              <w:rPr>
                <w:szCs w:val="28"/>
              </w:rPr>
              <w:t>Ауысымды</w:t>
            </w:r>
            <w:proofErr w:type="spellEnd"/>
            <w:r w:rsidRPr="00F41431">
              <w:rPr>
                <w:szCs w:val="28"/>
              </w:rPr>
              <w:t xml:space="preserve"> </w:t>
            </w:r>
            <w:proofErr w:type="spellStart"/>
            <w:r w:rsidRPr="00F41431">
              <w:rPr>
                <w:szCs w:val="28"/>
              </w:rPr>
              <w:t>аяқтау</w:t>
            </w:r>
            <w:proofErr w:type="spellEnd"/>
          </w:p>
        </w:tc>
        <w:tc>
          <w:tcPr>
            <w:tcW w:w="5102" w:type="dxa"/>
          </w:tcPr>
          <w:p w14:paraId="598048DE" w14:textId="7827E4E1" w:rsidR="00BC2D8B" w:rsidRPr="00F41431" w:rsidRDefault="00BC2D8B" w:rsidP="00BC2D8B">
            <w:pPr>
              <w:ind w:firstLine="0"/>
              <w:jc w:val="both"/>
              <w:rPr>
                <w:szCs w:val="28"/>
              </w:rPr>
            </w:pPr>
            <w:proofErr w:type="spellStart"/>
            <w:r w:rsidRPr="00F41431">
              <w:rPr>
                <w:szCs w:val="28"/>
              </w:rPr>
              <w:t>Рефлексия</w:t>
            </w:r>
            <w:proofErr w:type="spellEnd"/>
            <w:r w:rsidRPr="00F41431">
              <w:rPr>
                <w:szCs w:val="28"/>
              </w:rPr>
              <w:t xml:space="preserve">, </w:t>
            </w:r>
            <w:proofErr w:type="spellStart"/>
            <w:r w:rsidRPr="00F41431">
              <w:rPr>
                <w:szCs w:val="28"/>
              </w:rPr>
              <w:t>сауалнама</w:t>
            </w:r>
            <w:proofErr w:type="spellEnd"/>
            <w:r w:rsidRPr="00F41431">
              <w:rPr>
                <w:szCs w:val="28"/>
              </w:rPr>
              <w:t xml:space="preserve"> </w:t>
            </w:r>
            <w:proofErr w:type="spellStart"/>
            <w:r w:rsidRPr="00F41431">
              <w:rPr>
                <w:szCs w:val="28"/>
              </w:rPr>
              <w:t>жүргізу</w:t>
            </w:r>
            <w:proofErr w:type="spellEnd"/>
            <w:r w:rsidRPr="00F41431">
              <w:rPr>
                <w:szCs w:val="28"/>
              </w:rPr>
              <w:t xml:space="preserve">, </w:t>
            </w:r>
            <w:proofErr w:type="spellStart"/>
            <w:r w:rsidRPr="00F41431">
              <w:rPr>
                <w:szCs w:val="28"/>
              </w:rPr>
              <w:t>ауысымды</w:t>
            </w:r>
            <w:proofErr w:type="spellEnd"/>
            <w:r w:rsidRPr="00F41431">
              <w:rPr>
                <w:szCs w:val="28"/>
              </w:rPr>
              <w:t xml:space="preserve"> </w:t>
            </w:r>
            <w:proofErr w:type="spellStart"/>
            <w:r w:rsidRPr="00F41431">
              <w:rPr>
                <w:szCs w:val="28"/>
              </w:rPr>
              <w:t>жабу</w:t>
            </w:r>
            <w:proofErr w:type="spellEnd"/>
            <w:r w:rsidRPr="00F41431">
              <w:rPr>
                <w:szCs w:val="28"/>
              </w:rPr>
              <w:t xml:space="preserve">, </w:t>
            </w:r>
            <w:proofErr w:type="spellStart"/>
            <w:r w:rsidRPr="00F41431">
              <w:rPr>
                <w:szCs w:val="28"/>
              </w:rPr>
              <w:t>қатысушылардың</w:t>
            </w:r>
            <w:proofErr w:type="spellEnd"/>
            <w:r w:rsidRPr="00F41431">
              <w:rPr>
                <w:szCs w:val="28"/>
              </w:rPr>
              <w:t xml:space="preserve"> </w:t>
            </w:r>
            <w:proofErr w:type="spellStart"/>
            <w:r w:rsidRPr="00F41431">
              <w:rPr>
                <w:szCs w:val="28"/>
              </w:rPr>
              <w:t>шығуы</w:t>
            </w:r>
            <w:proofErr w:type="spellEnd"/>
            <w:r w:rsidRPr="00F41431">
              <w:rPr>
                <w:szCs w:val="28"/>
              </w:rPr>
              <w:t>.</w:t>
            </w:r>
          </w:p>
        </w:tc>
      </w:tr>
    </w:tbl>
    <w:p w14:paraId="7507DC46" w14:textId="77777777" w:rsidR="007F754A" w:rsidRDefault="007F754A" w:rsidP="007F754A">
      <w:pPr>
        <w:ind w:firstLine="0"/>
      </w:pPr>
    </w:p>
    <w:p w14:paraId="42ED47F2" w14:textId="77777777" w:rsidR="007F754A" w:rsidRDefault="007F754A" w:rsidP="007F754A">
      <w:pPr>
        <w:ind w:firstLine="720"/>
      </w:pPr>
    </w:p>
    <w:p w14:paraId="53656BDF" w14:textId="5FDCF2F2" w:rsidR="007F754A" w:rsidRPr="00525B0B" w:rsidRDefault="00810D50" w:rsidP="00F41431">
      <w:pPr>
        <w:ind w:firstLine="0"/>
        <w:jc w:val="center"/>
        <w:rPr>
          <w:b/>
        </w:rPr>
      </w:pPr>
      <w:r w:rsidRPr="007F754A">
        <w:rPr>
          <w:b/>
        </w:rPr>
        <w:t>2-</w:t>
      </w:r>
      <w:proofErr w:type="spellStart"/>
      <w:r w:rsidRPr="00810D50">
        <w:rPr>
          <w:b/>
          <w:lang w:val="ru-RU"/>
        </w:rPr>
        <w:t>бөлім</w:t>
      </w:r>
      <w:proofErr w:type="spellEnd"/>
      <w:r w:rsidRPr="007F754A">
        <w:rPr>
          <w:b/>
        </w:rPr>
        <w:t xml:space="preserve">. </w:t>
      </w:r>
      <w:r w:rsidRPr="00810D50">
        <w:rPr>
          <w:b/>
          <w:lang w:val="ru-RU"/>
        </w:rPr>
        <w:t>Глоссарий</w:t>
      </w:r>
    </w:p>
    <w:p w14:paraId="3A6115EA" w14:textId="77777777" w:rsidR="00F41431" w:rsidRPr="007F754A" w:rsidRDefault="00F41431" w:rsidP="007F754A">
      <w:pPr>
        <w:ind w:firstLine="720"/>
        <w:rPr>
          <w:b/>
        </w:rPr>
      </w:pPr>
    </w:p>
    <w:p w14:paraId="1D1FB7C8" w14:textId="4ABD0E56" w:rsidR="007F754A" w:rsidRDefault="007F754A" w:rsidP="007F754A">
      <w:pPr>
        <w:ind w:firstLine="720"/>
        <w:jc w:val="both"/>
      </w:pPr>
      <w:r w:rsidRPr="007F754A">
        <w:t>1</w:t>
      </w:r>
      <w:r>
        <w:rPr>
          <w:lang w:val="kk-KZ"/>
        </w:rPr>
        <w:t>)</w:t>
      </w:r>
      <w:r w:rsidRPr="007F754A">
        <w:t xml:space="preserve"> </w:t>
      </w:r>
      <w:proofErr w:type="spellStart"/>
      <w:r w:rsidRPr="007F754A">
        <w:rPr>
          <w:lang w:val="ru-RU"/>
        </w:rPr>
        <w:t>Бейімделу</w:t>
      </w:r>
      <w:proofErr w:type="spellEnd"/>
      <w:r w:rsidRPr="007F754A">
        <w:t xml:space="preserve"> – </w:t>
      </w:r>
      <w:proofErr w:type="spellStart"/>
      <w:r w:rsidRPr="007F754A">
        <w:rPr>
          <w:lang w:val="ru-RU"/>
        </w:rPr>
        <w:t>кәмелетке</w:t>
      </w:r>
      <w:proofErr w:type="spellEnd"/>
      <w:r w:rsidRPr="007F754A">
        <w:t xml:space="preserve"> </w:t>
      </w:r>
      <w:proofErr w:type="spellStart"/>
      <w:r w:rsidRPr="007F754A">
        <w:rPr>
          <w:lang w:val="ru-RU"/>
        </w:rPr>
        <w:t>толмағандардың</w:t>
      </w:r>
      <w:proofErr w:type="spellEnd"/>
      <w:r w:rsidRPr="007F754A">
        <w:t xml:space="preserve"> </w:t>
      </w:r>
      <w:r w:rsidR="00195065">
        <w:rPr>
          <w:lang w:val="ru-RU"/>
        </w:rPr>
        <w:t>ББСО</w:t>
      </w:r>
      <w:r w:rsidRPr="007F754A">
        <w:t xml:space="preserve"> </w:t>
      </w:r>
      <w:proofErr w:type="spellStart"/>
      <w:r w:rsidRPr="007F754A">
        <w:rPr>
          <w:lang w:val="ru-RU"/>
        </w:rPr>
        <w:t>жағдайына</w:t>
      </w:r>
      <w:proofErr w:type="spellEnd"/>
      <w:r w:rsidRPr="007F754A">
        <w:t xml:space="preserve">, </w:t>
      </w:r>
      <w:proofErr w:type="spellStart"/>
      <w:r w:rsidRPr="007F754A">
        <w:rPr>
          <w:lang w:val="ru-RU"/>
        </w:rPr>
        <w:t>күн</w:t>
      </w:r>
      <w:proofErr w:type="spellEnd"/>
      <w:r w:rsidRPr="007F754A">
        <w:t xml:space="preserve"> </w:t>
      </w:r>
      <w:proofErr w:type="spellStart"/>
      <w:r w:rsidRPr="007F754A">
        <w:rPr>
          <w:lang w:val="ru-RU"/>
        </w:rPr>
        <w:t>тәртібіне</w:t>
      </w:r>
      <w:proofErr w:type="spellEnd"/>
      <w:r w:rsidRPr="007F754A">
        <w:t xml:space="preserve">, </w:t>
      </w:r>
      <w:proofErr w:type="spellStart"/>
      <w:r w:rsidRPr="007F754A">
        <w:rPr>
          <w:lang w:val="ru-RU"/>
        </w:rPr>
        <w:t>жаңа</w:t>
      </w:r>
      <w:proofErr w:type="spellEnd"/>
      <w:r w:rsidRPr="007F754A">
        <w:t xml:space="preserve"> </w:t>
      </w:r>
      <w:proofErr w:type="spellStart"/>
      <w:r w:rsidRPr="007F754A">
        <w:rPr>
          <w:lang w:val="ru-RU"/>
        </w:rPr>
        <w:t>қызмет</w:t>
      </w:r>
      <w:proofErr w:type="spellEnd"/>
      <w:r w:rsidRPr="007F754A">
        <w:t xml:space="preserve"> </w:t>
      </w:r>
      <w:proofErr w:type="spellStart"/>
      <w:r w:rsidRPr="007F754A">
        <w:rPr>
          <w:lang w:val="ru-RU"/>
        </w:rPr>
        <w:t>түрлеріне</w:t>
      </w:r>
      <w:proofErr w:type="spellEnd"/>
      <w:r w:rsidRPr="007F754A">
        <w:t xml:space="preserve"> </w:t>
      </w:r>
      <w:proofErr w:type="spellStart"/>
      <w:r w:rsidRPr="007F754A">
        <w:rPr>
          <w:lang w:val="ru-RU"/>
        </w:rPr>
        <w:t>және</w:t>
      </w:r>
      <w:proofErr w:type="spellEnd"/>
      <w:r w:rsidRPr="007F754A">
        <w:t xml:space="preserve"> </w:t>
      </w:r>
      <w:proofErr w:type="spellStart"/>
      <w:r w:rsidRPr="007F754A">
        <w:rPr>
          <w:lang w:val="ru-RU"/>
        </w:rPr>
        <w:t>уақытша</w:t>
      </w:r>
      <w:proofErr w:type="spellEnd"/>
      <w:r w:rsidRPr="007F754A">
        <w:t xml:space="preserve"> </w:t>
      </w:r>
      <w:proofErr w:type="spellStart"/>
      <w:r w:rsidRPr="007F754A">
        <w:rPr>
          <w:lang w:val="ru-RU"/>
        </w:rPr>
        <w:t>балалар</w:t>
      </w:r>
      <w:proofErr w:type="spellEnd"/>
      <w:r w:rsidRPr="007F754A">
        <w:t xml:space="preserve"> </w:t>
      </w:r>
      <w:proofErr w:type="spellStart"/>
      <w:r w:rsidRPr="007F754A">
        <w:rPr>
          <w:lang w:val="ru-RU"/>
        </w:rPr>
        <w:t>ұжымына</w:t>
      </w:r>
      <w:proofErr w:type="spellEnd"/>
      <w:r w:rsidRPr="007F754A">
        <w:t xml:space="preserve"> </w:t>
      </w:r>
      <w:proofErr w:type="spellStart"/>
      <w:r w:rsidRPr="007F754A">
        <w:rPr>
          <w:lang w:val="ru-RU"/>
        </w:rPr>
        <w:t>бейімделу</w:t>
      </w:r>
      <w:proofErr w:type="spellEnd"/>
      <w:r w:rsidRPr="007F754A">
        <w:t xml:space="preserve"> </w:t>
      </w:r>
      <w:proofErr w:type="spellStart"/>
      <w:r w:rsidRPr="007F754A">
        <w:rPr>
          <w:lang w:val="ru-RU"/>
        </w:rPr>
        <w:t>үдерісі</w:t>
      </w:r>
      <w:proofErr w:type="spellEnd"/>
      <w:r w:rsidRPr="007F754A">
        <w:t>.</w:t>
      </w:r>
    </w:p>
    <w:p w14:paraId="0862BDC5" w14:textId="7F0CE113" w:rsidR="0093026A" w:rsidRDefault="007F754A" w:rsidP="0093026A">
      <w:pPr>
        <w:ind w:firstLine="720"/>
        <w:jc w:val="both"/>
        <w:rPr>
          <w:lang w:val="kk-KZ"/>
        </w:rPr>
      </w:pPr>
      <w:r w:rsidRPr="007F754A">
        <w:t>2</w:t>
      </w:r>
      <w:r>
        <w:rPr>
          <w:lang w:val="kk-KZ"/>
        </w:rPr>
        <w:t>)</w:t>
      </w:r>
      <w:r w:rsidRPr="007F754A">
        <w:t xml:space="preserve"> </w:t>
      </w:r>
      <w:proofErr w:type="spellStart"/>
      <w:r w:rsidRPr="007F754A">
        <w:rPr>
          <w:lang w:val="ru-RU"/>
        </w:rPr>
        <w:t>Өмір</w:t>
      </w:r>
      <w:proofErr w:type="spellEnd"/>
      <w:r w:rsidRPr="007F754A">
        <w:t xml:space="preserve"> </w:t>
      </w:r>
      <w:proofErr w:type="spellStart"/>
      <w:r w:rsidRPr="007F754A">
        <w:rPr>
          <w:lang w:val="ru-RU"/>
        </w:rPr>
        <w:t>қауіпсіздігі</w:t>
      </w:r>
      <w:proofErr w:type="spellEnd"/>
      <w:r w:rsidRPr="007F754A">
        <w:t xml:space="preserve"> – </w:t>
      </w:r>
      <w:proofErr w:type="spellStart"/>
      <w:r w:rsidRPr="007F754A">
        <w:rPr>
          <w:lang w:val="ru-RU"/>
        </w:rPr>
        <w:t>санитарлық</w:t>
      </w:r>
      <w:proofErr w:type="spellEnd"/>
      <w:r w:rsidRPr="007F754A">
        <w:t xml:space="preserve">, </w:t>
      </w:r>
      <w:proofErr w:type="spellStart"/>
      <w:r w:rsidRPr="007F754A">
        <w:rPr>
          <w:lang w:val="ru-RU"/>
        </w:rPr>
        <w:t>медициналық</w:t>
      </w:r>
      <w:proofErr w:type="spellEnd"/>
      <w:r w:rsidRPr="007F754A">
        <w:t xml:space="preserve">, </w:t>
      </w:r>
      <w:proofErr w:type="spellStart"/>
      <w:r w:rsidRPr="007F754A">
        <w:rPr>
          <w:lang w:val="ru-RU"/>
        </w:rPr>
        <w:t>өрт</w:t>
      </w:r>
      <w:proofErr w:type="spellEnd"/>
      <w:r w:rsidRPr="007F754A">
        <w:t xml:space="preserve"> </w:t>
      </w:r>
      <w:proofErr w:type="spellStart"/>
      <w:r w:rsidRPr="007F754A">
        <w:rPr>
          <w:lang w:val="ru-RU"/>
        </w:rPr>
        <w:t>қауіпсіздігі</w:t>
      </w:r>
      <w:proofErr w:type="spellEnd"/>
      <w:r w:rsidRPr="007F754A">
        <w:t xml:space="preserve">, </w:t>
      </w:r>
      <w:proofErr w:type="spellStart"/>
      <w:r w:rsidRPr="007F754A">
        <w:rPr>
          <w:lang w:val="ru-RU"/>
        </w:rPr>
        <w:t>терроризмге</w:t>
      </w:r>
      <w:proofErr w:type="spellEnd"/>
      <w:r w:rsidRPr="007F754A">
        <w:t xml:space="preserve"> </w:t>
      </w:r>
      <w:proofErr w:type="spellStart"/>
      <w:r w:rsidRPr="007F754A">
        <w:rPr>
          <w:lang w:val="ru-RU"/>
        </w:rPr>
        <w:t>қарсы</w:t>
      </w:r>
      <w:proofErr w:type="spellEnd"/>
      <w:r w:rsidRPr="007F754A">
        <w:t xml:space="preserve"> </w:t>
      </w:r>
      <w:proofErr w:type="spellStart"/>
      <w:r w:rsidRPr="007F754A">
        <w:rPr>
          <w:lang w:val="ru-RU"/>
        </w:rPr>
        <w:t>және</w:t>
      </w:r>
      <w:proofErr w:type="spellEnd"/>
      <w:r w:rsidRPr="007F754A">
        <w:t xml:space="preserve"> </w:t>
      </w:r>
      <w:proofErr w:type="spellStart"/>
      <w:r w:rsidRPr="007F754A">
        <w:rPr>
          <w:lang w:val="ru-RU"/>
        </w:rPr>
        <w:t>өзге</w:t>
      </w:r>
      <w:proofErr w:type="spellEnd"/>
      <w:r w:rsidRPr="007F754A">
        <w:t xml:space="preserve"> </w:t>
      </w:r>
      <w:r w:rsidRPr="007F754A">
        <w:rPr>
          <w:lang w:val="ru-RU"/>
        </w:rPr>
        <w:t>де</w:t>
      </w:r>
      <w:r w:rsidRPr="007F754A">
        <w:t xml:space="preserve"> </w:t>
      </w:r>
      <w:proofErr w:type="spellStart"/>
      <w:r w:rsidRPr="007F754A">
        <w:rPr>
          <w:lang w:val="ru-RU"/>
        </w:rPr>
        <w:t>қауіпсіздік</w:t>
      </w:r>
      <w:proofErr w:type="spellEnd"/>
      <w:r w:rsidRPr="007F754A">
        <w:t xml:space="preserve"> </w:t>
      </w:r>
      <w:proofErr w:type="spellStart"/>
      <w:r w:rsidRPr="007F754A">
        <w:rPr>
          <w:lang w:val="ru-RU"/>
        </w:rPr>
        <w:t>талаптарын</w:t>
      </w:r>
      <w:proofErr w:type="spellEnd"/>
      <w:r w:rsidRPr="007F754A">
        <w:t xml:space="preserve"> </w:t>
      </w:r>
      <w:proofErr w:type="spellStart"/>
      <w:r w:rsidRPr="007F754A">
        <w:rPr>
          <w:lang w:val="ru-RU"/>
        </w:rPr>
        <w:t>сақтау</w:t>
      </w:r>
      <w:proofErr w:type="spellEnd"/>
      <w:r w:rsidRPr="007F754A">
        <w:t xml:space="preserve"> </w:t>
      </w:r>
      <w:proofErr w:type="spellStart"/>
      <w:r w:rsidRPr="007F754A">
        <w:rPr>
          <w:lang w:val="ru-RU"/>
        </w:rPr>
        <w:t>арқылы</w:t>
      </w:r>
      <w:proofErr w:type="spellEnd"/>
      <w:r w:rsidRPr="007F754A">
        <w:t xml:space="preserve"> </w:t>
      </w:r>
      <w:proofErr w:type="spellStart"/>
      <w:r w:rsidRPr="007F754A">
        <w:rPr>
          <w:lang w:val="ru-RU"/>
        </w:rPr>
        <w:t>балалардың</w:t>
      </w:r>
      <w:proofErr w:type="spellEnd"/>
      <w:r w:rsidRPr="007F754A">
        <w:t xml:space="preserve"> </w:t>
      </w:r>
      <w:proofErr w:type="spellStart"/>
      <w:r w:rsidRPr="007F754A">
        <w:rPr>
          <w:lang w:val="ru-RU"/>
        </w:rPr>
        <w:t>өмірі</w:t>
      </w:r>
      <w:proofErr w:type="spellEnd"/>
      <w:r w:rsidRPr="007F754A">
        <w:t xml:space="preserve"> </w:t>
      </w:r>
      <w:r w:rsidRPr="007F754A">
        <w:rPr>
          <w:lang w:val="ru-RU"/>
        </w:rPr>
        <w:t>мен</w:t>
      </w:r>
      <w:r w:rsidRPr="007F754A">
        <w:t xml:space="preserve"> </w:t>
      </w:r>
      <w:proofErr w:type="spellStart"/>
      <w:r w:rsidRPr="007F754A">
        <w:rPr>
          <w:lang w:val="ru-RU"/>
        </w:rPr>
        <w:t>денсаулығын</w:t>
      </w:r>
      <w:proofErr w:type="spellEnd"/>
      <w:r w:rsidRPr="007F754A">
        <w:t xml:space="preserve"> </w:t>
      </w:r>
      <w:proofErr w:type="spellStart"/>
      <w:r w:rsidRPr="007F754A">
        <w:rPr>
          <w:lang w:val="ru-RU"/>
        </w:rPr>
        <w:t>қорғау</w:t>
      </w:r>
      <w:proofErr w:type="spellEnd"/>
      <w:r w:rsidRPr="007F754A">
        <w:t xml:space="preserve"> </w:t>
      </w:r>
      <w:proofErr w:type="spellStart"/>
      <w:r w:rsidRPr="007F754A">
        <w:rPr>
          <w:lang w:val="ru-RU"/>
        </w:rPr>
        <w:t>жағдайы</w:t>
      </w:r>
      <w:proofErr w:type="spellEnd"/>
      <w:r w:rsidR="0093026A">
        <w:rPr>
          <w:lang w:val="kk-KZ"/>
        </w:rPr>
        <w:t>.</w:t>
      </w:r>
    </w:p>
    <w:p w14:paraId="01F048B9" w14:textId="77777777" w:rsidR="00AA1334" w:rsidRDefault="007F754A" w:rsidP="00AA1334">
      <w:pPr>
        <w:ind w:firstLine="720"/>
        <w:jc w:val="both"/>
        <w:rPr>
          <w:lang w:val="kk-KZ"/>
        </w:rPr>
      </w:pPr>
      <w:r w:rsidRPr="0093026A">
        <w:rPr>
          <w:lang w:val="kk-KZ"/>
        </w:rPr>
        <w:t>3</w:t>
      </w:r>
      <w:r w:rsidR="0093026A">
        <w:rPr>
          <w:lang w:val="kk-KZ"/>
        </w:rPr>
        <w:t>)</w:t>
      </w:r>
      <w:r w:rsidRPr="0093026A">
        <w:rPr>
          <w:lang w:val="kk-KZ"/>
        </w:rPr>
        <w:t xml:space="preserve"> Бива́к – маршрут бойында топтың қысқа мерзімді тоқтауы үшін шартты түрде ұйымдастырылған оқу-ойын алаңы, туристік дағдыларды қауіпсіз жағдайда пысықтауға арналған орын.</w:t>
      </w:r>
    </w:p>
    <w:p w14:paraId="2CDBCDCF" w14:textId="371265D4" w:rsidR="00AA1334" w:rsidRDefault="007F754A" w:rsidP="00AA1334">
      <w:pPr>
        <w:ind w:firstLine="720"/>
        <w:jc w:val="both"/>
        <w:rPr>
          <w:lang w:val="kk-KZ"/>
        </w:rPr>
      </w:pPr>
      <w:r w:rsidRPr="00AA1334">
        <w:rPr>
          <w:lang w:val="kk-KZ"/>
        </w:rPr>
        <w:t>4</w:t>
      </w:r>
      <w:r w:rsidR="00AA1334">
        <w:rPr>
          <w:lang w:val="kk-KZ"/>
        </w:rPr>
        <w:t>)</w:t>
      </w:r>
      <w:r w:rsidRPr="00AA1334">
        <w:rPr>
          <w:lang w:val="kk-KZ"/>
        </w:rPr>
        <w:t xml:space="preserve"> Уақытша балалар ұжымы – </w:t>
      </w:r>
      <w:r w:rsidR="00195065" w:rsidRPr="00195065">
        <w:rPr>
          <w:lang w:val="kk-KZ"/>
        </w:rPr>
        <w:t>ББСО</w:t>
      </w:r>
      <w:r w:rsidR="00AA1334" w:rsidRPr="00AA1334">
        <w:rPr>
          <w:lang w:val="kk-KZ"/>
        </w:rPr>
        <w:t xml:space="preserve"> ауысымы кезеңінде құрылған және тұрудың, қарым-қатынастың, демалудың және қызметтің жалпы жағдайларымен біріктірілген балалар тобы.</w:t>
      </w:r>
    </w:p>
    <w:p w14:paraId="43379AFF" w14:textId="77777777" w:rsidR="00AA1334" w:rsidRDefault="007F754A" w:rsidP="00AA1334">
      <w:pPr>
        <w:ind w:firstLine="720"/>
        <w:jc w:val="both"/>
        <w:rPr>
          <w:lang w:val="kk-KZ"/>
        </w:rPr>
      </w:pPr>
      <w:r w:rsidRPr="00AA1334">
        <w:rPr>
          <w:lang w:val="kk-KZ"/>
        </w:rPr>
        <w:t>5</w:t>
      </w:r>
      <w:r w:rsidR="00AA1334" w:rsidRPr="00AA1334">
        <w:rPr>
          <w:lang w:val="kk-KZ"/>
        </w:rPr>
        <w:t>)</w:t>
      </w:r>
      <w:r w:rsidRPr="00AA1334">
        <w:rPr>
          <w:lang w:val="kk-KZ"/>
        </w:rPr>
        <w:t xml:space="preserve"> Тәрбиелік қызмет – құндылық бағдарларын, мінез-құлық мәдениетін, жауапкершілікті, құрметті, еңбекқорлықты және әлеуметтік белсенділікті қалыптастыруға бағытталған педагогикалық ұйымдастырылған іс-шаралар жүйесі.</w:t>
      </w:r>
    </w:p>
    <w:p w14:paraId="71D1A972" w14:textId="77777777" w:rsidR="00AA1334" w:rsidRDefault="007F754A" w:rsidP="00AA1334">
      <w:pPr>
        <w:ind w:firstLine="720"/>
        <w:jc w:val="both"/>
        <w:rPr>
          <w:lang w:val="kk-KZ"/>
        </w:rPr>
      </w:pPr>
      <w:r w:rsidRPr="00AA1334">
        <w:rPr>
          <w:lang w:val="kk-KZ"/>
        </w:rPr>
        <w:t>6</w:t>
      </w:r>
      <w:r w:rsidR="00AA1334" w:rsidRPr="00AA1334">
        <w:rPr>
          <w:lang w:val="kk-KZ"/>
        </w:rPr>
        <w:t>)</w:t>
      </w:r>
      <w:r w:rsidRPr="00AA1334">
        <w:rPr>
          <w:lang w:val="kk-KZ"/>
        </w:rPr>
        <w:t xml:space="preserve"> Балалардың өзін-өзі басқаруы – қатысушылардың іс-шараларды жоспарлауға, өткізуге және бағалауға, рөлдерді бөлуге және ұжымдық шешім қабылдауға қатысу формасы.</w:t>
      </w:r>
    </w:p>
    <w:p w14:paraId="78075558" w14:textId="77777777" w:rsidR="00AA1334" w:rsidRDefault="007F754A" w:rsidP="00AA1334">
      <w:pPr>
        <w:ind w:firstLine="720"/>
        <w:jc w:val="both"/>
        <w:rPr>
          <w:lang w:val="kk-KZ"/>
        </w:rPr>
      </w:pPr>
      <w:r w:rsidRPr="00AA1334">
        <w:rPr>
          <w:lang w:val="kk-KZ"/>
        </w:rPr>
        <w:lastRenderedPageBreak/>
        <w:t>7</w:t>
      </w:r>
      <w:r w:rsidR="00AA1334">
        <w:rPr>
          <w:lang w:val="kk-KZ"/>
        </w:rPr>
        <w:t>)</w:t>
      </w:r>
      <w:r w:rsidRPr="00AA1334">
        <w:rPr>
          <w:lang w:val="kk-KZ"/>
        </w:rPr>
        <w:t xml:space="preserve"> Салауатты өмір салты – денсаулықты сақтау мен </w:t>
      </w:r>
      <w:r w:rsidR="00AA1334">
        <w:rPr>
          <w:lang w:val="kk-KZ"/>
        </w:rPr>
        <w:t>күшейтуге</w:t>
      </w:r>
      <w:r w:rsidRPr="00AA1334">
        <w:rPr>
          <w:lang w:val="kk-KZ"/>
        </w:rPr>
        <w:t xml:space="preserve"> бағытталған әдеттер мен ұстанымдар жиынтығы; оған қимыл белсенділігі, күн тәртібі, дұрыс тамақтану, жеке </w:t>
      </w:r>
      <w:r w:rsidR="00AA1334">
        <w:rPr>
          <w:lang w:val="kk-KZ"/>
        </w:rPr>
        <w:t>тазалық сақтау</w:t>
      </w:r>
      <w:r w:rsidRPr="00AA1334">
        <w:rPr>
          <w:lang w:val="kk-KZ"/>
        </w:rPr>
        <w:t xml:space="preserve"> ж</w:t>
      </w:r>
      <w:r w:rsidR="00AA1334">
        <w:rPr>
          <w:lang w:val="kk-KZ"/>
        </w:rPr>
        <w:t>әне қауіпсіз мінез-құлық кіреді.</w:t>
      </w:r>
    </w:p>
    <w:p w14:paraId="113D86B9" w14:textId="6B5BC343" w:rsidR="00AA1334" w:rsidRDefault="007F754A" w:rsidP="00AA1334">
      <w:pPr>
        <w:ind w:firstLine="720"/>
        <w:jc w:val="both"/>
        <w:rPr>
          <w:lang w:val="kk-KZ"/>
        </w:rPr>
      </w:pPr>
      <w:r w:rsidRPr="00AA1334">
        <w:rPr>
          <w:lang w:val="kk-KZ"/>
        </w:rPr>
        <w:t>8</w:t>
      </w:r>
      <w:r w:rsidR="00AA1334">
        <w:rPr>
          <w:lang w:val="kk-KZ"/>
        </w:rPr>
        <w:t xml:space="preserve">) </w:t>
      </w:r>
      <w:r w:rsidRPr="00AA1334">
        <w:rPr>
          <w:lang w:val="kk-KZ"/>
        </w:rPr>
        <w:t xml:space="preserve">Маршрут картасы – қауіпсіз маршрутты немесе </w:t>
      </w:r>
      <w:r w:rsidR="00195065" w:rsidRPr="00195065">
        <w:rPr>
          <w:lang w:val="kk-KZ"/>
        </w:rPr>
        <w:t>ББСО</w:t>
      </w:r>
      <w:r w:rsidRPr="00AA1334">
        <w:rPr>
          <w:lang w:val="kk-KZ"/>
        </w:rPr>
        <w:t xml:space="preserve"> аумағын шартты белгілер, бағдарлар, станциялар және қозғалыс ережелері көрсетілген сызба түріндегі бейнелеу.</w:t>
      </w:r>
    </w:p>
    <w:p w14:paraId="3DDEA6BB" w14:textId="77777777" w:rsidR="00AA1334" w:rsidRDefault="007F754A" w:rsidP="00AA1334">
      <w:pPr>
        <w:ind w:firstLine="720"/>
        <w:jc w:val="both"/>
        <w:rPr>
          <w:lang w:val="kk-KZ"/>
        </w:rPr>
      </w:pPr>
      <w:r w:rsidRPr="00AA1334">
        <w:rPr>
          <w:lang w:val="kk-KZ"/>
        </w:rPr>
        <w:t>9</w:t>
      </w:r>
      <w:r w:rsidR="00AA1334">
        <w:rPr>
          <w:lang w:val="kk-KZ"/>
        </w:rPr>
        <w:t>)</w:t>
      </w:r>
      <w:r w:rsidRPr="00AA1334">
        <w:rPr>
          <w:lang w:val="kk-KZ"/>
        </w:rPr>
        <w:t xml:space="preserve"> Командалық жұмыс – қатысушылардың ынтымақтастыққа, өзара көмекке, рөлдерді бөлуге, пікірді құрметтеуге және ортақ нәтижеге жауапкершілікке негізделген бірлескен қызметі.</w:t>
      </w:r>
    </w:p>
    <w:p w14:paraId="2D1B747A" w14:textId="77777777" w:rsidR="00AA1334" w:rsidRDefault="007F754A" w:rsidP="00AA1334">
      <w:pPr>
        <w:ind w:firstLine="720"/>
        <w:jc w:val="both"/>
        <w:rPr>
          <w:lang w:val="kk-KZ"/>
        </w:rPr>
      </w:pPr>
      <w:r w:rsidRPr="00AA1334">
        <w:rPr>
          <w:lang w:val="kk-KZ"/>
        </w:rPr>
        <w:t>10</w:t>
      </w:r>
      <w:r w:rsidR="00AA1334">
        <w:rPr>
          <w:lang w:val="kk-KZ"/>
        </w:rPr>
        <w:t>)</w:t>
      </w:r>
      <w:r w:rsidRPr="00AA1334">
        <w:rPr>
          <w:lang w:val="kk-KZ"/>
        </w:rPr>
        <w:t xml:space="preserve"> Өлкетану – Бағдарлама жүзеге асырылатын жердің табиғи, тарихи-мәдени және географиялық ерекшеліктерін зерттеу қызметі.</w:t>
      </w:r>
    </w:p>
    <w:p w14:paraId="027E08FB" w14:textId="77777777" w:rsidR="00AA1334" w:rsidRDefault="007F754A" w:rsidP="00AA1334">
      <w:pPr>
        <w:ind w:firstLine="720"/>
        <w:jc w:val="both"/>
        <w:rPr>
          <w:lang w:val="kk-KZ"/>
        </w:rPr>
      </w:pPr>
      <w:r w:rsidRPr="00AA1334">
        <w:rPr>
          <w:lang w:val="kk-KZ"/>
        </w:rPr>
        <w:t>11</w:t>
      </w:r>
      <w:r w:rsidR="00AA1334">
        <w:rPr>
          <w:lang w:val="kk-KZ"/>
        </w:rPr>
        <w:t>)</w:t>
      </w:r>
      <w:r w:rsidRPr="00AA1334">
        <w:rPr>
          <w:lang w:val="kk-KZ"/>
        </w:rPr>
        <w:t xml:space="preserve"> Маршруттық ойын – қатысушылар станцияларды кезең-кезеңімен өтіп, тапсырмаларды орындайтын және қауіпсіздік ережелерін сақтайтын спорттық-туристік қызмет түрі.</w:t>
      </w:r>
    </w:p>
    <w:p w14:paraId="2D32A51A" w14:textId="1611398A" w:rsidR="00AA1334" w:rsidRDefault="00AA1334" w:rsidP="00AA1334">
      <w:pPr>
        <w:ind w:firstLine="720"/>
        <w:jc w:val="both"/>
        <w:rPr>
          <w:lang w:val="kk-KZ"/>
        </w:rPr>
      </w:pPr>
      <w:r>
        <w:rPr>
          <w:lang w:val="kk-KZ"/>
        </w:rPr>
        <w:t>12)</w:t>
      </w:r>
      <w:r w:rsidR="007F754A" w:rsidRPr="00AA1334">
        <w:rPr>
          <w:lang w:val="kk-KZ"/>
        </w:rPr>
        <w:t xml:space="preserve"> Бағдарлау – қолжетімді құралдарды пайдалана отырып, қозғалыс бағытын, бағдарларды, маршрут сызбасын және орналасқан жерді анықтау тәжірибелік әрекеті.</w:t>
      </w:r>
    </w:p>
    <w:p w14:paraId="376B68D4" w14:textId="77777777" w:rsidR="00AA1334" w:rsidRDefault="007F754A" w:rsidP="00AA1334">
      <w:pPr>
        <w:ind w:firstLine="720"/>
        <w:jc w:val="both"/>
        <w:rPr>
          <w:lang w:val="kk-KZ"/>
        </w:rPr>
      </w:pPr>
      <w:r w:rsidRPr="00C34F07">
        <w:rPr>
          <w:lang w:val="kk-KZ"/>
        </w:rPr>
        <w:t>13</w:t>
      </w:r>
      <w:r w:rsidR="00AA1334" w:rsidRPr="00C34F07">
        <w:rPr>
          <w:lang w:val="kk-KZ"/>
        </w:rPr>
        <w:t>)</w:t>
      </w:r>
      <w:r w:rsidRPr="00C34F07">
        <w:rPr>
          <w:lang w:val="kk-KZ"/>
        </w:rPr>
        <w:t xml:space="preserve"> Сауықтыру модулі – дене белсенділігін, профилактикалық іс-шараларды, күн тәртібін, тамақтануды, су ішу режимін, психологиялық сүйемелдеуді және эмоционалдық әл-ауқатты қамтитын Бағдарлама бөлігі.</w:t>
      </w:r>
    </w:p>
    <w:p w14:paraId="548A15D2" w14:textId="4DC3E795" w:rsidR="00AA1334" w:rsidRDefault="00AA1334" w:rsidP="00AA1334">
      <w:pPr>
        <w:ind w:firstLine="720"/>
        <w:jc w:val="both"/>
        <w:rPr>
          <w:lang w:val="kk-KZ"/>
        </w:rPr>
      </w:pPr>
      <w:r>
        <w:rPr>
          <w:lang w:val="kk-KZ"/>
        </w:rPr>
        <w:t>14)</w:t>
      </w:r>
      <w:r w:rsidR="007F754A" w:rsidRPr="00AA1334">
        <w:rPr>
          <w:lang w:val="kk-KZ"/>
        </w:rPr>
        <w:t xml:space="preserve"> </w:t>
      </w:r>
      <w:r w:rsidR="00214AA3">
        <w:rPr>
          <w:lang w:val="kk-KZ"/>
        </w:rPr>
        <w:t>Тәжірибелі</w:t>
      </w:r>
      <w:r w:rsidR="007F754A" w:rsidRPr="00AA1334">
        <w:rPr>
          <w:lang w:val="kk-KZ"/>
        </w:rPr>
        <w:t xml:space="preserve">-бағдарлы сабақ – </w:t>
      </w:r>
      <w:r w:rsidR="00214AA3">
        <w:rPr>
          <w:lang w:val="kk-KZ"/>
        </w:rPr>
        <w:t>шебер</w:t>
      </w:r>
      <w:r w:rsidR="00A775E2">
        <w:rPr>
          <w:lang w:val="kk-KZ"/>
        </w:rPr>
        <w:t xml:space="preserve">лік </w:t>
      </w:r>
      <w:r w:rsidR="00214AA3">
        <w:rPr>
          <w:lang w:val="kk-KZ"/>
        </w:rPr>
        <w:t>сынып</w:t>
      </w:r>
      <w:r w:rsidR="007F754A" w:rsidRPr="00AA1334">
        <w:rPr>
          <w:lang w:val="kk-KZ"/>
        </w:rPr>
        <w:t>, тренинг, зертханалық немесе практикалық жұмыс, іскерлік ойын, квест немесе нақты тапсырманы орындау арқылы тәжірибе алуға бағытталған сабақ түрі.</w:t>
      </w:r>
    </w:p>
    <w:p w14:paraId="7EE81B97" w14:textId="60604522" w:rsidR="00AA1334" w:rsidRDefault="00AA1334" w:rsidP="00AA1334">
      <w:pPr>
        <w:ind w:firstLine="720"/>
        <w:jc w:val="both"/>
        <w:rPr>
          <w:lang w:val="kk-KZ"/>
        </w:rPr>
      </w:pPr>
      <w:r>
        <w:rPr>
          <w:lang w:val="kk-KZ"/>
        </w:rPr>
        <w:t>15)</w:t>
      </w:r>
      <w:r w:rsidR="007F754A" w:rsidRPr="00AA1334">
        <w:rPr>
          <w:lang w:val="kk-KZ"/>
        </w:rPr>
        <w:t xml:space="preserve"> Жобалық қызмет – қатысушылар идеяны әзірлеп, рөлдерді бөліп, өнім, шешім немесе бастама жасап, нәтижені ұсынатын қызметті ұйымдастыру формасы.</w:t>
      </w:r>
    </w:p>
    <w:p w14:paraId="6CBEEACE" w14:textId="34B0C92C" w:rsidR="00AA1334" w:rsidRDefault="007F754A" w:rsidP="00AA1334">
      <w:pPr>
        <w:ind w:firstLine="720"/>
        <w:jc w:val="both"/>
        <w:rPr>
          <w:lang w:val="kk-KZ"/>
        </w:rPr>
      </w:pPr>
      <w:r w:rsidRPr="00AA1334">
        <w:rPr>
          <w:lang w:val="kk-KZ"/>
        </w:rPr>
        <w:t>16</w:t>
      </w:r>
      <w:r w:rsidR="00AA1334">
        <w:rPr>
          <w:lang w:val="kk-KZ"/>
        </w:rPr>
        <w:t>)</w:t>
      </w:r>
      <w:r w:rsidRPr="00AA1334">
        <w:rPr>
          <w:lang w:val="kk-KZ"/>
        </w:rPr>
        <w:t xml:space="preserve"> </w:t>
      </w:r>
      <w:r w:rsidR="00AA1334">
        <w:rPr>
          <w:lang w:val="kk-KZ"/>
        </w:rPr>
        <w:t>Рефлексия</w:t>
      </w:r>
      <w:r w:rsidRPr="00AA1334">
        <w:rPr>
          <w:lang w:val="kk-KZ"/>
        </w:rPr>
        <w:t xml:space="preserve"> – қатысушылардың алған тәжірибесін, эмоцияларын, жетістіктерін, қиындықтарын және ұжымдық қызметке қосқан үлесін ұғыну формасы.</w:t>
      </w:r>
    </w:p>
    <w:p w14:paraId="7C43852C" w14:textId="77777777" w:rsidR="00AA1334" w:rsidRDefault="00AA1334" w:rsidP="00AA1334">
      <w:pPr>
        <w:ind w:firstLine="720"/>
        <w:jc w:val="both"/>
        <w:rPr>
          <w:lang w:val="kk-KZ"/>
        </w:rPr>
      </w:pPr>
      <w:r>
        <w:rPr>
          <w:lang w:val="kk-KZ"/>
        </w:rPr>
        <w:t>17)</w:t>
      </w:r>
      <w:r w:rsidR="007F754A" w:rsidRPr="00AA1334">
        <w:rPr>
          <w:lang w:val="kk-KZ"/>
        </w:rPr>
        <w:t xml:space="preserve"> Спорттық-туристік бағыт – қимылды ойындар, эстафеталар, спорттық жарыстар, серуендер, бағдарлау, туристік тапсырмалар, өлкетану маршруттары және табиғаттағы қауіпсіз мінез-құлықты қамтитын бағыт.</w:t>
      </w:r>
    </w:p>
    <w:p w14:paraId="7EDA095D" w14:textId="5C36F141" w:rsidR="00AA1334" w:rsidRDefault="00AA1334" w:rsidP="00AA1334">
      <w:pPr>
        <w:ind w:firstLine="720"/>
        <w:jc w:val="both"/>
        <w:rPr>
          <w:lang w:val="kk-KZ"/>
        </w:rPr>
      </w:pPr>
      <w:r>
        <w:rPr>
          <w:lang w:val="kk-KZ"/>
        </w:rPr>
        <w:t>18)</w:t>
      </w:r>
      <w:r w:rsidR="007F754A" w:rsidRPr="00AA1334">
        <w:rPr>
          <w:lang w:val="kk-KZ"/>
        </w:rPr>
        <w:t xml:space="preserve"> Туристік дағдылар – серуендер мен маршруттарға қауіпсіз қатысу үшін қажет</w:t>
      </w:r>
      <w:r>
        <w:rPr>
          <w:lang w:val="kk-KZ"/>
        </w:rPr>
        <w:t xml:space="preserve"> тәжірибелік</w:t>
      </w:r>
      <w:r w:rsidR="007F754A" w:rsidRPr="00AA1334">
        <w:rPr>
          <w:lang w:val="kk-KZ"/>
        </w:rPr>
        <w:t xml:space="preserve"> біліктер: жабдықты жинау, топпен қозғалу, маршрутты сақтау, бағдарлау, өзара көмек және жауапкершілік.</w:t>
      </w:r>
    </w:p>
    <w:p w14:paraId="50620110" w14:textId="48EBF342" w:rsidR="00AA1334" w:rsidRDefault="00AA1334" w:rsidP="00AA1334">
      <w:pPr>
        <w:ind w:firstLine="720"/>
        <w:jc w:val="both"/>
        <w:rPr>
          <w:lang w:val="kk-KZ"/>
        </w:rPr>
      </w:pPr>
      <w:r>
        <w:rPr>
          <w:lang w:val="kk-KZ"/>
        </w:rPr>
        <w:t>19)</w:t>
      </w:r>
      <w:r w:rsidR="007F754A" w:rsidRPr="00AA1334">
        <w:rPr>
          <w:lang w:val="kk-KZ"/>
        </w:rPr>
        <w:t xml:space="preserve"> Эмоционалдық </w:t>
      </w:r>
      <w:r>
        <w:rPr>
          <w:lang w:val="kk-KZ"/>
        </w:rPr>
        <w:t>салауат</w:t>
      </w:r>
      <w:r w:rsidR="007F754A" w:rsidRPr="00AA1334">
        <w:rPr>
          <w:lang w:val="kk-KZ"/>
        </w:rPr>
        <w:t xml:space="preserve"> – баланың ұжымдағы психологиялық жайлылығы, қабылдануы, қорғалғандығы, жағымды қарым-қатынасы және тұрақты эмоционалдық күйі.</w:t>
      </w:r>
    </w:p>
    <w:p w14:paraId="1F938CB0" w14:textId="77777777" w:rsidR="00AA1334" w:rsidRDefault="007F754A" w:rsidP="00AA1334">
      <w:pPr>
        <w:ind w:firstLine="720"/>
        <w:jc w:val="both"/>
        <w:rPr>
          <w:lang w:val="kk-KZ"/>
        </w:rPr>
      </w:pPr>
      <w:r w:rsidRPr="00AA1334">
        <w:rPr>
          <w:lang w:val="kk-KZ"/>
        </w:rPr>
        <w:t>20</w:t>
      </w:r>
      <w:r w:rsidR="00AA1334">
        <w:rPr>
          <w:lang w:val="kk-KZ"/>
        </w:rPr>
        <w:t>)</w:t>
      </w:r>
      <w:r w:rsidRPr="00AA1334">
        <w:rPr>
          <w:lang w:val="kk-KZ"/>
        </w:rPr>
        <w:t xml:space="preserve"> «Адал азамат» – адалдықты, жауапкершілікті, еңбекке құрметті, азаматтық белсенділікті, экологиялық сана мен мінез-құлық мәдениетін қалыптастыруға бағытталған Бірыңғай тәрбие бағдарламасы.</w:t>
      </w:r>
    </w:p>
    <w:p w14:paraId="776E8C76" w14:textId="77777777" w:rsidR="00AA1334" w:rsidRDefault="00AA1334" w:rsidP="00AA1334">
      <w:pPr>
        <w:ind w:firstLine="720"/>
        <w:jc w:val="both"/>
        <w:rPr>
          <w:lang w:val="kk-KZ"/>
        </w:rPr>
      </w:pPr>
    </w:p>
    <w:p w14:paraId="55A0838D" w14:textId="77777777" w:rsidR="00AA1334" w:rsidRPr="00E200D0" w:rsidRDefault="00AA1334" w:rsidP="00776AE3">
      <w:pPr>
        <w:ind w:firstLine="720"/>
        <w:jc w:val="center"/>
        <w:rPr>
          <w:b/>
          <w:szCs w:val="28"/>
          <w:lang w:val="kk-KZ"/>
        </w:rPr>
      </w:pPr>
      <w:r w:rsidRPr="00E200D0">
        <w:rPr>
          <w:b/>
          <w:szCs w:val="28"/>
          <w:lang w:val="kk-KZ"/>
        </w:rPr>
        <w:lastRenderedPageBreak/>
        <w:t>3-бөлім. Бағыттылығы және тақырыбы</w:t>
      </w:r>
    </w:p>
    <w:p w14:paraId="7C7B098E" w14:textId="77777777" w:rsidR="00AA1334" w:rsidRPr="00E200D0" w:rsidRDefault="00AA1334" w:rsidP="00AA1334">
      <w:pPr>
        <w:ind w:firstLine="720"/>
        <w:jc w:val="both"/>
        <w:rPr>
          <w:b/>
          <w:szCs w:val="28"/>
          <w:lang w:val="kk-KZ"/>
        </w:rPr>
      </w:pPr>
    </w:p>
    <w:p w14:paraId="572460C4" w14:textId="77777777" w:rsidR="00AA1334" w:rsidRPr="00776AE3" w:rsidRDefault="00AA1334" w:rsidP="00AA1334">
      <w:pPr>
        <w:ind w:firstLine="720"/>
        <w:jc w:val="both"/>
        <w:rPr>
          <w:b/>
          <w:bCs/>
          <w:szCs w:val="28"/>
          <w:lang w:val="kk-KZ"/>
        </w:rPr>
      </w:pPr>
      <w:r w:rsidRPr="00776AE3">
        <w:rPr>
          <w:b/>
          <w:bCs/>
          <w:szCs w:val="28"/>
          <w:lang w:val="kk-KZ"/>
        </w:rPr>
        <w:t>Бағдарламаның бейіндік бағыттылығы</w:t>
      </w:r>
    </w:p>
    <w:p w14:paraId="63A66ABF" w14:textId="77777777" w:rsidR="00AA1334" w:rsidRPr="00E200D0" w:rsidRDefault="00AA1334" w:rsidP="00AA1334">
      <w:pPr>
        <w:ind w:firstLine="720"/>
        <w:jc w:val="both"/>
        <w:rPr>
          <w:szCs w:val="28"/>
          <w:lang w:val="kk-KZ"/>
        </w:rPr>
      </w:pPr>
      <w:r w:rsidRPr="00E200D0">
        <w:rPr>
          <w:szCs w:val="28"/>
          <w:lang w:val="kk-KZ"/>
        </w:rPr>
        <w:t>Бағдарлама кешенді әлеуметтік-педагогикалық және білім беру-сауықтыру бағытындағы, спорттық-туристік мазмұндағы бейіндік бағдарлама болып табылады.</w:t>
      </w:r>
    </w:p>
    <w:p w14:paraId="0F37E402" w14:textId="3D5F79DF" w:rsidR="00AA1334" w:rsidRPr="00E200D0" w:rsidRDefault="00AA1334" w:rsidP="00AA1334">
      <w:pPr>
        <w:ind w:firstLine="720"/>
        <w:jc w:val="both"/>
        <w:rPr>
          <w:szCs w:val="28"/>
          <w:lang w:val="kk-KZ"/>
        </w:rPr>
      </w:pPr>
      <w:r w:rsidRPr="00E200D0">
        <w:rPr>
          <w:szCs w:val="28"/>
          <w:lang w:val="kk-KZ"/>
        </w:rPr>
        <w:t xml:space="preserve">Бағдарламаның бейіндік бағыттылығы балалардың денсаулығын </w:t>
      </w:r>
      <w:r w:rsidR="00780932" w:rsidRPr="00E200D0">
        <w:rPr>
          <w:szCs w:val="28"/>
          <w:lang w:val="kk-KZ"/>
        </w:rPr>
        <w:t>күшейтуді</w:t>
      </w:r>
      <w:r w:rsidRPr="00E200D0">
        <w:rPr>
          <w:szCs w:val="28"/>
          <w:lang w:val="kk-KZ"/>
        </w:rPr>
        <w:t>, қимыл-қозғалыс белсенділігін дамытуды, қауіпсіздік мәдениетін қалыптастыруды, туристік дағдыларды жетілдіруді, командалық өзара әрекеттестікті, экологиялық жауапкершілікті, дербестікті және балалардың жағымды әлеуметтік бейімделуін қамтамасыз ететін жазғы демалыстың мазмұнды моделін құру қажеттілігімен айқындалады.</w:t>
      </w:r>
    </w:p>
    <w:p w14:paraId="66930FA7" w14:textId="6B8EE638" w:rsidR="00AA1334" w:rsidRPr="00E200D0" w:rsidRDefault="00AA1334" w:rsidP="00AA1334">
      <w:pPr>
        <w:ind w:firstLine="720"/>
        <w:jc w:val="both"/>
        <w:rPr>
          <w:szCs w:val="28"/>
          <w:lang w:val="kk-KZ"/>
        </w:rPr>
      </w:pPr>
      <w:r w:rsidRPr="00E200D0">
        <w:rPr>
          <w:szCs w:val="28"/>
          <w:lang w:val="kk-KZ"/>
        </w:rPr>
        <w:t>Бағдарлама мазмұны дене шынықтыру, география, биология немесе өзге де пәндердің оқу бағдарламаларын қайталауды көздемейді. Барлық сабақтар дамытушы, практикалық-бағдарлы, ойын түріндегі, туристік-өлкетан</w:t>
      </w:r>
      <w:r w:rsidR="00780932" w:rsidRPr="00E200D0">
        <w:rPr>
          <w:szCs w:val="28"/>
          <w:lang w:val="kk-KZ"/>
        </w:rPr>
        <w:t>ымды</w:t>
      </w:r>
      <w:r w:rsidRPr="00E200D0">
        <w:rPr>
          <w:szCs w:val="28"/>
          <w:lang w:val="kk-KZ"/>
        </w:rPr>
        <w:t>қ, жобалық және тәрбиелік сипатта болады және балалардың жас және психофизиологиялық ерекшеліктерін ескере отырып жүзеге асырылады.</w:t>
      </w:r>
    </w:p>
    <w:p w14:paraId="686F3D10" w14:textId="15567E54" w:rsidR="00AA1334" w:rsidRDefault="00AA1334" w:rsidP="00F41431">
      <w:pPr>
        <w:pStyle w:val="21"/>
        <w:rPr>
          <w:lang w:val="kk-KZ"/>
        </w:rPr>
      </w:pPr>
    </w:p>
    <w:p w14:paraId="32391D1B" w14:textId="77777777" w:rsidR="009B61F6" w:rsidRPr="009B61F6" w:rsidRDefault="009B61F6" w:rsidP="009B61F6">
      <w:pPr>
        <w:rPr>
          <w:lang w:val="kk-KZ"/>
        </w:rPr>
      </w:pPr>
    </w:p>
    <w:p w14:paraId="6EAFF34B" w14:textId="77777777" w:rsidR="00780932" w:rsidRPr="00E200D0" w:rsidRDefault="00780932" w:rsidP="00780932">
      <w:pPr>
        <w:jc w:val="both"/>
        <w:rPr>
          <w:rFonts w:cs="Times New Roman"/>
          <w:b/>
          <w:szCs w:val="28"/>
          <w:lang w:val="kk-KZ"/>
        </w:rPr>
      </w:pPr>
      <w:r w:rsidRPr="00E200D0">
        <w:rPr>
          <w:rFonts w:cs="Times New Roman"/>
          <w:b/>
          <w:szCs w:val="28"/>
          <w:lang w:val="kk-KZ"/>
        </w:rPr>
        <w:t>Бағдарламаның тақырыптық мазмұны</w:t>
      </w:r>
    </w:p>
    <w:p w14:paraId="11B7FBBF" w14:textId="22054015" w:rsidR="00780932" w:rsidRPr="00E200D0" w:rsidRDefault="00780932" w:rsidP="00780932">
      <w:pPr>
        <w:jc w:val="both"/>
        <w:rPr>
          <w:rFonts w:cs="Times New Roman"/>
          <w:b/>
          <w:szCs w:val="28"/>
          <w:lang w:val="kk-KZ"/>
        </w:rPr>
      </w:pPr>
      <w:r w:rsidRPr="00E200D0">
        <w:rPr>
          <w:rFonts w:cs="Times New Roman"/>
          <w:b/>
          <w:szCs w:val="28"/>
          <w:lang w:val="kk-KZ"/>
        </w:rPr>
        <w:t>Қауіпсіз туристік қызметтің негіздері</w:t>
      </w:r>
    </w:p>
    <w:p w14:paraId="6F15692C" w14:textId="7CC40662" w:rsidR="00780932" w:rsidRPr="00E200D0" w:rsidRDefault="00195065" w:rsidP="00780932">
      <w:pPr>
        <w:jc w:val="both"/>
        <w:rPr>
          <w:rFonts w:cs="Times New Roman"/>
          <w:szCs w:val="28"/>
          <w:lang w:val="kk-KZ"/>
        </w:rPr>
      </w:pPr>
      <w:r w:rsidRPr="00195065">
        <w:rPr>
          <w:lang w:val="kk-KZ"/>
        </w:rPr>
        <w:t>ББСО</w:t>
      </w:r>
      <w:r w:rsidR="00780932" w:rsidRPr="00E200D0">
        <w:rPr>
          <w:rFonts w:cs="Times New Roman"/>
          <w:szCs w:val="28"/>
          <w:lang w:val="kk-KZ"/>
        </w:rPr>
        <w:t>, серуенде, маршрутта, спорт алаңында және табиғи ортада қауіпсіз мінез-құлық ережелерін қалыптастыру.</w:t>
      </w:r>
    </w:p>
    <w:p w14:paraId="2370B09A" w14:textId="4B6610D3" w:rsidR="00780932" w:rsidRPr="00E200D0" w:rsidRDefault="00780932" w:rsidP="00780932">
      <w:pPr>
        <w:jc w:val="both"/>
        <w:rPr>
          <w:rFonts w:cs="Times New Roman"/>
          <w:szCs w:val="28"/>
          <w:lang w:val="kk-KZ"/>
        </w:rPr>
      </w:pPr>
      <w:r w:rsidRPr="00E200D0">
        <w:rPr>
          <w:rFonts w:cs="Times New Roman"/>
          <w:szCs w:val="28"/>
          <w:lang w:val="kk-KZ"/>
        </w:rPr>
        <w:t>Іске асырудың түрлері: нұсқа</w:t>
      </w:r>
      <w:r w:rsidR="002470DA" w:rsidRPr="00E200D0">
        <w:rPr>
          <w:rFonts w:cs="Times New Roman"/>
          <w:szCs w:val="28"/>
          <w:lang w:val="kk-KZ"/>
        </w:rPr>
        <w:t>улықтар</w:t>
      </w:r>
      <w:r w:rsidRPr="00E200D0">
        <w:rPr>
          <w:rFonts w:cs="Times New Roman"/>
          <w:szCs w:val="28"/>
          <w:lang w:val="kk-KZ"/>
        </w:rPr>
        <w:t>, маршрут ережелері, «Қауіпсіз таңдау» ойындары, маршруттағы мінез-құлық бойынша практикумдар, қауіпсіздік жадынамалары.</w:t>
      </w:r>
    </w:p>
    <w:p w14:paraId="3533C1E9" w14:textId="77777777" w:rsidR="00780932" w:rsidRPr="00E200D0" w:rsidRDefault="00780932" w:rsidP="00780932">
      <w:pPr>
        <w:jc w:val="both"/>
        <w:rPr>
          <w:rFonts w:cs="Times New Roman"/>
          <w:szCs w:val="28"/>
          <w:lang w:val="kk-KZ"/>
        </w:rPr>
      </w:pPr>
      <w:r w:rsidRPr="00E200D0">
        <w:rPr>
          <w:rFonts w:cs="Times New Roman"/>
          <w:szCs w:val="28"/>
          <w:lang w:val="kk-KZ"/>
        </w:rPr>
        <w:t>Күтілетін нәтиже: спорттық-туристік іс-шараларға қауіпсіз қатысу ережелерін меңгеру.</w:t>
      </w:r>
    </w:p>
    <w:p w14:paraId="09332C2B" w14:textId="77777777" w:rsidR="00780932" w:rsidRPr="00E200D0" w:rsidRDefault="00780932" w:rsidP="00780932">
      <w:pPr>
        <w:jc w:val="both"/>
        <w:rPr>
          <w:rFonts w:cs="Times New Roman"/>
          <w:szCs w:val="28"/>
          <w:lang w:val="kk-KZ"/>
        </w:rPr>
      </w:pPr>
    </w:p>
    <w:p w14:paraId="1EADBC6D" w14:textId="77777777" w:rsidR="00780932" w:rsidRPr="00E200D0" w:rsidRDefault="00780932" w:rsidP="00780932">
      <w:pPr>
        <w:jc w:val="both"/>
        <w:rPr>
          <w:rFonts w:cs="Times New Roman"/>
          <w:b/>
          <w:szCs w:val="28"/>
          <w:lang w:val="kk-KZ"/>
        </w:rPr>
      </w:pPr>
      <w:r w:rsidRPr="00E200D0">
        <w:rPr>
          <w:rFonts w:cs="Times New Roman"/>
          <w:b/>
          <w:szCs w:val="28"/>
          <w:lang w:val="kk-KZ"/>
        </w:rPr>
        <w:t>Командалық қозғалыс және спорттық ойындар</w:t>
      </w:r>
    </w:p>
    <w:p w14:paraId="1DA2E9CE" w14:textId="0A226BDB" w:rsidR="00780932" w:rsidRPr="00E200D0" w:rsidRDefault="00780932" w:rsidP="00780932">
      <w:pPr>
        <w:jc w:val="both"/>
        <w:rPr>
          <w:rFonts w:cs="Times New Roman"/>
          <w:szCs w:val="28"/>
          <w:lang w:val="kk-KZ"/>
        </w:rPr>
      </w:pPr>
      <w:r w:rsidRPr="00E200D0">
        <w:rPr>
          <w:rFonts w:cs="Times New Roman"/>
          <w:szCs w:val="28"/>
          <w:lang w:val="kk-KZ"/>
        </w:rPr>
        <w:t>Қимыл-қозғалыс белсенділігін, үйлесімділікті, төзімділікті, ептілікті, адал бәсекелестікті және өзара көмекті дамыту.</w:t>
      </w:r>
    </w:p>
    <w:p w14:paraId="0DF0355E" w14:textId="59B528A4" w:rsidR="00780932" w:rsidRPr="00E200D0" w:rsidRDefault="00780932" w:rsidP="00780932">
      <w:pPr>
        <w:jc w:val="both"/>
        <w:rPr>
          <w:rFonts w:cs="Times New Roman"/>
          <w:szCs w:val="28"/>
          <w:lang w:val="kk-KZ"/>
        </w:rPr>
      </w:pPr>
      <w:r w:rsidRPr="00E200D0">
        <w:rPr>
          <w:rFonts w:cs="Times New Roman"/>
          <w:szCs w:val="28"/>
          <w:lang w:val="kk-KZ"/>
        </w:rPr>
        <w:t>Іске асырудың түрлері: эстафеталар, қимылды ойындар, командалық жарыстар, спорттық станциялар, зейін мен үйлесімділікке арналған ойындар.</w:t>
      </w:r>
    </w:p>
    <w:p w14:paraId="533C0D19" w14:textId="672151FB" w:rsidR="00780932" w:rsidRPr="00E200D0" w:rsidRDefault="00780932" w:rsidP="00780932">
      <w:pPr>
        <w:jc w:val="both"/>
        <w:rPr>
          <w:rFonts w:cs="Times New Roman"/>
          <w:szCs w:val="28"/>
          <w:lang w:val="kk-KZ"/>
        </w:rPr>
      </w:pPr>
      <w:r w:rsidRPr="00E200D0">
        <w:rPr>
          <w:rFonts w:cs="Times New Roman"/>
          <w:szCs w:val="28"/>
          <w:lang w:val="kk-KZ"/>
        </w:rPr>
        <w:t xml:space="preserve">Күтілетін нәтиже: дене денсаулығын </w:t>
      </w:r>
      <w:r w:rsidR="00B347B9" w:rsidRPr="00E200D0">
        <w:rPr>
          <w:rFonts w:cs="Times New Roman"/>
          <w:szCs w:val="28"/>
          <w:lang w:val="kk-KZ"/>
        </w:rPr>
        <w:t>күшейту</w:t>
      </w:r>
      <w:r w:rsidRPr="00E200D0">
        <w:rPr>
          <w:rFonts w:cs="Times New Roman"/>
          <w:szCs w:val="28"/>
          <w:lang w:val="kk-KZ"/>
        </w:rPr>
        <w:t xml:space="preserve"> және белсенді демалысқа қызығушылықты қалыптастыру.</w:t>
      </w:r>
    </w:p>
    <w:p w14:paraId="6F631E8D" w14:textId="77777777" w:rsidR="00780932" w:rsidRPr="00E200D0" w:rsidRDefault="00780932" w:rsidP="00780932">
      <w:pPr>
        <w:jc w:val="both"/>
        <w:rPr>
          <w:rFonts w:cs="Times New Roman"/>
          <w:szCs w:val="28"/>
          <w:lang w:val="kk-KZ"/>
        </w:rPr>
      </w:pPr>
    </w:p>
    <w:p w14:paraId="09762863" w14:textId="77777777" w:rsidR="00780932" w:rsidRPr="00E200D0" w:rsidRDefault="00780932" w:rsidP="00780932">
      <w:pPr>
        <w:jc w:val="both"/>
        <w:rPr>
          <w:rFonts w:cs="Times New Roman"/>
          <w:b/>
          <w:szCs w:val="28"/>
          <w:lang w:val="kk-KZ"/>
        </w:rPr>
      </w:pPr>
      <w:r w:rsidRPr="00E200D0">
        <w:rPr>
          <w:rFonts w:cs="Times New Roman"/>
          <w:b/>
          <w:szCs w:val="28"/>
          <w:lang w:val="kk-KZ"/>
        </w:rPr>
        <w:t>Бағдарлау және маршруттық дайындық</w:t>
      </w:r>
    </w:p>
    <w:p w14:paraId="41CF4988" w14:textId="14F81F28" w:rsidR="00780932" w:rsidRPr="00E200D0" w:rsidRDefault="00780932" w:rsidP="00780932">
      <w:pPr>
        <w:jc w:val="both"/>
        <w:rPr>
          <w:rFonts w:cs="Times New Roman"/>
          <w:szCs w:val="28"/>
          <w:lang w:val="kk-KZ"/>
        </w:rPr>
      </w:pPr>
      <w:r w:rsidRPr="00E200D0">
        <w:rPr>
          <w:rFonts w:cs="Times New Roman"/>
          <w:szCs w:val="28"/>
          <w:lang w:val="kk-KZ"/>
        </w:rPr>
        <w:t>Аумақ сызбасын оқу, бағдарларды анықтау, қауіпсіз қозғалысты жоспарлау және топта жұмыс істеу дағдыларын дамыту.</w:t>
      </w:r>
    </w:p>
    <w:p w14:paraId="4844AAE4" w14:textId="071F6011" w:rsidR="00780932" w:rsidRPr="00E200D0" w:rsidRDefault="00780932" w:rsidP="00780932">
      <w:pPr>
        <w:jc w:val="both"/>
        <w:rPr>
          <w:rFonts w:cs="Times New Roman"/>
          <w:szCs w:val="28"/>
          <w:lang w:val="kk-KZ"/>
        </w:rPr>
      </w:pPr>
      <w:r w:rsidRPr="00E200D0">
        <w:rPr>
          <w:rFonts w:cs="Times New Roman"/>
          <w:szCs w:val="28"/>
          <w:lang w:val="kk-KZ"/>
        </w:rPr>
        <w:t>Іске асырудың түрлері: маршрут парақтары, аумақ сызбалары, бағдарлар, квесттер, командалық маршруттар, шартты белгілер.</w:t>
      </w:r>
    </w:p>
    <w:p w14:paraId="0D5CC76B" w14:textId="77777777" w:rsidR="00780932" w:rsidRPr="00E200D0" w:rsidRDefault="00780932" w:rsidP="00780932">
      <w:pPr>
        <w:jc w:val="both"/>
        <w:rPr>
          <w:rFonts w:cs="Times New Roman"/>
          <w:szCs w:val="28"/>
          <w:lang w:val="kk-KZ"/>
        </w:rPr>
      </w:pPr>
      <w:r w:rsidRPr="00E200D0">
        <w:rPr>
          <w:rFonts w:cs="Times New Roman"/>
          <w:szCs w:val="28"/>
          <w:lang w:val="kk-KZ"/>
        </w:rPr>
        <w:lastRenderedPageBreak/>
        <w:t>Күтілетін нәтиже: бағдарлау негіздерін меңгеру және топ ішінде жауапты қозғалу дағдыларын қалыптастыру.</w:t>
      </w:r>
    </w:p>
    <w:p w14:paraId="4978F78D" w14:textId="77777777" w:rsidR="00780932" w:rsidRPr="00E200D0" w:rsidRDefault="00780932" w:rsidP="00780932">
      <w:pPr>
        <w:jc w:val="both"/>
        <w:rPr>
          <w:rFonts w:cs="Times New Roman"/>
          <w:szCs w:val="28"/>
          <w:lang w:val="kk-KZ"/>
        </w:rPr>
      </w:pPr>
    </w:p>
    <w:p w14:paraId="7E1F5D96" w14:textId="14562FEB" w:rsidR="00780932" w:rsidRPr="00E200D0" w:rsidRDefault="00780932" w:rsidP="00780932">
      <w:pPr>
        <w:jc w:val="both"/>
        <w:rPr>
          <w:rFonts w:cs="Times New Roman"/>
          <w:b/>
          <w:szCs w:val="28"/>
          <w:lang w:val="kk-KZ"/>
        </w:rPr>
      </w:pPr>
      <w:r w:rsidRPr="00E200D0">
        <w:rPr>
          <w:rFonts w:cs="Times New Roman"/>
          <w:b/>
          <w:szCs w:val="28"/>
          <w:lang w:val="kk-KZ"/>
        </w:rPr>
        <w:t>Туристік практикалық дағдылар</w:t>
      </w:r>
    </w:p>
    <w:p w14:paraId="3B5B1E80" w14:textId="443E207F" w:rsidR="00780932" w:rsidRPr="00E200D0" w:rsidRDefault="00195065" w:rsidP="00780932">
      <w:pPr>
        <w:jc w:val="both"/>
        <w:rPr>
          <w:rFonts w:cs="Times New Roman"/>
          <w:szCs w:val="28"/>
          <w:lang w:val="kk-KZ"/>
        </w:rPr>
      </w:pPr>
      <w:r w:rsidRPr="00195065">
        <w:rPr>
          <w:lang w:val="kk-KZ"/>
        </w:rPr>
        <w:t>ББСО</w:t>
      </w:r>
      <w:r w:rsidRPr="00E200D0">
        <w:rPr>
          <w:rFonts w:cs="Times New Roman"/>
          <w:szCs w:val="28"/>
          <w:lang w:val="kk-KZ"/>
        </w:rPr>
        <w:t xml:space="preserve"> </w:t>
      </w:r>
      <w:r w:rsidR="00780932" w:rsidRPr="00E200D0">
        <w:rPr>
          <w:rFonts w:cs="Times New Roman"/>
          <w:szCs w:val="28"/>
          <w:lang w:val="kk-KZ"/>
        </w:rPr>
        <w:t>жағдайы мен қауіпсіздік талаптарын ескере отырып, жас ерекшелігіне сай қарапайым туристік әрекеттерді меңгеру.</w:t>
      </w:r>
    </w:p>
    <w:p w14:paraId="31ADEB0B" w14:textId="53372F53" w:rsidR="00780932" w:rsidRPr="00E200D0" w:rsidRDefault="00780932" w:rsidP="00780932">
      <w:pPr>
        <w:jc w:val="both"/>
        <w:rPr>
          <w:rFonts w:cs="Times New Roman"/>
          <w:szCs w:val="28"/>
          <w:lang w:val="kk-KZ"/>
        </w:rPr>
      </w:pPr>
      <w:r w:rsidRPr="00E200D0">
        <w:rPr>
          <w:rFonts w:cs="Times New Roman"/>
          <w:szCs w:val="28"/>
          <w:lang w:val="kk-KZ"/>
        </w:rPr>
        <w:t>Іске асырудың түрлері: шартты рюкзак жинау, туристік түйіндер, оқу бивагын ұйымдастыру, топпен қозғалу ережелері, құрал-жабдықпен жұмыс (бар болған жағдайда).</w:t>
      </w:r>
    </w:p>
    <w:p w14:paraId="781ED6F7" w14:textId="4C095270" w:rsidR="00780932" w:rsidRPr="00E200D0" w:rsidRDefault="00780932" w:rsidP="00780932">
      <w:pPr>
        <w:jc w:val="both"/>
        <w:rPr>
          <w:rFonts w:cs="Times New Roman"/>
          <w:szCs w:val="28"/>
          <w:lang w:val="kk-KZ"/>
        </w:rPr>
      </w:pPr>
      <w:r w:rsidRPr="00E200D0">
        <w:rPr>
          <w:rFonts w:cs="Times New Roman"/>
          <w:szCs w:val="28"/>
          <w:lang w:val="kk-KZ"/>
        </w:rPr>
        <w:t>Күтілетін нәтиже: қауіпсіз жағдайдағы туристік дайындықтың практикалық тәжірибесін алу.</w:t>
      </w:r>
    </w:p>
    <w:p w14:paraId="1CAC67CF" w14:textId="77777777" w:rsidR="00780932" w:rsidRPr="00E200D0" w:rsidRDefault="00780932" w:rsidP="00780932">
      <w:pPr>
        <w:jc w:val="both"/>
        <w:rPr>
          <w:rFonts w:cs="Times New Roman"/>
          <w:szCs w:val="28"/>
          <w:lang w:val="kk-KZ"/>
        </w:rPr>
      </w:pPr>
    </w:p>
    <w:p w14:paraId="1DBA5EC3" w14:textId="77777777" w:rsidR="00780932" w:rsidRPr="00E200D0" w:rsidRDefault="00780932" w:rsidP="00780932">
      <w:pPr>
        <w:jc w:val="both"/>
        <w:rPr>
          <w:rFonts w:cs="Times New Roman"/>
          <w:b/>
          <w:szCs w:val="28"/>
          <w:lang w:val="kk-KZ"/>
        </w:rPr>
      </w:pPr>
      <w:r w:rsidRPr="00E200D0">
        <w:rPr>
          <w:rFonts w:cs="Times New Roman"/>
          <w:b/>
          <w:szCs w:val="28"/>
          <w:lang w:val="kk-KZ"/>
        </w:rPr>
        <w:t>Өлкетану және туған өлке табиғаты</w:t>
      </w:r>
    </w:p>
    <w:p w14:paraId="5229B6FE" w14:textId="11D21577" w:rsidR="00780932" w:rsidRPr="00E200D0" w:rsidRDefault="00780932" w:rsidP="00780932">
      <w:pPr>
        <w:jc w:val="both"/>
        <w:rPr>
          <w:rFonts w:cs="Times New Roman"/>
          <w:szCs w:val="28"/>
          <w:lang w:val="kk-KZ"/>
        </w:rPr>
      </w:pPr>
      <w:r w:rsidRPr="00E200D0">
        <w:rPr>
          <w:rFonts w:cs="Times New Roman"/>
          <w:szCs w:val="28"/>
          <w:lang w:val="kk-KZ"/>
        </w:rPr>
        <w:t>Жергілікті жердің табиғи, тарихи-мәдени және географиялық ерекшеліктеріне қызығушылықты дамыту.</w:t>
      </w:r>
    </w:p>
    <w:p w14:paraId="255E1274" w14:textId="459142D5" w:rsidR="00780932" w:rsidRPr="00E200D0" w:rsidRDefault="00780932" w:rsidP="00780932">
      <w:pPr>
        <w:jc w:val="both"/>
        <w:rPr>
          <w:rFonts w:cs="Times New Roman"/>
          <w:szCs w:val="28"/>
          <w:lang w:val="kk-KZ"/>
        </w:rPr>
      </w:pPr>
      <w:r w:rsidRPr="00E200D0">
        <w:rPr>
          <w:rFonts w:cs="Times New Roman"/>
          <w:szCs w:val="28"/>
          <w:lang w:val="kk-KZ"/>
        </w:rPr>
        <w:t>Іске асырудың түрлері: өлкетан</w:t>
      </w:r>
      <w:r w:rsidR="00B347B9">
        <w:rPr>
          <w:rFonts w:cs="Times New Roman"/>
          <w:szCs w:val="28"/>
          <w:lang w:val="kk-KZ"/>
        </w:rPr>
        <w:t>ымдық</w:t>
      </w:r>
      <w:r w:rsidRPr="00E200D0">
        <w:rPr>
          <w:rFonts w:cs="Times New Roman"/>
          <w:szCs w:val="28"/>
          <w:lang w:val="kk-KZ"/>
        </w:rPr>
        <w:t xml:space="preserve"> серуендер, бақылаулар, шағын зерттеулер, маршрут фотожылнамасы, </w:t>
      </w:r>
      <w:r w:rsidR="00195065" w:rsidRPr="00195065">
        <w:rPr>
          <w:lang w:val="kk-KZ"/>
        </w:rPr>
        <w:t>ББСО</w:t>
      </w:r>
      <w:r w:rsidRPr="00E200D0">
        <w:rPr>
          <w:rFonts w:cs="Times New Roman"/>
          <w:szCs w:val="28"/>
          <w:lang w:val="kk-KZ"/>
        </w:rPr>
        <w:t xml:space="preserve"> қызықты орындарының картасы.</w:t>
      </w:r>
    </w:p>
    <w:p w14:paraId="24F6C05D" w14:textId="37C90E70" w:rsidR="00780932" w:rsidRPr="00E200D0" w:rsidRDefault="00780932" w:rsidP="00780932">
      <w:pPr>
        <w:jc w:val="both"/>
        <w:rPr>
          <w:rFonts w:cs="Times New Roman"/>
          <w:szCs w:val="28"/>
          <w:lang w:val="kk-KZ"/>
        </w:rPr>
      </w:pPr>
      <w:r w:rsidRPr="00E200D0">
        <w:rPr>
          <w:rFonts w:cs="Times New Roman"/>
          <w:szCs w:val="28"/>
          <w:lang w:val="kk-KZ"/>
        </w:rPr>
        <w:t>Күтілетін нәтиже: туған өлкені тануға қызығушылықты және мәдени мұраға құрмет</w:t>
      </w:r>
      <w:r w:rsidR="00BB6D8C">
        <w:rPr>
          <w:rFonts w:cs="Times New Roman"/>
          <w:szCs w:val="28"/>
          <w:lang w:val="kk-KZ"/>
        </w:rPr>
        <w:t xml:space="preserve">теу дағдыларын </w:t>
      </w:r>
      <w:r w:rsidRPr="00E200D0">
        <w:rPr>
          <w:rFonts w:cs="Times New Roman"/>
          <w:szCs w:val="28"/>
          <w:lang w:val="kk-KZ"/>
        </w:rPr>
        <w:t>қалыптастыру.</w:t>
      </w:r>
    </w:p>
    <w:p w14:paraId="42471AE1" w14:textId="77777777" w:rsidR="00780932" w:rsidRPr="00E200D0" w:rsidRDefault="00780932" w:rsidP="00780932">
      <w:pPr>
        <w:jc w:val="both"/>
        <w:rPr>
          <w:rFonts w:cs="Times New Roman"/>
          <w:szCs w:val="28"/>
          <w:lang w:val="kk-KZ"/>
        </w:rPr>
      </w:pPr>
    </w:p>
    <w:p w14:paraId="657168A6" w14:textId="77777777" w:rsidR="00B347B9" w:rsidRPr="00E200D0" w:rsidRDefault="00B347B9" w:rsidP="00B347B9">
      <w:pPr>
        <w:jc w:val="both"/>
        <w:rPr>
          <w:rFonts w:cs="Times New Roman"/>
          <w:b/>
          <w:szCs w:val="28"/>
          <w:lang w:val="kk-KZ"/>
        </w:rPr>
      </w:pPr>
      <w:r w:rsidRPr="00E200D0">
        <w:rPr>
          <w:rFonts w:cs="Times New Roman"/>
          <w:b/>
          <w:szCs w:val="28"/>
          <w:lang w:val="kk-KZ"/>
        </w:rPr>
        <w:t>Маршруттағы экологиялық жауапкершілік</w:t>
      </w:r>
    </w:p>
    <w:p w14:paraId="17C351AF" w14:textId="6240E61B" w:rsidR="00B347B9" w:rsidRPr="00E200D0" w:rsidRDefault="00B347B9" w:rsidP="00B347B9">
      <w:pPr>
        <w:jc w:val="both"/>
        <w:rPr>
          <w:rFonts w:cs="Times New Roman"/>
          <w:szCs w:val="28"/>
          <w:lang w:val="kk-KZ"/>
        </w:rPr>
      </w:pPr>
      <w:r w:rsidRPr="00E200D0">
        <w:rPr>
          <w:rFonts w:cs="Times New Roman"/>
          <w:szCs w:val="28"/>
          <w:lang w:val="kk-KZ"/>
        </w:rPr>
        <w:t xml:space="preserve">Табиғатқа, </w:t>
      </w:r>
      <w:r w:rsidR="00195065" w:rsidRPr="00195065">
        <w:rPr>
          <w:lang w:val="kk-KZ"/>
        </w:rPr>
        <w:t>ББСО</w:t>
      </w:r>
      <w:r w:rsidRPr="00E200D0">
        <w:rPr>
          <w:rFonts w:cs="Times New Roman"/>
          <w:szCs w:val="28"/>
          <w:lang w:val="kk-KZ"/>
        </w:rPr>
        <w:t xml:space="preserve"> аумағына және экологиялық мінез-құлық ережелеріне ұқыпты қарауды қалыптастыру.</w:t>
      </w:r>
    </w:p>
    <w:p w14:paraId="3B215448" w14:textId="0949B636" w:rsidR="00B347B9" w:rsidRPr="00E200D0" w:rsidRDefault="00B347B9" w:rsidP="00B347B9">
      <w:pPr>
        <w:jc w:val="both"/>
        <w:rPr>
          <w:rFonts w:cs="Times New Roman"/>
          <w:szCs w:val="28"/>
          <w:lang w:val="kk-KZ"/>
        </w:rPr>
      </w:pPr>
      <w:r w:rsidRPr="00E200D0">
        <w:rPr>
          <w:rFonts w:cs="Times New Roman"/>
          <w:szCs w:val="28"/>
          <w:lang w:val="kk-KZ"/>
        </w:rPr>
        <w:t>Іске асырудың түрлері: эко-маршрут, тазалық акциясы, «Табиғатқа зиян келтірме» қағидасы, туристке арналған экологиялық жадынама, бақылаулар.</w:t>
      </w:r>
    </w:p>
    <w:p w14:paraId="08AB205B" w14:textId="6BDFF228" w:rsidR="00B347B9" w:rsidRPr="00E200D0" w:rsidRDefault="00B347B9" w:rsidP="00B347B9">
      <w:pPr>
        <w:jc w:val="both"/>
        <w:rPr>
          <w:rFonts w:cs="Times New Roman"/>
          <w:szCs w:val="28"/>
          <w:lang w:val="kk-KZ"/>
        </w:rPr>
      </w:pPr>
      <w:r w:rsidRPr="00E200D0">
        <w:rPr>
          <w:rFonts w:cs="Times New Roman"/>
          <w:szCs w:val="28"/>
          <w:lang w:val="kk-KZ"/>
        </w:rPr>
        <w:t>Күтілетін нәтиже: экологиялық мәдениетті және табиғатты қорғау қызметінің практикалық тәжірибесін қалыптастыру.</w:t>
      </w:r>
    </w:p>
    <w:p w14:paraId="0959DFBF" w14:textId="77777777" w:rsidR="00B347B9" w:rsidRPr="00E200D0" w:rsidRDefault="00B347B9" w:rsidP="00B347B9">
      <w:pPr>
        <w:jc w:val="both"/>
        <w:rPr>
          <w:rFonts w:cs="Times New Roman"/>
          <w:szCs w:val="28"/>
          <w:lang w:val="kk-KZ"/>
        </w:rPr>
      </w:pPr>
    </w:p>
    <w:p w14:paraId="483678D5" w14:textId="77777777" w:rsidR="00B347B9" w:rsidRPr="00E200D0" w:rsidRDefault="00B347B9" w:rsidP="00B347B9">
      <w:pPr>
        <w:jc w:val="both"/>
        <w:rPr>
          <w:rFonts w:cs="Times New Roman"/>
          <w:b/>
          <w:szCs w:val="28"/>
          <w:lang w:val="kk-KZ"/>
        </w:rPr>
      </w:pPr>
      <w:r w:rsidRPr="00E200D0">
        <w:rPr>
          <w:rFonts w:cs="Times New Roman"/>
          <w:b/>
          <w:szCs w:val="28"/>
          <w:lang w:val="kk-KZ"/>
        </w:rPr>
        <w:t>Туристік маршрутты жобалау</w:t>
      </w:r>
    </w:p>
    <w:p w14:paraId="28050080" w14:textId="2D84517A" w:rsidR="00B347B9" w:rsidRPr="00E200D0" w:rsidRDefault="00B347B9" w:rsidP="00B347B9">
      <w:pPr>
        <w:jc w:val="both"/>
        <w:rPr>
          <w:rFonts w:cs="Times New Roman"/>
          <w:szCs w:val="28"/>
          <w:lang w:val="kk-KZ"/>
        </w:rPr>
      </w:pPr>
      <w:r w:rsidRPr="00E200D0">
        <w:rPr>
          <w:rFonts w:cs="Times New Roman"/>
          <w:szCs w:val="28"/>
          <w:lang w:val="kk-KZ"/>
        </w:rPr>
        <w:t>Жобалық ойлау қабілетін, бастамашылдықты, жоспарлауды, рөлдерді бөлуді және нәтижені таныстыру дағдыларын дамыту.</w:t>
      </w:r>
    </w:p>
    <w:p w14:paraId="62F1063D" w14:textId="6CC6501A" w:rsidR="00B347B9" w:rsidRPr="00E200D0" w:rsidRDefault="00B347B9" w:rsidP="00B347B9">
      <w:pPr>
        <w:jc w:val="both"/>
        <w:rPr>
          <w:rFonts w:cs="Times New Roman"/>
          <w:szCs w:val="28"/>
          <w:lang w:val="kk-KZ"/>
        </w:rPr>
      </w:pPr>
      <w:r w:rsidRPr="00E200D0">
        <w:rPr>
          <w:rFonts w:cs="Times New Roman"/>
          <w:szCs w:val="28"/>
          <w:lang w:val="kk-KZ"/>
        </w:rPr>
        <w:t>Іске асырудың түрлері: командалық маршрут жобасы, қауіпсіздік картасы, маршруттық презентация, туристік жадынама, жетістіктер фестивалі.</w:t>
      </w:r>
    </w:p>
    <w:p w14:paraId="538946E6" w14:textId="0EFBF5A7" w:rsidR="00B347B9" w:rsidRPr="00E200D0" w:rsidRDefault="00B347B9" w:rsidP="00B347B9">
      <w:pPr>
        <w:jc w:val="both"/>
        <w:rPr>
          <w:rFonts w:cs="Times New Roman"/>
          <w:szCs w:val="28"/>
          <w:lang w:val="kk-KZ"/>
        </w:rPr>
      </w:pPr>
      <w:r w:rsidRPr="00E200D0">
        <w:rPr>
          <w:rFonts w:cs="Times New Roman"/>
          <w:szCs w:val="28"/>
          <w:lang w:val="kk-KZ"/>
        </w:rPr>
        <w:t>Күтілетін нәтиже: жобалық, коммуникативтік және көшбасшылық дағдыларды дамыту.</w:t>
      </w:r>
    </w:p>
    <w:p w14:paraId="730BB30C" w14:textId="77777777" w:rsidR="00B347B9" w:rsidRPr="00E200D0" w:rsidRDefault="00B347B9" w:rsidP="00B347B9">
      <w:pPr>
        <w:jc w:val="both"/>
        <w:rPr>
          <w:rFonts w:cs="Times New Roman"/>
          <w:szCs w:val="28"/>
          <w:lang w:val="kk-KZ"/>
        </w:rPr>
      </w:pPr>
    </w:p>
    <w:p w14:paraId="79EFADB4" w14:textId="77777777" w:rsidR="00B347B9" w:rsidRPr="00E200D0" w:rsidRDefault="00B347B9" w:rsidP="00B347B9">
      <w:pPr>
        <w:pStyle w:val="aff8"/>
        <w:spacing w:before="0" w:beforeAutospacing="0" w:after="0" w:afterAutospacing="0"/>
        <w:ind w:firstLine="709"/>
        <w:jc w:val="both"/>
        <w:rPr>
          <w:b/>
          <w:sz w:val="28"/>
          <w:szCs w:val="28"/>
          <w:lang w:val="kk-KZ"/>
        </w:rPr>
      </w:pPr>
      <w:r w:rsidRPr="00E200D0">
        <w:rPr>
          <w:b/>
          <w:sz w:val="28"/>
          <w:szCs w:val="28"/>
          <w:lang w:val="kk-KZ"/>
        </w:rPr>
        <w:t>Бағдарламаның өзектілігін негіздеу</w:t>
      </w:r>
    </w:p>
    <w:p w14:paraId="7AE7BBA9" w14:textId="77777777" w:rsidR="00B347B9" w:rsidRPr="00E200D0" w:rsidRDefault="00B347B9" w:rsidP="00B347B9">
      <w:pPr>
        <w:pStyle w:val="aff8"/>
        <w:spacing w:before="0" w:beforeAutospacing="0" w:after="0" w:afterAutospacing="0"/>
        <w:ind w:firstLine="709"/>
        <w:jc w:val="both"/>
        <w:rPr>
          <w:sz w:val="28"/>
          <w:szCs w:val="28"/>
          <w:lang w:val="kk-KZ"/>
        </w:rPr>
      </w:pPr>
      <w:r w:rsidRPr="00E200D0">
        <w:rPr>
          <w:sz w:val="28"/>
          <w:szCs w:val="28"/>
          <w:lang w:val="kk-KZ"/>
        </w:rPr>
        <w:t>Бағдарламаның өзектілігі балалардың сауықтырылуын, тәрбиесін, қимыл-қозғалыс белсенділігін дамытуды, туристік дағдыларды қалыптастыруды, қауіпсіздік мәдениетін және жағымды әлеуметтік бейімделуді үйлестіретін қауіпсіз, мазмұнды және қолжетімді жазғы демалысты ұйымдастыру қажеттілігімен айқындалады.</w:t>
      </w:r>
    </w:p>
    <w:p w14:paraId="27174A8B" w14:textId="6FA03C72" w:rsidR="00B347B9" w:rsidRPr="00E200D0" w:rsidRDefault="00B347B9" w:rsidP="00B347B9">
      <w:pPr>
        <w:pStyle w:val="aff8"/>
        <w:spacing w:before="0" w:beforeAutospacing="0" w:after="0" w:afterAutospacing="0"/>
        <w:ind w:firstLine="709"/>
        <w:jc w:val="both"/>
        <w:rPr>
          <w:sz w:val="28"/>
          <w:szCs w:val="28"/>
          <w:lang w:val="kk-KZ"/>
        </w:rPr>
      </w:pPr>
      <w:r w:rsidRPr="00E200D0">
        <w:rPr>
          <w:sz w:val="28"/>
          <w:szCs w:val="28"/>
          <w:lang w:val="kk-KZ"/>
        </w:rPr>
        <w:lastRenderedPageBreak/>
        <w:t xml:space="preserve">Қазіргі балаларға қимыл-қозғалыс белсенділігін арттыру, </w:t>
      </w:r>
      <w:r w:rsidR="00C70BEE">
        <w:rPr>
          <w:sz w:val="28"/>
          <w:szCs w:val="28"/>
          <w:lang w:val="kk-KZ"/>
        </w:rPr>
        <w:t xml:space="preserve">табиғы </w:t>
      </w:r>
      <w:r w:rsidRPr="00E200D0">
        <w:rPr>
          <w:sz w:val="28"/>
          <w:szCs w:val="28"/>
          <w:lang w:val="kk-KZ"/>
        </w:rPr>
        <w:t>тірі қарым-қатынас, эмоционалдық қалпына келу, дербестікті дамыту, командалық жұмыс, төзімділік, жауапкершілік, экологиялық мәдениет және нақты жағдайларда қауіпсіз әрекет ету дағдыларын қалыптастыру ерекше маңызды. Сонымен қатар азаматтық жауапкершілікті, ұлттық құндылықтарға, мәдениетке, еңбекке, қоршаған ортаға және қауіпсіз мінез-құлық ережелеріне құрметті қалыптастыруға бағытталған тәрбиелік жұмыстың маңызы арта түседі.</w:t>
      </w:r>
    </w:p>
    <w:p w14:paraId="43936B9F" w14:textId="12DB392B" w:rsidR="00B347B9" w:rsidRPr="00E200D0" w:rsidRDefault="00B347B9" w:rsidP="00B347B9">
      <w:pPr>
        <w:pStyle w:val="aff8"/>
        <w:spacing w:before="0" w:beforeAutospacing="0" w:after="0" w:afterAutospacing="0"/>
        <w:ind w:firstLine="709"/>
        <w:jc w:val="both"/>
        <w:rPr>
          <w:sz w:val="28"/>
          <w:szCs w:val="28"/>
          <w:lang w:val="kk-KZ"/>
        </w:rPr>
      </w:pPr>
      <w:r w:rsidRPr="00E200D0">
        <w:rPr>
          <w:sz w:val="28"/>
          <w:szCs w:val="28"/>
          <w:lang w:val="kk-KZ"/>
        </w:rPr>
        <w:t xml:space="preserve">Бағдарлама мазмұны «Адал Азамат» </w:t>
      </w:r>
      <w:r w:rsidR="00D903B2">
        <w:rPr>
          <w:sz w:val="28"/>
          <w:szCs w:val="28"/>
          <w:lang w:val="kk-KZ"/>
        </w:rPr>
        <w:t>біртұтас</w:t>
      </w:r>
      <w:r w:rsidRPr="00E200D0">
        <w:rPr>
          <w:sz w:val="28"/>
          <w:szCs w:val="28"/>
          <w:lang w:val="kk-KZ"/>
        </w:rPr>
        <w:t xml:space="preserve"> тәрбие бағдарламасының негізгі қағидаттарымен үйлеседі, ол адал, жауапты, еңбекқор, отаншыл және әлеуметтік белсенді азаматты қалыптастыруды көздейді. Спорттық-туристік </w:t>
      </w:r>
      <w:r w:rsidR="00195065" w:rsidRPr="00195065">
        <w:rPr>
          <w:lang w:val="kk-KZ"/>
        </w:rPr>
        <w:t>ББСО</w:t>
      </w:r>
      <w:r w:rsidRPr="00E200D0">
        <w:rPr>
          <w:sz w:val="28"/>
          <w:szCs w:val="28"/>
          <w:lang w:val="kk-KZ"/>
        </w:rPr>
        <w:t xml:space="preserve"> жағдайында бұл құндылықтар адал бәсекелестік, өзара көмек, командалық маршруттар, табиғатқа ұқыпты қарау, қауіпсіздік ережелерін сақтау, ұжымдық іс-әрекеттер және күнделікті өзара құрмет мәдениеті арқылы іске асырылады.</w:t>
      </w:r>
    </w:p>
    <w:p w14:paraId="0994844A" w14:textId="22EEC763" w:rsidR="00B347B9" w:rsidRPr="00E200D0" w:rsidRDefault="00B347B9" w:rsidP="00B347B9">
      <w:pPr>
        <w:pStyle w:val="aff8"/>
        <w:spacing w:before="0" w:beforeAutospacing="0" w:after="0" w:afterAutospacing="0"/>
        <w:ind w:firstLine="709"/>
        <w:jc w:val="both"/>
        <w:rPr>
          <w:sz w:val="28"/>
          <w:szCs w:val="28"/>
          <w:lang w:val="kk-KZ"/>
        </w:rPr>
      </w:pPr>
      <w:r w:rsidRPr="00E200D0">
        <w:rPr>
          <w:sz w:val="28"/>
          <w:szCs w:val="28"/>
          <w:lang w:val="kk-KZ"/>
        </w:rPr>
        <w:t xml:space="preserve">Маусымдық </w:t>
      </w:r>
      <w:r w:rsidR="00195065" w:rsidRPr="00195065">
        <w:rPr>
          <w:lang w:val="kk-KZ"/>
        </w:rPr>
        <w:t>ББСО</w:t>
      </w:r>
      <w:r w:rsidRPr="00E200D0">
        <w:rPr>
          <w:sz w:val="28"/>
          <w:szCs w:val="28"/>
          <w:lang w:val="kk-KZ"/>
        </w:rPr>
        <w:t xml:space="preserve"> бұл міндеттерді шешуге қолайлы орта болып табылады, себебі ол уақытша балалар ұжымын, күн тәртібін, ашық ауада белсенді болуды, қызмет түрлерінің алуан түрлілігін және білім, құндылық пен дағдыларды нақты жағдайларда тәжірибеде қолдану мүмкіндігін қамтамасыз етеді.</w:t>
      </w:r>
    </w:p>
    <w:p w14:paraId="21A3AFF9" w14:textId="7AAD5A6E" w:rsidR="00B347B9" w:rsidRPr="00E200D0" w:rsidRDefault="00B347B9" w:rsidP="00B347B9">
      <w:pPr>
        <w:pStyle w:val="aff8"/>
        <w:spacing w:before="0" w:beforeAutospacing="0" w:after="0" w:afterAutospacing="0"/>
        <w:ind w:firstLine="709"/>
        <w:jc w:val="both"/>
        <w:rPr>
          <w:sz w:val="28"/>
          <w:szCs w:val="28"/>
          <w:lang w:val="kk-KZ"/>
        </w:rPr>
      </w:pPr>
      <w:r w:rsidRPr="00E200D0">
        <w:rPr>
          <w:sz w:val="28"/>
          <w:szCs w:val="28"/>
          <w:lang w:val="kk-KZ"/>
        </w:rPr>
        <w:t xml:space="preserve">Бағдарлама білім беру мен сауықтыру жүктемесінің теңгерімін сақтайды және мазмұнын нақты </w:t>
      </w:r>
      <w:r w:rsidR="00195065" w:rsidRPr="00195065">
        <w:rPr>
          <w:lang w:val="kk-KZ"/>
        </w:rPr>
        <w:t>ББСО</w:t>
      </w:r>
      <w:r w:rsidRPr="00E200D0">
        <w:rPr>
          <w:sz w:val="28"/>
          <w:szCs w:val="28"/>
          <w:lang w:val="kk-KZ"/>
        </w:rPr>
        <w:t xml:space="preserve"> жағдайына, қатысушылардың жас ерекшеліктеріне, жергілікті климаттық және табиғи жағдайларға, кадрлық және материалдық-техникалық қамтамасыз ету деңгейіне бейімдеуді көздейді.</w:t>
      </w:r>
    </w:p>
    <w:p w14:paraId="68283CD6" w14:textId="77777777" w:rsidR="00B347B9" w:rsidRPr="00E200D0" w:rsidRDefault="00B347B9" w:rsidP="00D101F4">
      <w:pPr>
        <w:jc w:val="both"/>
        <w:rPr>
          <w:lang w:val="kk-KZ"/>
        </w:rPr>
      </w:pPr>
    </w:p>
    <w:p w14:paraId="306ECBB6" w14:textId="77777777" w:rsidR="00B347B9" w:rsidRPr="00525B0B" w:rsidRDefault="00B347B9" w:rsidP="00776AE3">
      <w:pPr>
        <w:jc w:val="both"/>
        <w:rPr>
          <w:b/>
          <w:bCs/>
          <w:lang w:val="kk-KZ"/>
        </w:rPr>
      </w:pPr>
      <w:r w:rsidRPr="00525B0B">
        <w:rPr>
          <w:b/>
          <w:bCs/>
          <w:lang w:val="kk-KZ"/>
        </w:rPr>
        <w:t>Мақсатты аудиторияның сипаттамасы</w:t>
      </w:r>
    </w:p>
    <w:p w14:paraId="32D6EA39" w14:textId="7C7B4742" w:rsidR="00B347B9" w:rsidRPr="00525B0B" w:rsidRDefault="00B347B9" w:rsidP="00776AE3">
      <w:pPr>
        <w:jc w:val="both"/>
        <w:rPr>
          <w:lang w:val="kk-KZ"/>
        </w:rPr>
      </w:pPr>
      <w:r w:rsidRPr="00525B0B">
        <w:rPr>
          <w:lang w:val="kk-KZ"/>
        </w:rPr>
        <w:t xml:space="preserve">Бағдарламаның мақсатты аудиториясы – маусымдық </w:t>
      </w:r>
      <w:r w:rsidR="00195065" w:rsidRPr="00525B0B">
        <w:rPr>
          <w:lang w:val="kk-KZ"/>
        </w:rPr>
        <w:t>ББСО</w:t>
      </w:r>
      <w:r w:rsidRPr="00525B0B">
        <w:rPr>
          <w:lang w:val="kk-KZ"/>
        </w:rPr>
        <w:t xml:space="preserve"> ауысымына қатысатын </w:t>
      </w:r>
      <w:r w:rsidR="009B61F6">
        <w:rPr>
          <w:lang w:val="kk-KZ"/>
        </w:rPr>
        <w:t>7</w:t>
      </w:r>
      <w:r w:rsidRPr="00525B0B">
        <w:rPr>
          <w:lang w:val="kk-KZ"/>
        </w:rPr>
        <w:t xml:space="preserve"> жастан </w:t>
      </w:r>
      <w:r w:rsidR="009B61F6">
        <w:rPr>
          <w:lang w:val="kk-KZ"/>
        </w:rPr>
        <w:t xml:space="preserve">17 </w:t>
      </w:r>
      <w:r w:rsidRPr="00525B0B">
        <w:rPr>
          <w:lang w:val="kk-KZ"/>
        </w:rPr>
        <w:t>жасқа дейінгі кәмелетке толмаған балалар.</w:t>
      </w:r>
    </w:p>
    <w:p w14:paraId="497E4332" w14:textId="77777777" w:rsidR="00B347B9" w:rsidRPr="00525B0B" w:rsidRDefault="00B347B9" w:rsidP="00776AE3">
      <w:pPr>
        <w:jc w:val="both"/>
        <w:rPr>
          <w:lang w:val="kk-KZ"/>
        </w:rPr>
      </w:pPr>
      <w:r w:rsidRPr="00525B0B">
        <w:rPr>
          <w:lang w:val="kk-KZ"/>
        </w:rPr>
        <w:t>Бағдарлама қатысушылардың дене дамуы, дайындық деңгейі, денсаулық жағдайы, коммуникативтік тәжірибесі және тұлғалық ерекшеліктері арасындағы айырмашылықтарды ескереді. Жұмыс түрлері әрбір бала қауіпсіз, қолжетімді әрекетке қатыса алатындай және табыс жағдайын сезіне алатындай етіп таңдалады.</w:t>
      </w:r>
    </w:p>
    <w:p w14:paraId="40CE8216" w14:textId="77777777" w:rsidR="00B347B9" w:rsidRPr="00525B0B" w:rsidRDefault="00B347B9" w:rsidP="00776AE3">
      <w:pPr>
        <w:jc w:val="both"/>
        <w:rPr>
          <w:lang w:val="kk-KZ"/>
        </w:rPr>
      </w:pPr>
      <w:r w:rsidRPr="00525B0B">
        <w:rPr>
          <w:lang w:val="kk-KZ"/>
        </w:rPr>
        <w:t>Қажет болған жағдайда Ұйым ерекше білім беру қажеттіліктері бар балалар үшін жеке іс-әрекет түрлерін мамандардың ұсынымдарын, медициналық көрсеткіштерді, орта мүмкіндіктерін және заңды өкілдермен келісімді ескере отырып бейімдейді.</w:t>
      </w:r>
    </w:p>
    <w:p w14:paraId="2A9DCBF3" w14:textId="77777777" w:rsidR="00B347B9" w:rsidRPr="00525B0B" w:rsidRDefault="00B347B9" w:rsidP="00776AE3">
      <w:pPr>
        <w:jc w:val="both"/>
        <w:rPr>
          <w:lang w:val="kk-KZ"/>
        </w:rPr>
      </w:pPr>
    </w:p>
    <w:p w14:paraId="43A5D14A" w14:textId="77777777" w:rsidR="005514E2" w:rsidRPr="00525B0B" w:rsidRDefault="00B347B9" w:rsidP="005514E2">
      <w:pPr>
        <w:jc w:val="both"/>
        <w:rPr>
          <w:b/>
          <w:bCs/>
          <w:lang w:val="kk-KZ"/>
        </w:rPr>
      </w:pPr>
      <w:r w:rsidRPr="00525B0B">
        <w:rPr>
          <w:b/>
          <w:bCs/>
          <w:lang w:val="kk-KZ"/>
        </w:rPr>
        <w:t>Жаңалығы және бағдарламаның ерекшеліктері</w:t>
      </w:r>
    </w:p>
    <w:p w14:paraId="2A6065DD" w14:textId="040B6171" w:rsidR="00B347B9" w:rsidRPr="00E200D0" w:rsidRDefault="00B347B9" w:rsidP="005514E2">
      <w:pPr>
        <w:jc w:val="both"/>
        <w:rPr>
          <w:szCs w:val="28"/>
          <w:lang w:val="kk-KZ"/>
        </w:rPr>
      </w:pPr>
      <w:r w:rsidRPr="00E200D0">
        <w:rPr>
          <w:szCs w:val="28"/>
          <w:lang w:val="kk-KZ"/>
        </w:rPr>
        <w:t>Бағдарламаның жаңалығы спорттық, туристік, өлкетанулық, экологиялық, жобалық және тәрбиелік қызмет түрлерін 12 күндік бір ауысым шеңберінде кешенді түрде біріктіруінде, сондай-ақ екі міндетті модульді – білім беру және сауықтыру бағыттарын – сақтай отырып жүзеге асырылуында.</w:t>
      </w:r>
    </w:p>
    <w:p w14:paraId="4F3092F2" w14:textId="77777777" w:rsidR="00B347B9" w:rsidRPr="00B347B9" w:rsidRDefault="00B347B9" w:rsidP="00B347B9">
      <w:pPr>
        <w:pStyle w:val="aff8"/>
        <w:spacing w:before="0" w:beforeAutospacing="0" w:after="0" w:afterAutospacing="0"/>
        <w:ind w:firstLine="709"/>
        <w:jc w:val="both"/>
        <w:rPr>
          <w:sz w:val="28"/>
          <w:szCs w:val="28"/>
        </w:rPr>
      </w:pPr>
      <w:proofErr w:type="spellStart"/>
      <w:r w:rsidRPr="00B347B9">
        <w:rPr>
          <w:sz w:val="28"/>
          <w:szCs w:val="28"/>
        </w:rPr>
        <w:t>Бағдарламаның</w:t>
      </w:r>
      <w:proofErr w:type="spellEnd"/>
      <w:r w:rsidRPr="00B347B9">
        <w:rPr>
          <w:sz w:val="28"/>
          <w:szCs w:val="28"/>
        </w:rPr>
        <w:t xml:space="preserve"> </w:t>
      </w:r>
      <w:proofErr w:type="spellStart"/>
      <w:r w:rsidRPr="00B347B9">
        <w:rPr>
          <w:sz w:val="28"/>
          <w:szCs w:val="28"/>
        </w:rPr>
        <w:t>ерекшеліктері</w:t>
      </w:r>
      <w:proofErr w:type="spellEnd"/>
      <w:r w:rsidRPr="00B347B9">
        <w:rPr>
          <w:sz w:val="28"/>
          <w:szCs w:val="28"/>
        </w:rPr>
        <w:t>:</w:t>
      </w:r>
    </w:p>
    <w:p w14:paraId="2D7466A9" w14:textId="5D91FAA2" w:rsidR="00B347B9" w:rsidRDefault="00B347B9" w:rsidP="00B347B9">
      <w:pPr>
        <w:pStyle w:val="aff8"/>
        <w:numPr>
          <w:ilvl w:val="0"/>
          <w:numId w:val="11"/>
        </w:numPr>
        <w:tabs>
          <w:tab w:val="left" w:pos="993"/>
        </w:tabs>
        <w:spacing w:before="0" w:beforeAutospacing="0" w:after="0" w:afterAutospacing="0"/>
        <w:ind w:left="0" w:firstLine="709"/>
        <w:jc w:val="both"/>
        <w:rPr>
          <w:sz w:val="28"/>
          <w:szCs w:val="28"/>
        </w:rPr>
      </w:pPr>
      <w:proofErr w:type="spellStart"/>
      <w:r w:rsidRPr="00B347B9">
        <w:rPr>
          <w:sz w:val="28"/>
          <w:szCs w:val="28"/>
        </w:rPr>
        <w:lastRenderedPageBreak/>
        <w:t>нақты</w:t>
      </w:r>
      <w:proofErr w:type="spellEnd"/>
      <w:r w:rsidRPr="00B347B9">
        <w:rPr>
          <w:sz w:val="28"/>
          <w:szCs w:val="28"/>
        </w:rPr>
        <w:t xml:space="preserve"> </w:t>
      </w:r>
      <w:r w:rsidR="00195065">
        <w:rPr>
          <w:lang w:val="ru-RU"/>
        </w:rPr>
        <w:t>ББСО</w:t>
      </w:r>
      <w:r w:rsidRPr="00B347B9">
        <w:rPr>
          <w:sz w:val="28"/>
          <w:szCs w:val="28"/>
        </w:rPr>
        <w:t xml:space="preserve"> </w:t>
      </w:r>
      <w:proofErr w:type="spellStart"/>
      <w:r w:rsidRPr="00B347B9">
        <w:rPr>
          <w:sz w:val="28"/>
          <w:szCs w:val="28"/>
        </w:rPr>
        <w:t>жағдайына</w:t>
      </w:r>
      <w:proofErr w:type="spellEnd"/>
      <w:r w:rsidRPr="00B347B9">
        <w:rPr>
          <w:sz w:val="28"/>
          <w:szCs w:val="28"/>
        </w:rPr>
        <w:t xml:space="preserve"> </w:t>
      </w:r>
      <w:proofErr w:type="spellStart"/>
      <w:r w:rsidRPr="00B347B9">
        <w:rPr>
          <w:sz w:val="28"/>
          <w:szCs w:val="28"/>
        </w:rPr>
        <w:t>және</w:t>
      </w:r>
      <w:proofErr w:type="spellEnd"/>
      <w:r w:rsidRPr="00B347B9">
        <w:rPr>
          <w:sz w:val="28"/>
          <w:szCs w:val="28"/>
        </w:rPr>
        <w:t xml:space="preserve"> </w:t>
      </w:r>
      <w:proofErr w:type="spellStart"/>
      <w:r w:rsidRPr="00B347B9">
        <w:rPr>
          <w:sz w:val="28"/>
          <w:szCs w:val="28"/>
        </w:rPr>
        <w:t>табиғи</w:t>
      </w:r>
      <w:proofErr w:type="spellEnd"/>
      <w:r w:rsidRPr="00B347B9">
        <w:rPr>
          <w:sz w:val="28"/>
          <w:szCs w:val="28"/>
        </w:rPr>
        <w:t xml:space="preserve"> </w:t>
      </w:r>
      <w:proofErr w:type="spellStart"/>
      <w:r w:rsidRPr="00B347B9">
        <w:rPr>
          <w:sz w:val="28"/>
          <w:szCs w:val="28"/>
        </w:rPr>
        <w:t>орта</w:t>
      </w:r>
      <w:proofErr w:type="spellEnd"/>
      <w:r w:rsidRPr="00B347B9">
        <w:rPr>
          <w:sz w:val="28"/>
          <w:szCs w:val="28"/>
        </w:rPr>
        <w:t xml:space="preserve"> </w:t>
      </w:r>
      <w:proofErr w:type="spellStart"/>
      <w:r w:rsidRPr="00B347B9">
        <w:rPr>
          <w:sz w:val="28"/>
          <w:szCs w:val="28"/>
        </w:rPr>
        <w:t>ерекшеліктеріне</w:t>
      </w:r>
      <w:proofErr w:type="spellEnd"/>
      <w:r w:rsidRPr="00B347B9">
        <w:rPr>
          <w:sz w:val="28"/>
          <w:szCs w:val="28"/>
        </w:rPr>
        <w:t xml:space="preserve"> </w:t>
      </w:r>
      <w:proofErr w:type="spellStart"/>
      <w:r w:rsidRPr="00B347B9">
        <w:rPr>
          <w:sz w:val="28"/>
          <w:szCs w:val="28"/>
        </w:rPr>
        <w:t>мазмұнын</w:t>
      </w:r>
      <w:proofErr w:type="spellEnd"/>
      <w:r w:rsidRPr="00B347B9">
        <w:rPr>
          <w:sz w:val="28"/>
          <w:szCs w:val="28"/>
        </w:rPr>
        <w:t xml:space="preserve"> </w:t>
      </w:r>
      <w:proofErr w:type="spellStart"/>
      <w:r w:rsidRPr="00B347B9">
        <w:rPr>
          <w:sz w:val="28"/>
          <w:szCs w:val="28"/>
        </w:rPr>
        <w:t>бейімдеу</w:t>
      </w:r>
      <w:proofErr w:type="spellEnd"/>
      <w:r w:rsidRPr="00B347B9">
        <w:rPr>
          <w:sz w:val="28"/>
          <w:szCs w:val="28"/>
        </w:rPr>
        <w:t xml:space="preserve"> </w:t>
      </w:r>
      <w:proofErr w:type="spellStart"/>
      <w:r w:rsidRPr="00B347B9">
        <w:rPr>
          <w:sz w:val="28"/>
          <w:szCs w:val="28"/>
        </w:rPr>
        <w:t>мүмкіндігі</w:t>
      </w:r>
      <w:proofErr w:type="spellEnd"/>
      <w:r w:rsidRPr="00B347B9">
        <w:rPr>
          <w:sz w:val="28"/>
          <w:szCs w:val="28"/>
        </w:rPr>
        <w:t>;</w:t>
      </w:r>
    </w:p>
    <w:p w14:paraId="58D366D1" w14:textId="4C3940C9" w:rsidR="00B347B9" w:rsidRDefault="00B347B9" w:rsidP="00B347B9">
      <w:pPr>
        <w:pStyle w:val="aff8"/>
        <w:numPr>
          <w:ilvl w:val="0"/>
          <w:numId w:val="11"/>
        </w:numPr>
        <w:tabs>
          <w:tab w:val="left" w:pos="993"/>
        </w:tabs>
        <w:spacing w:before="0" w:beforeAutospacing="0" w:after="0" w:afterAutospacing="0"/>
        <w:ind w:left="0" w:firstLine="709"/>
        <w:jc w:val="both"/>
        <w:rPr>
          <w:sz w:val="28"/>
          <w:szCs w:val="28"/>
        </w:rPr>
      </w:pPr>
      <w:proofErr w:type="spellStart"/>
      <w:r w:rsidRPr="00B347B9">
        <w:rPr>
          <w:sz w:val="28"/>
          <w:szCs w:val="28"/>
        </w:rPr>
        <w:t>Ұйымның</w:t>
      </w:r>
      <w:proofErr w:type="spellEnd"/>
      <w:r w:rsidRPr="00B347B9">
        <w:rPr>
          <w:sz w:val="28"/>
          <w:szCs w:val="28"/>
        </w:rPr>
        <w:t xml:space="preserve"> </w:t>
      </w:r>
      <w:proofErr w:type="spellStart"/>
      <w:r w:rsidRPr="00B347B9">
        <w:rPr>
          <w:sz w:val="28"/>
          <w:szCs w:val="28"/>
        </w:rPr>
        <w:t>қолда</w:t>
      </w:r>
      <w:proofErr w:type="spellEnd"/>
      <w:r w:rsidRPr="00B347B9">
        <w:rPr>
          <w:sz w:val="28"/>
          <w:szCs w:val="28"/>
        </w:rPr>
        <w:t xml:space="preserve"> </w:t>
      </w:r>
      <w:proofErr w:type="spellStart"/>
      <w:r w:rsidRPr="00B347B9">
        <w:rPr>
          <w:sz w:val="28"/>
          <w:szCs w:val="28"/>
        </w:rPr>
        <w:t>бар</w:t>
      </w:r>
      <w:proofErr w:type="spellEnd"/>
      <w:r w:rsidRPr="00B347B9">
        <w:rPr>
          <w:sz w:val="28"/>
          <w:szCs w:val="28"/>
        </w:rPr>
        <w:t xml:space="preserve"> </w:t>
      </w:r>
      <w:proofErr w:type="spellStart"/>
      <w:r w:rsidRPr="00B347B9">
        <w:rPr>
          <w:sz w:val="28"/>
          <w:szCs w:val="28"/>
        </w:rPr>
        <w:t>ресурстарын</w:t>
      </w:r>
      <w:proofErr w:type="spellEnd"/>
      <w:r w:rsidRPr="00B347B9">
        <w:rPr>
          <w:sz w:val="28"/>
          <w:szCs w:val="28"/>
        </w:rPr>
        <w:t xml:space="preserve"> </w:t>
      </w:r>
      <w:proofErr w:type="spellStart"/>
      <w:r w:rsidRPr="00B347B9">
        <w:rPr>
          <w:sz w:val="28"/>
          <w:szCs w:val="28"/>
        </w:rPr>
        <w:t>пайдалана</w:t>
      </w:r>
      <w:proofErr w:type="spellEnd"/>
      <w:r w:rsidRPr="00B347B9">
        <w:rPr>
          <w:sz w:val="28"/>
          <w:szCs w:val="28"/>
        </w:rPr>
        <w:t xml:space="preserve"> </w:t>
      </w:r>
      <w:proofErr w:type="spellStart"/>
      <w:r w:rsidRPr="00B347B9">
        <w:rPr>
          <w:sz w:val="28"/>
          <w:szCs w:val="28"/>
        </w:rPr>
        <w:t>отырып</w:t>
      </w:r>
      <w:proofErr w:type="spellEnd"/>
      <w:r w:rsidRPr="00B347B9">
        <w:rPr>
          <w:sz w:val="28"/>
          <w:szCs w:val="28"/>
        </w:rPr>
        <w:t xml:space="preserve">, </w:t>
      </w:r>
      <w:proofErr w:type="spellStart"/>
      <w:r w:rsidRPr="00B347B9">
        <w:rPr>
          <w:sz w:val="28"/>
          <w:szCs w:val="28"/>
        </w:rPr>
        <w:t>спорттық-туристік</w:t>
      </w:r>
      <w:proofErr w:type="spellEnd"/>
      <w:r w:rsidRPr="00B347B9">
        <w:rPr>
          <w:sz w:val="28"/>
          <w:szCs w:val="28"/>
        </w:rPr>
        <w:t xml:space="preserve"> </w:t>
      </w:r>
      <w:proofErr w:type="spellStart"/>
      <w:r w:rsidRPr="00B347B9">
        <w:rPr>
          <w:sz w:val="28"/>
          <w:szCs w:val="28"/>
        </w:rPr>
        <w:t>бағытты</w:t>
      </w:r>
      <w:proofErr w:type="spellEnd"/>
      <w:r w:rsidRPr="00B347B9">
        <w:rPr>
          <w:sz w:val="28"/>
          <w:szCs w:val="28"/>
        </w:rPr>
        <w:t xml:space="preserve"> </w:t>
      </w:r>
      <w:proofErr w:type="spellStart"/>
      <w:r w:rsidRPr="00B347B9">
        <w:rPr>
          <w:sz w:val="28"/>
          <w:szCs w:val="28"/>
        </w:rPr>
        <w:t>жүзеге</w:t>
      </w:r>
      <w:proofErr w:type="spellEnd"/>
      <w:r w:rsidRPr="00B347B9">
        <w:rPr>
          <w:sz w:val="28"/>
          <w:szCs w:val="28"/>
        </w:rPr>
        <w:t xml:space="preserve"> </w:t>
      </w:r>
      <w:proofErr w:type="spellStart"/>
      <w:r w:rsidRPr="00B347B9">
        <w:rPr>
          <w:sz w:val="28"/>
          <w:szCs w:val="28"/>
        </w:rPr>
        <w:t>асыру</w:t>
      </w:r>
      <w:proofErr w:type="spellEnd"/>
      <w:r w:rsidRPr="00B347B9">
        <w:rPr>
          <w:sz w:val="28"/>
          <w:szCs w:val="28"/>
        </w:rPr>
        <w:t>;</w:t>
      </w:r>
    </w:p>
    <w:p w14:paraId="58B2536F" w14:textId="77777777" w:rsidR="00B347B9" w:rsidRDefault="00B347B9" w:rsidP="00B347B9">
      <w:pPr>
        <w:pStyle w:val="aff8"/>
        <w:numPr>
          <w:ilvl w:val="0"/>
          <w:numId w:val="11"/>
        </w:numPr>
        <w:tabs>
          <w:tab w:val="left" w:pos="993"/>
        </w:tabs>
        <w:spacing w:before="0" w:beforeAutospacing="0" w:after="0" w:afterAutospacing="0"/>
        <w:ind w:left="0" w:firstLine="709"/>
        <w:jc w:val="both"/>
        <w:rPr>
          <w:sz w:val="28"/>
          <w:szCs w:val="28"/>
        </w:rPr>
      </w:pPr>
      <w:proofErr w:type="spellStart"/>
      <w:r w:rsidRPr="00B347B9">
        <w:rPr>
          <w:sz w:val="28"/>
          <w:szCs w:val="28"/>
        </w:rPr>
        <w:t>қимыл-қозғалыс</w:t>
      </w:r>
      <w:proofErr w:type="spellEnd"/>
      <w:r w:rsidRPr="00B347B9">
        <w:rPr>
          <w:sz w:val="28"/>
          <w:szCs w:val="28"/>
        </w:rPr>
        <w:t xml:space="preserve"> </w:t>
      </w:r>
      <w:proofErr w:type="spellStart"/>
      <w:r w:rsidRPr="00B347B9">
        <w:rPr>
          <w:sz w:val="28"/>
          <w:szCs w:val="28"/>
        </w:rPr>
        <w:t>белсенділігі</w:t>
      </w:r>
      <w:proofErr w:type="spellEnd"/>
      <w:r w:rsidRPr="00B347B9">
        <w:rPr>
          <w:sz w:val="28"/>
          <w:szCs w:val="28"/>
        </w:rPr>
        <w:t xml:space="preserve">, </w:t>
      </w:r>
      <w:proofErr w:type="spellStart"/>
      <w:r w:rsidRPr="00B347B9">
        <w:rPr>
          <w:sz w:val="28"/>
          <w:szCs w:val="28"/>
        </w:rPr>
        <w:t>туристік</w:t>
      </w:r>
      <w:proofErr w:type="spellEnd"/>
      <w:r w:rsidRPr="00B347B9">
        <w:rPr>
          <w:sz w:val="28"/>
          <w:szCs w:val="28"/>
        </w:rPr>
        <w:t xml:space="preserve"> </w:t>
      </w:r>
      <w:proofErr w:type="spellStart"/>
      <w:r w:rsidRPr="00B347B9">
        <w:rPr>
          <w:sz w:val="28"/>
          <w:szCs w:val="28"/>
        </w:rPr>
        <w:t>дағдылар</w:t>
      </w:r>
      <w:proofErr w:type="spellEnd"/>
      <w:r w:rsidRPr="00B347B9">
        <w:rPr>
          <w:sz w:val="28"/>
          <w:szCs w:val="28"/>
        </w:rPr>
        <w:t xml:space="preserve">, </w:t>
      </w:r>
      <w:proofErr w:type="spellStart"/>
      <w:r w:rsidRPr="00B347B9">
        <w:rPr>
          <w:sz w:val="28"/>
          <w:szCs w:val="28"/>
        </w:rPr>
        <w:t>өлкетану</w:t>
      </w:r>
      <w:proofErr w:type="spellEnd"/>
      <w:r w:rsidRPr="00B347B9">
        <w:rPr>
          <w:sz w:val="28"/>
          <w:szCs w:val="28"/>
        </w:rPr>
        <w:t xml:space="preserve">, </w:t>
      </w:r>
      <w:proofErr w:type="spellStart"/>
      <w:r w:rsidRPr="00B347B9">
        <w:rPr>
          <w:sz w:val="28"/>
          <w:szCs w:val="28"/>
        </w:rPr>
        <w:t>экологиялық</w:t>
      </w:r>
      <w:proofErr w:type="spellEnd"/>
      <w:r w:rsidRPr="00B347B9">
        <w:rPr>
          <w:sz w:val="28"/>
          <w:szCs w:val="28"/>
        </w:rPr>
        <w:t xml:space="preserve"> </w:t>
      </w:r>
      <w:proofErr w:type="spellStart"/>
      <w:r w:rsidRPr="00B347B9">
        <w:rPr>
          <w:sz w:val="28"/>
          <w:szCs w:val="28"/>
        </w:rPr>
        <w:t>мәдениет</w:t>
      </w:r>
      <w:proofErr w:type="spellEnd"/>
      <w:r w:rsidRPr="00B347B9">
        <w:rPr>
          <w:sz w:val="28"/>
          <w:szCs w:val="28"/>
        </w:rPr>
        <w:t xml:space="preserve"> </w:t>
      </w:r>
      <w:proofErr w:type="spellStart"/>
      <w:r w:rsidRPr="00B347B9">
        <w:rPr>
          <w:sz w:val="28"/>
          <w:szCs w:val="28"/>
        </w:rPr>
        <w:t>және</w:t>
      </w:r>
      <w:proofErr w:type="spellEnd"/>
      <w:r w:rsidRPr="00B347B9">
        <w:rPr>
          <w:sz w:val="28"/>
          <w:szCs w:val="28"/>
        </w:rPr>
        <w:t xml:space="preserve"> </w:t>
      </w:r>
      <w:proofErr w:type="spellStart"/>
      <w:r w:rsidRPr="00B347B9">
        <w:rPr>
          <w:sz w:val="28"/>
          <w:szCs w:val="28"/>
        </w:rPr>
        <w:t>жобалық</w:t>
      </w:r>
      <w:proofErr w:type="spellEnd"/>
      <w:r w:rsidRPr="00B347B9">
        <w:rPr>
          <w:sz w:val="28"/>
          <w:szCs w:val="28"/>
        </w:rPr>
        <w:t xml:space="preserve"> </w:t>
      </w:r>
      <w:proofErr w:type="spellStart"/>
      <w:r w:rsidRPr="00B347B9">
        <w:rPr>
          <w:sz w:val="28"/>
          <w:szCs w:val="28"/>
        </w:rPr>
        <w:t>қызметтің</w:t>
      </w:r>
      <w:proofErr w:type="spellEnd"/>
      <w:r w:rsidRPr="00B347B9">
        <w:rPr>
          <w:sz w:val="28"/>
          <w:szCs w:val="28"/>
        </w:rPr>
        <w:t xml:space="preserve"> </w:t>
      </w:r>
      <w:proofErr w:type="spellStart"/>
      <w:r w:rsidRPr="00B347B9">
        <w:rPr>
          <w:sz w:val="28"/>
          <w:szCs w:val="28"/>
        </w:rPr>
        <w:t>үйлесімі</w:t>
      </w:r>
      <w:proofErr w:type="spellEnd"/>
      <w:r w:rsidRPr="00B347B9">
        <w:rPr>
          <w:sz w:val="28"/>
          <w:szCs w:val="28"/>
        </w:rPr>
        <w:t>;</w:t>
      </w:r>
    </w:p>
    <w:p w14:paraId="4EA825A3" w14:textId="77777777" w:rsidR="00B347B9" w:rsidRDefault="00B347B9" w:rsidP="00B347B9">
      <w:pPr>
        <w:pStyle w:val="aff8"/>
        <w:numPr>
          <w:ilvl w:val="0"/>
          <w:numId w:val="11"/>
        </w:numPr>
        <w:tabs>
          <w:tab w:val="left" w:pos="993"/>
        </w:tabs>
        <w:spacing w:before="0" w:beforeAutospacing="0" w:after="0" w:afterAutospacing="0"/>
        <w:ind w:left="0" w:firstLine="709"/>
        <w:jc w:val="both"/>
        <w:rPr>
          <w:sz w:val="28"/>
          <w:szCs w:val="28"/>
        </w:rPr>
      </w:pPr>
      <w:proofErr w:type="spellStart"/>
      <w:r w:rsidRPr="00B347B9">
        <w:rPr>
          <w:sz w:val="28"/>
          <w:szCs w:val="28"/>
        </w:rPr>
        <w:t>қауіпсіздікке</w:t>
      </w:r>
      <w:proofErr w:type="spellEnd"/>
      <w:r w:rsidRPr="00B347B9">
        <w:rPr>
          <w:sz w:val="28"/>
          <w:szCs w:val="28"/>
        </w:rPr>
        <w:t xml:space="preserve">, </w:t>
      </w:r>
      <w:proofErr w:type="spellStart"/>
      <w:r w:rsidRPr="00B347B9">
        <w:rPr>
          <w:sz w:val="28"/>
          <w:szCs w:val="28"/>
        </w:rPr>
        <w:t>жас</w:t>
      </w:r>
      <w:proofErr w:type="spellEnd"/>
      <w:r w:rsidRPr="00B347B9">
        <w:rPr>
          <w:sz w:val="28"/>
          <w:szCs w:val="28"/>
        </w:rPr>
        <w:t xml:space="preserve"> </w:t>
      </w:r>
      <w:proofErr w:type="spellStart"/>
      <w:r w:rsidRPr="00B347B9">
        <w:rPr>
          <w:sz w:val="28"/>
          <w:szCs w:val="28"/>
        </w:rPr>
        <w:t>ерекшелігіне</w:t>
      </w:r>
      <w:proofErr w:type="spellEnd"/>
      <w:r w:rsidRPr="00B347B9">
        <w:rPr>
          <w:sz w:val="28"/>
          <w:szCs w:val="28"/>
        </w:rPr>
        <w:t xml:space="preserve"> </w:t>
      </w:r>
      <w:proofErr w:type="spellStart"/>
      <w:r w:rsidRPr="00B347B9">
        <w:rPr>
          <w:sz w:val="28"/>
          <w:szCs w:val="28"/>
        </w:rPr>
        <w:t>сәйкестікке</w:t>
      </w:r>
      <w:proofErr w:type="spellEnd"/>
      <w:r w:rsidRPr="00B347B9">
        <w:rPr>
          <w:sz w:val="28"/>
          <w:szCs w:val="28"/>
        </w:rPr>
        <w:t xml:space="preserve">, </w:t>
      </w:r>
      <w:proofErr w:type="spellStart"/>
      <w:r w:rsidRPr="00B347B9">
        <w:rPr>
          <w:sz w:val="28"/>
          <w:szCs w:val="28"/>
        </w:rPr>
        <w:t>командалық</w:t>
      </w:r>
      <w:proofErr w:type="spellEnd"/>
      <w:r w:rsidRPr="00B347B9">
        <w:rPr>
          <w:sz w:val="28"/>
          <w:szCs w:val="28"/>
        </w:rPr>
        <w:t xml:space="preserve"> </w:t>
      </w:r>
      <w:proofErr w:type="spellStart"/>
      <w:r w:rsidRPr="00B347B9">
        <w:rPr>
          <w:sz w:val="28"/>
          <w:szCs w:val="28"/>
        </w:rPr>
        <w:t>жұмысқа</w:t>
      </w:r>
      <w:proofErr w:type="spellEnd"/>
      <w:r w:rsidRPr="00B347B9">
        <w:rPr>
          <w:sz w:val="28"/>
          <w:szCs w:val="28"/>
        </w:rPr>
        <w:t xml:space="preserve"> </w:t>
      </w:r>
      <w:proofErr w:type="spellStart"/>
      <w:r w:rsidRPr="00B347B9">
        <w:rPr>
          <w:sz w:val="28"/>
          <w:szCs w:val="28"/>
        </w:rPr>
        <w:t>және</w:t>
      </w:r>
      <w:proofErr w:type="spellEnd"/>
      <w:r w:rsidRPr="00B347B9">
        <w:rPr>
          <w:sz w:val="28"/>
          <w:szCs w:val="28"/>
        </w:rPr>
        <w:t xml:space="preserve"> </w:t>
      </w:r>
      <w:proofErr w:type="spellStart"/>
      <w:r w:rsidRPr="00B347B9">
        <w:rPr>
          <w:sz w:val="28"/>
          <w:szCs w:val="28"/>
        </w:rPr>
        <w:t>дағдыларды</w:t>
      </w:r>
      <w:proofErr w:type="spellEnd"/>
      <w:r w:rsidRPr="00B347B9">
        <w:rPr>
          <w:sz w:val="28"/>
          <w:szCs w:val="28"/>
        </w:rPr>
        <w:t xml:space="preserve"> </w:t>
      </w:r>
      <w:proofErr w:type="spellStart"/>
      <w:r w:rsidRPr="00B347B9">
        <w:rPr>
          <w:sz w:val="28"/>
          <w:szCs w:val="28"/>
        </w:rPr>
        <w:t>практикалық</w:t>
      </w:r>
      <w:proofErr w:type="spellEnd"/>
      <w:r w:rsidRPr="00B347B9">
        <w:rPr>
          <w:sz w:val="28"/>
          <w:szCs w:val="28"/>
        </w:rPr>
        <w:t xml:space="preserve"> </w:t>
      </w:r>
      <w:proofErr w:type="spellStart"/>
      <w:r w:rsidRPr="00B347B9">
        <w:rPr>
          <w:sz w:val="28"/>
          <w:szCs w:val="28"/>
        </w:rPr>
        <w:t>қолдануға</w:t>
      </w:r>
      <w:proofErr w:type="spellEnd"/>
      <w:r w:rsidRPr="00B347B9">
        <w:rPr>
          <w:sz w:val="28"/>
          <w:szCs w:val="28"/>
        </w:rPr>
        <w:t xml:space="preserve"> </w:t>
      </w:r>
      <w:proofErr w:type="spellStart"/>
      <w:r w:rsidRPr="00B347B9">
        <w:rPr>
          <w:sz w:val="28"/>
          <w:szCs w:val="28"/>
        </w:rPr>
        <w:t>бағдарлануы</w:t>
      </w:r>
      <w:proofErr w:type="spellEnd"/>
      <w:r w:rsidRPr="00B347B9">
        <w:rPr>
          <w:sz w:val="28"/>
          <w:szCs w:val="28"/>
        </w:rPr>
        <w:t>;</w:t>
      </w:r>
    </w:p>
    <w:p w14:paraId="733CB6F8" w14:textId="77777777" w:rsidR="00B347B9" w:rsidRDefault="00B347B9" w:rsidP="00B347B9">
      <w:pPr>
        <w:pStyle w:val="aff8"/>
        <w:numPr>
          <w:ilvl w:val="0"/>
          <w:numId w:val="11"/>
        </w:numPr>
        <w:tabs>
          <w:tab w:val="left" w:pos="993"/>
        </w:tabs>
        <w:spacing w:before="0" w:beforeAutospacing="0" w:after="0" w:afterAutospacing="0"/>
        <w:ind w:left="0" w:firstLine="709"/>
        <w:jc w:val="both"/>
        <w:rPr>
          <w:sz w:val="28"/>
          <w:szCs w:val="28"/>
        </w:rPr>
      </w:pPr>
      <w:proofErr w:type="spellStart"/>
      <w:r w:rsidRPr="00B347B9">
        <w:rPr>
          <w:sz w:val="28"/>
          <w:szCs w:val="28"/>
        </w:rPr>
        <w:t>балалар</w:t>
      </w:r>
      <w:proofErr w:type="spellEnd"/>
      <w:r w:rsidRPr="00B347B9">
        <w:rPr>
          <w:sz w:val="28"/>
          <w:szCs w:val="28"/>
        </w:rPr>
        <w:t xml:space="preserve"> </w:t>
      </w:r>
      <w:proofErr w:type="spellStart"/>
      <w:r w:rsidRPr="00B347B9">
        <w:rPr>
          <w:sz w:val="28"/>
          <w:szCs w:val="28"/>
        </w:rPr>
        <w:t>бастамашылдығын</w:t>
      </w:r>
      <w:proofErr w:type="spellEnd"/>
      <w:r w:rsidRPr="00B347B9">
        <w:rPr>
          <w:sz w:val="28"/>
          <w:szCs w:val="28"/>
        </w:rPr>
        <w:t xml:space="preserve">, </w:t>
      </w:r>
      <w:proofErr w:type="spellStart"/>
      <w:r w:rsidRPr="00B347B9">
        <w:rPr>
          <w:sz w:val="28"/>
          <w:szCs w:val="28"/>
        </w:rPr>
        <w:t>өзін-өзі</w:t>
      </w:r>
      <w:proofErr w:type="spellEnd"/>
      <w:r w:rsidRPr="00B347B9">
        <w:rPr>
          <w:sz w:val="28"/>
          <w:szCs w:val="28"/>
        </w:rPr>
        <w:t xml:space="preserve"> </w:t>
      </w:r>
      <w:proofErr w:type="spellStart"/>
      <w:r w:rsidRPr="00B347B9">
        <w:rPr>
          <w:sz w:val="28"/>
          <w:szCs w:val="28"/>
        </w:rPr>
        <w:t>басқаруды</w:t>
      </w:r>
      <w:proofErr w:type="spellEnd"/>
      <w:r w:rsidRPr="00B347B9">
        <w:rPr>
          <w:sz w:val="28"/>
          <w:szCs w:val="28"/>
        </w:rPr>
        <w:t xml:space="preserve">, </w:t>
      </w:r>
      <w:proofErr w:type="spellStart"/>
      <w:r w:rsidRPr="00B347B9">
        <w:rPr>
          <w:sz w:val="28"/>
          <w:szCs w:val="28"/>
        </w:rPr>
        <w:t>көшбасшылықты</w:t>
      </w:r>
      <w:proofErr w:type="spellEnd"/>
      <w:r w:rsidRPr="00B347B9">
        <w:rPr>
          <w:sz w:val="28"/>
          <w:szCs w:val="28"/>
        </w:rPr>
        <w:t xml:space="preserve"> </w:t>
      </w:r>
      <w:proofErr w:type="spellStart"/>
      <w:r w:rsidRPr="00B347B9">
        <w:rPr>
          <w:sz w:val="28"/>
          <w:szCs w:val="28"/>
        </w:rPr>
        <w:t>және</w:t>
      </w:r>
      <w:proofErr w:type="spellEnd"/>
      <w:r w:rsidRPr="00B347B9">
        <w:rPr>
          <w:sz w:val="28"/>
          <w:szCs w:val="28"/>
        </w:rPr>
        <w:t xml:space="preserve"> </w:t>
      </w:r>
      <w:proofErr w:type="spellStart"/>
      <w:r w:rsidRPr="00B347B9">
        <w:rPr>
          <w:sz w:val="28"/>
          <w:szCs w:val="28"/>
        </w:rPr>
        <w:t>жауапкершілікті</w:t>
      </w:r>
      <w:proofErr w:type="spellEnd"/>
      <w:r w:rsidRPr="00B347B9">
        <w:rPr>
          <w:sz w:val="28"/>
          <w:szCs w:val="28"/>
        </w:rPr>
        <w:t xml:space="preserve"> </w:t>
      </w:r>
      <w:proofErr w:type="spellStart"/>
      <w:r w:rsidRPr="00B347B9">
        <w:rPr>
          <w:sz w:val="28"/>
          <w:szCs w:val="28"/>
        </w:rPr>
        <w:t>дамыту</w:t>
      </w:r>
      <w:proofErr w:type="spellEnd"/>
      <w:r w:rsidRPr="00B347B9">
        <w:rPr>
          <w:sz w:val="28"/>
          <w:szCs w:val="28"/>
        </w:rPr>
        <w:t>;</w:t>
      </w:r>
    </w:p>
    <w:p w14:paraId="0D45C647" w14:textId="77777777" w:rsidR="00B347B9" w:rsidRDefault="00B347B9" w:rsidP="00B347B9">
      <w:pPr>
        <w:pStyle w:val="aff8"/>
        <w:numPr>
          <w:ilvl w:val="0"/>
          <w:numId w:val="11"/>
        </w:numPr>
        <w:tabs>
          <w:tab w:val="left" w:pos="993"/>
        </w:tabs>
        <w:spacing w:before="0" w:beforeAutospacing="0" w:after="0" w:afterAutospacing="0"/>
        <w:ind w:left="0" w:firstLine="709"/>
        <w:jc w:val="both"/>
        <w:rPr>
          <w:sz w:val="28"/>
          <w:szCs w:val="28"/>
        </w:rPr>
      </w:pPr>
      <w:r w:rsidRPr="00B347B9">
        <w:rPr>
          <w:sz w:val="28"/>
          <w:szCs w:val="28"/>
        </w:rPr>
        <w:t>«</w:t>
      </w:r>
      <w:proofErr w:type="spellStart"/>
      <w:r w:rsidRPr="00B347B9">
        <w:rPr>
          <w:sz w:val="28"/>
          <w:szCs w:val="28"/>
        </w:rPr>
        <w:t>Адал</w:t>
      </w:r>
      <w:proofErr w:type="spellEnd"/>
      <w:r w:rsidRPr="00B347B9">
        <w:rPr>
          <w:sz w:val="28"/>
          <w:szCs w:val="28"/>
        </w:rPr>
        <w:t xml:space="preserve"> </w:t>
      </w:r>
      <w:proofErr w:type="spellStart"/>
      <w:r w:rsidRPr="00B347B9">
        <w:rPr>
          <w:sz w:val="28"/>
          <w:szCs w:val="28"/>
        </w:rPr>
        <w:t>азамат</w:t>
      </w:r>
      <w:proofErr w:type="spellEnd"/>
      <w:r w:rsidRPr="00B347B9">
        <w:rPr>
          <w:sz w:val="28"/>
          <w:szCs w:val="28"/>
        </w:rPr>
        <w:t xml:space="preserve">» </w:t>
      </w:r>
      <w:proofErr w:type="spellStart"/>
      <w:r w:rsidRPr="00B347B9">
        <w:rPr>
          <w:sz w:val="28"/>
          <w:szCs w:val="28"/>
        </w:rPr>
        <w:t>құндылықтарын</w:t>
      </w:r>
      <w:proofErr w:type="spellEnd"/>
      <w:r w:rsidRPr="00B347B9">
        <w:rPr>
          <w:sz w:val="28"/>
          <w:szCs w:val="28"/>
        </w:rPr>
        <w:t xml:space="preserve"> </w:t>
      </w:r>
      <w:proofErr w:type="spellStart"/>
      <w:r w:rsidRPr="00B347B9">
        <w:rPr>
          <w:sz w:val="28"/>
          <w:szCs w:val="28"/>
        </w:rPr>
        <w:t>адал</w:t>
      </w:r>
      <w:proofErr w:type="spellEnd"/>
      <w:r w:rsidRPr="00B347B9">
        <w:rPr>
          <w:sz w:val="28"/>
          <w:szCs w:val="28"/>
        </w:rPr>
        <w:t xml:space="preserve"> </w:t>
      </w:r>
      <w:proofErr w:type="spellStart"/>
      <w:r w:rsidRPr="00B347B9">
        <w:rPr>
          <w:sz w:val="28"/>
          <w:szCs w:val="28"/>
        </w:rPr>
        <w:t>бәсекелестік</w:t>
      </w:r>
      <w:proofErr w:type="spellEnd"/>
      <w:r w:rsidRPr="00B347B9">
        <w:rPr>
          <w:sz w:val="28"/>
          <w:szCs w:val="28"/>
        </w:rPr>
        <w:t xml:space="preserve">, </w:t>
      </w:r>
      <w:proofErr w:type="spellStart"/>
      <w:r w:rsidRPr="00B347B9">
        <w:rPr>
          <w:sz w:val="28"/>
          <w:szCs w:val="28"/>
        </w:rPr>
        <w:t>өзара</w:t>
      </w:r>
      <w:proofErr w:type="spellEnd"/>
      <w:r w:rsidRPr="00B347B9">
        <w:rPr>
          <w:sz w:val="28"/>
          <w:szCs w:val="28"/>
        </w:rPr>
        <w:t xml:space="preserve"> </w:t>
      </w:r>
      <w:proofErr w:type="spellStart"/>
      <w:r w:rsidRPr="00B347B9">
        <w:rPr>
          <w:sz w:val="28"/>
          <w:szCs w:val="28"/>
        </w:rPr>
        <w:t>көмек</w:t>
      </w:r>
      <w:proofErr w:type="spellEnd"/>
      <w:r w:rsidRPr="00B347B9">
        <w:rPr>
          <w:sz w:val="28"/>
          <w:szCs w:val="28"/>
        </w:rPr>
        <w:t xml:space="preserve">, </w:t>
      </w:r>
      <w:proofErr w:type="spellStart"/>
      <w:r w:rsidRPr="00B347B9">
        <w:rPr>
          <w:sz w:val="28"/>
          <w:szCs w:val="28"/>
        </w:rPr>
        <w:t>тәртіп</w:t>
      </w:r>
      <w:proofErr w:type="spellEnd"/>
      <w:r w:rsidRPr="00B347B9">
        <w:rPr>
          <w:sz w:val="28"/>
          <w:szCs w:val="28"/>
        </w:rPr>
        <w:t xml:space="preserve">, </w:t>
      </w:r>
      <w:proofErr w:type="spellStart"/>
      <w:r w:rsidRPr="00B347B9">
        <w:rPr>
          <w:sz w:val="28"/>
          <w:szCs w:val="28"/>
        </w:rPr>
        <w:t>еңбек</w:t>
      </w:r>
      <w:proofErr w:type="spellEnd"/>
      <w:r w:rsidRPr="00B347B9">
        <w:rPr>
          <w:sz w:val="28"/>
          <w:szCs w:val="28"/>
        </w:rPr>
        <w:t xml:space="preserve">, </w:t>
      </w:r>
      <w:proofErr w:type="spellStart"/>
      <w:r w:rsidRPr="00B347B9">
        <w:rPr>
          <w:sz w:val="28"/>
          <w:szCs w:val="28"/>
        </w:rPr>
        <w:t>табиғатқа</w:t>
      </w:r>
      <w:proofErr w:type="spellEnd"/>
      <w:r w:rsidRPr="00B347B9">
        <w:rPr>
          <w:sz w:val="28"/>
          <w:szCs w:val="28"/>
        </w:rPr>
        <w:t xml:space="preserve"> </w:t>
      </w:r>
      <w:proofErr w:type="spellStart"/>
      <w:r w:rsidRPr="00B347B9">
        <w:rPr>
          <w:sz w:val="28"/>
          <w:szCs w:val="28"/>
        </w:rPr>
        <w:t>қамқорлық</w:t>
      </w:r>
      <w:proofErr w:type="spellEnd"/>
      <w:r w:rsidRPr="00B347B9">
        <w:rPr>
          <w:sz w:val="28"/>
          <w:szCs w:val="28"/>
        </w:rPr>
        <w:t xml:space="preserve"> </w:t>
      </w:r>
      <w:proofErr w:type="spellStart"/>
      <w:r w:rsidRPr="00B347B9">
        <w:rPr>
          <w:sz w:val="28"/>
          <w:szCs w:val="28"/>
        </w:rPr>
        <w:t>және</w:t>
      </w:r>
      <w:proofErr w:type="spellEnd"/>
      <w:r w:rsidRPr="00B347B9">
        <w:rPr>
          <w:sz w:val="28"/>
          <w:szCs w:val="28"/>
        </w:rPr>
        <w:t xml:space="preserve"> </w:t>
      </w:r>
      <w:proofErr w:type="spellStart"/>
      <w:r w:rsidRPr="00B347B9">
        <w:rPr>
          <w:sz w:val="28"/>
          <w:szCs w:val="28"/>
        </w:rPr>
        <w:t>өзара</w:t>
      </w:r>
      <w:proofErr w:type="spellEnd"/>
      <w:r w:rsidRPr="00B347B9">
        <w:rPr>
          <w:sz w:val="28"/>
          <w:szCs w:val="28"/>
        </w:rPr>
        <w:t xml:space="preserve"> </w:t>
      </w:r>
      <w:proofErr w:type="spellStart"/>
      <w:r w:rsidRPr="00B347B9">
        <w:rPr>
          <w:sz w:val="28"/>
          <w:szCs w:val="28"/>
        </w:rPr>
        <w:t>құрмет</w:t>
      </w:r>
      <w:proofErr w:type="spellEnd"/>
      <w:r w:rsidRPr="00B347B9">
        <w:rPr>
          <w:sz w:val="28"/>
          <w:szCs w:val="28"/>
        </w:rPr>
        <w:t xml:space="preserve"> </w:t>
      </w:r>
      <w:proofErr w:type="spellStart"/>
      <w:r w:rsidRPr="00B347B9">
        <w:rPr>
          <w:sz w:val="28"/>
          <w:szCs w:val="28"/>
        </w:rPr>
        <w:t>арқылы</w:t>
      </w:r>
      <w:proofErr w:type="spellEnd"/>
      <w:r w:rsidRPr="00B347B9">
        <w:rPr>
          <w:sz w:val="28"/>
          <w:szCs w:val="28"/>
        </w:rPr>
        <w:t xml:space="preserve"> </w:t>
      </w:r>
      <w:proofErr w:type="spellStart"/>
      <w:r w:rsidRPr="00B347B9">
        <w:rPr>
          <w:sz w:val="28"/>
          <w:szCs w:val="28"/>
        </w:rPr>
        <w:t>іске</w:t>
      </w:r>
      <w:proofErr w:type="spellEnd"/>
      <w:r w:rsidRPr="00B347B9">
        <w:rPr>
          <w:sz w:val="28"/>
          <w:szCs w:val="28"/>
        </w:rPr>
        <w:t xml:space="preserve"> </w:t>
      </w:r>
      <w:proofErr w:type="spellStart"/>
      <w:r w:rsidRPr="00B347B9">
        <w:rPr>
          <w:sz w:val="28"/>
          <w:szCs w:val="28"/>
        </w:rPr>
        <w:t>асыру</w:t>
      </w:r>
      <w:proofErr w:type="spellEnd"/>
      <w:r w:rsidRPr="00B347B9">
        <w:rPr>
          <w:sz w:val="28"/>
          <w:szCs w:val="28"/>
        </w:rPr>
        <w:t>;</w:t>
      </w:r>
    </w:p>
    <w:p w14:paraId="15822895" w14:textId="60D10A3A" w:rsidR="00B347B9" w:rsidRPr="00B347B9" w:rsidRDefault="00B347B9" w:rsidP="00B347B9">
      <w:pPr>
        <w:pStyle w:val="aff8"/>
        <w:numPr>
          <w:ilvl w:val="0"/>
          <w:numId w:val="11"/>
        </w:numPr>
        <w:tabs>
          <w:tab w:val="left" w:pos="993"/>
        </w:tabs>
        <w:spacing w:before="0" w:beforeAutospacing="0" w:after="0" w:afterAutospacing="0"/>
        <w:ind w:left="0" w:firstLine="709"/>
        <w:jc w:val="both"/>
        <w:rPr>
          <w:sz w:val="28"/>
          <w:szCs w:val="28"/>
        </w:rPr>
      </w:pPr>
      <w:proofErr w:type="spellStart"/>
      <w:r w:rsidRPr="00B347B9">
        <w:rPr>
          <w:sz w:val="28"/>
          <w:szCs w:val="28"/>
        </w:rPr>
        <w:t>күтілетін</w:t>
      </w:r>
      <w:proofErr w:type="spellEnd"/>
      <w:r w:rsidRPr="00B347B9">
        <w:rPr>
          <w:sz w:val="28"/>
          <w:szCs w:val="28"/>
        </w:rPr>
        <w:t xml:space="preserve"> </w:t>
      </w:r>
      <w:proofErr w:type="spellStart"/>
      <w:r w:rsidRPr="00B347B9">
        <w:rPr>
          <w:sz w:val="28"/>
          <w:szCs w:val="28"/>
        </w:rPr>
        <w:t>нәтижелердің</w:t>
      </w:r>
      <w:proofErr w:type="spellEnd"/>
      <w:r w:rsidRPr="00B347B9">
        <w:rPr>
          <w:sz w:val="28"/>
          <w:szCs w:val="28"/>
        </w:rPr>
        <w:t xml:space="preserve"> </w:t>
      </w:r>
      <w:proofErr w:type="spellStart"/>
      <w:r w:rsidRPr="00B347B9">
        <w:rPr>
          <w:sz w:val="28"/>
          <w:szCs w:val="28"/>
        </w:rPr>
        <w:t>өлшенімділігі</w:t>
      </w:r>
      <w:proofErr w:type="spellEnd"/>
      <w:r w:rsidRPr="00B347B9">
        <w:rPr>
          <w:sz w:val="28"/>
          <w:szCs w:val="28"/>
        </w:rPr>
        <w:t xml:space="preserve"> </w:t>
      </w:r>
      <w:proofErr w:type="spellStart"/>
      <w:r w:rsidRPr="00B347B9">
        <w:rPr>
          <w:sz w:val="28"/>
          <w:szCs w:val="28"/>
        </w:rPr>
        <w:t>және</w:t>
      </w:r>
      <w:proofErr w:type="spellEnd"/>
      <w:r w:rsidRPr="00B347B9">
        <w:rPr>
          <w:sz w:val="28"/>
          <w:szCs w:val="28"/>
        </w:rPr>
        <w:t xml:space="preserve"> </w:t>
      </w:r>
      <w:proofErr w:type="spellStart"/>
      <w:r w:rsidRPr="00B347B9">
        <w:rPr>
          <w:sz w:val="28"/>
          <w:szCs w:val="28"/>
        </w:rPr>
        <w:t>ауысым</w:t>
      </w:r>
      <w:proofErr w:type="spellEnd"/>
      <w:r w:rsidRPr="00B347B9">
        <w:rPr>
          <w:sz w:val="28"/>
          <w:szCs w:val="28"/>
        </w:rPr>
        <w:t xml:space="preserve"> </w:t>
      </w:r>
      <w:proofErr w:type="spellStart"/>
      <w:r w:rsidRPr="00B347B9">
        <w:rPr>
          <w:sz w:val="28"/>
          <w:szCs w:val="28"/>
        </w:rPr>
        <w:t>қорытындысы</w:t>
      </w:r>
      <w:proofErr w:type="spellEnd"/>
      <w:r w:rsidR="00222321">
        <w:rPr>
          <w:sz w:val="28"/>
          <w:szCs w:val="28"/>
          <w:lang w:val="kk-KZ"/>
        </w:rPr>
        <w:t>мен</w:t>
      </w:r>
      <w:r w:rsidRPr="00B347B9">
        <w:rPr>
          <w:sz w:val="28"/>
          <w:szCs w:val="28"/>
        </w:rPr>
        <w:t xml:space="preserve"> </w:t>
      </w:r>
      <w:proofErr w:type="spellStart"/>
      <w:r w:rsidRPr="00B347B9">
        <w:rPr>
          <w:sz w:val="28"/>
          <w:szCs w:val="28"/>
        </w:rPr>
        <w:t>мониторинг</w:t>
      </w:r>
      <w:proofErr w:type="spellEnd"/>
      <w:r w:rsidRPr="00B347B9">
        <w:rPr>
          <w:sz w:val="28"/>
          <w:szCs w:val="28"/>
        </w:rPr>
        <w:t xml:space="preserve"> </w:t>
      </w:r>
      <w:proofErr w:type="spellStart"/>
      <w:r w:rsidRPr="00B347B9">
        <w:rPr>
          <w:sz w:val="28"/>
          <w:szCs w:val="28"/>
        </w:rPr>
        <w:t>жүргізу</w:t>
      </w:r>
      <w:proofErr w:type="spellEnd"/>
      <w:r w:rsidRPr="00B347B9">
        <w:rPr>
          <w:sz w:val="28"/>
          <w:szCs w:val="28"/>
        </w:rPr>
        <w:t xml:space="preserve"> </w:t>
      </w:r>
      <w:proofErr w:type="spellStart"/>
      <w:r w:rsidRPr="00B347B9">
        <w:rPr>
          <w:sz w:val="28"/>
          <w:szCs w:val="28"/>
        </w:rPr>
        <w:t>мүмкіндігі</w:t>
      </w:r>
      <w:proofErr w:type="spellEnd"/>
      <w:r w:rsidRPr="00B347B9">
        <w:rPr>
          <w:sz w:val="28"/>
          <w:szCs w:val="28"/>
        </w:rPr>
        <w:t>.</w:t>
      </w:r>
    </w:p>
    <w:p w14:paraId="559E5C1A" w14:textId="77777777" w:rsidR="00B347B9" w:rsidRPr="00B347B9" w:rsidRDefault="00B347B9" w:rsidP="00D101F4">
      <w:pPr>
        <w:ind w:left="425" w:firstLine="0"/>
        <w:jc w:val="both"/>
      </w:pPr>
    </w:p>
    <w:tbl>
      <w:tblPr>
        <w:tblStyle w:val="aff0"/>
        <w:tblW w:w="0" w:type="auto"/>
        <w:jc w:val="center"/>
        <w:tblLook w:val="04A0" w:firstRow="1" w:lastRow="0" w:firstColumn="1" w:lastColumn="0" w:noHBand="0" w:noVBand="1"/>
      </w:tblPr>
      <w:tblGrid>
        <w:gridCol w:w="2103"/>
        <w:gridCol w:w="2731"/>
        <w:gridCol w:w="2733"/>
        <w:gridCol w:w="2288"/>
      </w:tblGrid>
      <w:tr w:rsidR="00B91334" w14:paraId="7095E040" w14:textId="77777777" w:rsidTr="00F922E3">
        <w:trPr>
          <w:tblHeader/>
          <w:jc w:val="center"/>
        </w:trPr>
        <w:tc>
          <w:tcPr>
            <w:tcW w:w="2103" w:type="dxa"/>
            <w:shd w:val="clear" w:color="auto" w:fill="D9EAD3"/>
          </w:tcPr>
          <w:p w14:paraId="3BE60089" w14:textId="4BE18DDE" w:rsidR="00B91334" w:rsidRPr="00B347B9" w:rsidRDefault="00B347B9" w:rsidP="00B347B9">
            <w:pPr>
              <w:ind w:firstLine="0"/>
              <w:jc w:val="center"/>
              <w:rPr>
                <w:b/>
              </w:rPr>
            </w:pPr>
            <w:proofErr w:type="spellStart"/>
            <w:r w:rsidRPr="00B347B9">
              <w:rPr>
                <w:b/>
              </w:rPr>
              <w:t>Бағыттылығы</w:t>
            </w:r>
            <w:proofErr w:type="spellEnd"/>
          </w:p>
        </w:tc>
        <w:tc>
          <w:tcPr>
            <w:tcW w:w="2731" w:type="dxa"/>
            <w:shd w:val="clear" w:color="auto" w:fill="D9EAD3"/>
          </w:tcPr>
          <w:p w14:paraId="01AF4C09" w14:textId="1D5DE837" w:rsidR="00B91334" w:rsidRPr="00B347B9" w:rsidRDefault="00B347B9" w:rsidP="00B347B9">
            <w:pPr>
              <w:ind w:firstLine="0"/>
              <w:jc w:val="center"/>
              <w:rPr>
                <w:b/>
              </w:rPr>
            </w:pPr>
            <w:proofErr w:type="spellStart"/>
            <w:r w:rsidRPr="00B347B9">
              <w:rPr>
                <w:b/>
              </w:rPr>
              <w:t>Қызмет</w:t>
            </w:r>
            <w:proofErr w:type="spellEnd"/>
            <w:r w:rsidRPr="00B347B9">
              <w:rPr>
                <w:b/>
              </w:rPr>
              <w:t xml:space="preserve"> </w:t>
            </w:r>
            <w:proofErr w:type="spellStart"/>
            <w:r w:rsidRPr="00B347B9">
              <w:rPr>
                <w:b/>
              </w:rPr>
              <w:t>мазмұны</w:t>
            </w:r>
            <w:proofErr w:type="spellEnd"/>
          </w:p>
        </w:tc>
        <w:tc>
          <w:tcPr>
            <w:tcW w:w="2733" w:type="dxa"/>
            <w:shd w:val="clear" w:color="auto" w:fill="D9EAD3"/>
          </w:tcPr>
          <w:p w14:paraId="3D049497" w14:textId="25E7EBEE" w:rsidR="00B91334" w:rsidRPr="00B347B9" w:rsidRDefault="00B347B9" w:rsidP="00B347B9">
            <w:pPr>
              <w:ind w:firstLine="0"/>
              <w:jc w:val="center"/>
              <w:rPr>
                <w:b/>
              </w:rPr>
            </w:pPr>
            <w:proofErr w:type="spellStart"/>
            <w:r w:rsidRPr="00B347B9">
              <w:rPr>
                <w:b/>
              </w:rPr>
              <w:t>Іске</w:t>
            </w:r>
            <w:proofErr w:type="spellEnd"/>
            <w:r w:rsidRPr="00B347B9">
              <w:rPr>
                <w:b/>
              </w:rPr>
              <w:t xml:space="preserve"> </w:t>
            </w:r>
            <w:proofErr w:type="spellStart"/>
            <w:r w:rsidRPr="00B347B9">
              <w:rPr>
                <w:b/>
              </w:rPr>
              <w:t>асыру</w:t>
            </w:r>
            <w:proofErr w:type="spellEnd"/>
            <w:r w:rsidRPr="00B347B9">
              <w:rPr>
                <w:b/>
              </w:rPr>
              <w:t xml:space="preserve"> </w:t>
            </w:r>
            <w:proofErr w:type="spellStart"/>
            <w:r w:rsidRPr="00B347B9">
              <w:rPr>
                <w:b/>
              </w:rPr>
              <w:t>формалары</w:t>
            </w:r>
            <w:proofErr w:type="spellEnd"/>
          </w:p>
        </w:tc>
        <w:tc>
          <w:tcPr>
            <w:tcW w:w="2288" w:type="dxa"/>
            <w:shd w:val="clear" w:color="auto" w:fill="D9EAD3"/>
          </w:tcPr>
          <w:p w14:paraId="73C53BD9" w14:textId="634F5901" w:rsidR="00B91334" w:rsidRPr="00B347B9" w:rsidRDefault="00B347B9" w:rsidP="00B347B9">
            <w:pPr>
              <w:ind w:firstLine="0"/>
              <w:jc w:val="center"/>
              <w:rPr>
                <w:b/>
              </w:rPr>
            </w:pPr>
            <w:proofErr w:type="spellStart"/>
            <w:r w:rsidRPr="00B347B9">
              <w:rPr>
                <w:b/>
              </w:rPr>
              <w:t>Күтілетін</w:t>
            </w:r>
            <w:proofErr w:type="spellEnd"/>
            <w:r w:rsidRPr="00B347B9">
              <w:rPr>
                <w:b/>
              </w:rPr>
              <w:t xml:space="preserve"> </w:t>
            </w:r>
            <w:proofErr w:type="spellStart"/>
            <w:r w:rsidRPr="00B347B9">
              <w:rPr>
                <w:b/>
              </w:rPr>
              <w:t>нәтиже</w:t>
            </w:r>
            <w:proofErr w:type="spellEnd"/>
          </w:p>
        </w:tc>
      </w:tr>
      <w:tr w:rsidR="00B91334" w:rsidRPr="00B347B9" w14:paraId="3F01655A" w14:textId="77777777" w:rsidTr="00F922E3">
        <w:trPr>
          <w:jc w:val="center"/>
        </w:trPr>
        <w:tc>
          <w:tcPr>
            <w:tcW w:w="2103" w:type="dxa"/>
          </w:tcPr>
          <w:p w14:paraId="40C8F129" w14:textId="4216A3E0" w:rsidR="00B91334" w:rsidRDefault="00B347B9" w:rsidP="00C46C6A">
            <w:pPr>
              <w:ind w:firstLine="0"/>
              <w:jc w:val="both"/>
            </w:pPr>
            <w:proofErr w:type="spellStart"/>
            <w:r>
              <w:t>Қауіпсіз</w:t>
            </w:r>
            <w:proofErr w:type="spellEnd"/>
            <w:r>
              <w:t xml:space="preserve"> </w:t>
            </w:r>
            <w:proofErr w:type="spellStart"/>
            <w:r>
              <w:t>туристік</w:t>
            </w:r>
            <w:proofErr w:type="spellEnd"/>
            <w:r>
              <w:t xml:space="preserve"> </w:t>
            </w:r>
            <w:proofErr w:type="spellStart"/>
            <w:r>
              <w:t>қызмет</w:t>
            </w:r>
            <w:proofErr w:type="spellEnd"/>
            <w:r>
              <w:t xml:space="preserve"> </w:t>
            </w:r>
            <w:proofErr w:type="spellStart"/>
            <w:r>
              <w:t>негіздері</w:t>
            </w:r>
            <w:proofErr w:type="spellEnd"/>
          </w:p>
        </w:tc>
        <w:tc>
          <w:tcPr>
            <w:tcW w:w="2731" w:type="dxa"/>
          </w:tcPr>
          <w:p w14:paraId="77D879BF" w14:textId="55F87DDE" w:rsidR="00B91334" w:rsidRPr="00B347B9" w:rsidRDefault="00195065" w:rsidP="00C46C6A">
            <w:pPr>
              <w:ind w:firstLine="0"/>
              <w:jc w:val="both"/>
            </w:pPr>
            <w:r>
              <w:rPr>
                <w:lang w:val="ru-RU"/>
              </w:rPr>
              <w:t>ББСО</w:t>
            </w:r>
            <w:r w:rsidR="00B347B9">
              <w:t xml:space="preserve">, </w:t>
            </w:r>
            <w:proofErr w:type="spellStart"/>
            <w:r w:rsidR="00B347B9">
              <w:t>серуенде</w:t>
            </w:r>
            <w:proofErr w:type="spellEnd"/>
            <w:r w:rsidR="00B347B9">
              <w:t xml:space="preserve">, </w:t>
            </w:r>
            <w:proofErr w:type="spellStart"/>
            <w:r w:rsidR="00B347B9">
              <w:t>маршрутта</w:t>
            </w:r>
            <w:proofErr w:type="spellEnd"/>
            <w:r w:rsidR="00B347B9">
              <w:t xml:space="preserve">, </w:t>
            </w:r>
            <w:proofErr w:type="spellStart"/>
            <w:r w:rsidR="00B347B9">
              <w:t>спорт</w:t>
            </w:r>
            <w:proofErr w:type="spellEnd"/>
            <w:r w:rsidR="00B347B9">
              <w:t xml:space="preserve"> </w:t>
            </w:r>
            <w:proofErr w:type="spellStart"/>
            <w:r w:rsidR="00B347B9">
              <w:t>алаңында</w:t>
            </w:r>
            <w:proofErr w:type="spellEnd"/>
            <w:r w:rsidR="00B347B9">
              <w:t xml:space="preserve"> </w:t>
            </w:r>
            <w:proofErr w:type="spellStart"/>
            <w:r w:rsidR="00B347B9">
              <w:t>және</w:t>
            </w:r>
            <w:proofErr w:type="spellEnd"/>
            <w:r w:rsidR="00B347B9">
              <w:t xml:space="preserve"> </w:t>
            </w:r>
            <w:proofErr w:type="spellStart"/>
            <w:r w:rsidR="00B347B9">
              <w:t>табиғи</w:t>
            </w:r>
            <w:proofErr w:type="spellEnd"/>
            <w:r w:rsidR="00B347B9">
              <w:t xml:space="preserve"> </w:t>
            </w:r>
            <w:proofErr w:type="spellStart"/>
            <w:r w:rsidR="00B347B9">
              <w:t>ортада</w:t>
            </w:r>
            <w:proofErr w:type="spellEnd"/>
            <w:r w:rsidR="00B347B9">
              <w:t xml:space="preserve"> </w:t>
            </w:r>
            <w:proofErr w:type="spellStart"/>
            <w:r w:rsidR="00B347B9">
              <w:t>қауіпсіз</w:t>
            </w:r>
            <w:proofErr w:type="spellEnd"/>
            <w:r w:rsidR="00B347B9">
              <w:t xml:space="preserve"> </w:t>
            </w:r>
            <w:proofErr w:type="spellStart"/>
            <w:r w:rsidR="00B347B9">
              <w:t>мінез-құлық</w:t>
            </w:r>
            <w:proofErr w:type="spellEnd"/>
            <w:r w:rsidR="00B347B9">
              <w:t xml:space="preserve"> </w:t>
            </w:r>
            <w:proofErr w:type="spellStart"/>
            <w:r w:rsidR="00B347B9">
              <w:t>ережелерін</w:t>
            </w:r>
            <w:proofErr w:type="spellEnd"/>
            <w:r w:rsidR="00B347B9">
              <w:t xml:space="preserve"> </w:t>
            </w:r>
            <w:proofErr w:type="spellStart"/>
            <w:r w:rsidR="00B347B9">
              <w:t>қалыптастыру</w:t>
            </w:r>
            <w:proofErr w:type="spellEnd"/>
            <w:r w:rsidR="00B347B9">
              <w:t>.</w:t>
            </w:r>
          </w:p>
        </w:tc>
        <w:tc>
          <w:tcPr>
            <w:tcW w:w="2733" w:type="dxa"/>
          </w:tcPr>
          <w:p w14:paraId="46C39C02" w14:textId="625FF24A" w:rsidR="00B91334" w:rsidRPr="00B347B9" w:rsidRDefault="00B347B9" w:rsidP="00C46C6A">
            <w:pPr>
              <w:ind w:firstLine="0"/>
              <w:jc w:val="both"/>
            </w:pPr>
            <w:proofErr w:type="spellStart"/>
            <w:r>
              <w:t>Нұсқа</w:t>
            </w:r>
            <w:proofErr w:type="spellEnd"/>
            <w:r w:rsidR="002470DA">
              <w:rPr>
                <w:lang w:val="kk-KZ"/>
              </w:rPr>
              <w:t>улықтар</w:t>
            </w:r>
            <w:r>
              <w:t xml:space="preserve">, </w:t>
            </w:r>
            <w:proofErr w:type="spellStart"/>
            <w:r>
              <w:t>маршрут</w:t>
            </w:r>
            <w:proofErr w:type="spellEnd"/>
            <w:r>
              <w:t xml:space="preserve"> </w:t>
            </w:r>
            <w:proofErr w:type="spellStart"/>
            <w:r>
              <w:t>ережелері</w:t>
            </w:r>
            <w:proofErr w:type="spellEnd"/>
            <w:r>
              <w:t>, «</w:t>
            </w:r>
            <w:proofErr w:type="spellStart"/>
            <w:r>
              <w:t>Қауіпсіз</w:t>
            </w:r>
            <w:proofErr w:type="spellEnd"/>
            <w:r>
              <w:t xml:space="preserve"> </w:t>
            </w:r>
            <w:proofErr w:type="spellStart"/>
            <w:r>
              <w:t>таңдау</w:t>
            </w:r>
            <w:proofErr w:type="spellEnd"/>
            <w:r>
              <w:t xml:space="preserve">» </w:t>
            </w:r>
            <w:proofErr w:type="spellStart"/>
            <w:r>
              <w:t>ойындары</w:t>
            </w:r>
            <w:proofErr w:type="spellEnd"/>
            <w:r>
              <w:t xml:space="preserve">, </w:t>
            </w:r>
            <w:proofErr w:type="spellStart"/>
            <w:r>
              <w:t>маршруттағы</w:t>
            </w:r>
            <w:proofErr w:type="spellEnd"/>
            <w:r>
              <w:t xml:space="preserve"> </w:t>
            </w:r>
            <w:proofErr w:type="spellStart"/>
            <w:r>
              <w:t>мінез-құлық</w:t>
            </w:r>
            <w:proofErr w:type="spellEnd"/>
            <w:r>
              <w:t xml:space="preserve"> </w:t>
            </w:r>
            <w:proofErr w:type="spellStart"/>
            <w:r>
              <w:t>практикумдары</w:t>
            </w:r>
            <w:proofErr w:type="spellEnd"/>
            <w:r>
              <w:t xml:space="preserve">, </w:t>
            </w:r>
            <w:proofErr w:type="spellStart"/>
            <w:r>
              <w:t>қауіпсіздік</w:t>
            </w:r>
            <w:proofErr w:type="spellEnd"/>
            <w:r>
              <w:t xml:space="preserve"> </w:t>
            </w:r>
            <w:r w:rsidR="00C725C9">
              <w:rPr>
                <w:lang w:val="kk-KZ"/>
              </w:rPr>
              <w:t>ескертулері</w:t>
            </w:r>
            <w:r>
              <w:t>.</w:t>
            </w:r>
          </w:p>
        </w:tc>
        <w:tc>
          <w:tcPr>
            <w:tcW w:w="2288" w:type="dxa"/>
          </w:tcPr>
          <w:p w14:paraId="5944C9DF" w14:textId="2218BDAD" w:rsidR="00B91334" w:rsidRPr="00B347B9" w:rsidRDefault="00B347B9" w:rsidP="00C46C6A">
            <w:pPr>
              <w:ind w:firstLine="0"/>
              <w:jc w:val="both"/>
            </w:pPr>
            <w:proofErr w:type="spellStart"/>
            <w:r>
              <w:t>Спорттық-туристік</w:t>
            </w:r>
            <w:proofErr w:type="spellEnd"/>
            <w:r>
              <w:t xml:space="preserve"> </w:t>
            </w:r>
            <w:proofErr w:type="spellStart"/>
            <w:r>
              <w:t>іс-шараларға</w:t>
            </w:r>
            <w:proofErr w:type="spellEnd"/>
            <w:r>
              <w:t xml:space="preserve"> </w:t>
            </w:r>
            <w:proofErr w:type="spellStart"/>
            <w:r>
              <w:t>қауіпсіз</w:t>
            </w:r>
            <w:proofErr w:type="spellEnd"/>
            <w:r>
              <w:t xml:space="preserve"> </w:t>
            </w:r>
            <w:proofErr w:type="spellStart"/>
            <w:r>
              <w:t>қатысу</w:t>
            </w:r>
            <w:proofErr w:type="spellEnd"/>
            <w:r>
              <w:t xml:space="preserve"> </w:t>
            </w:r>
            <w:proofErr w:type="spellStart"/>
            <w:r>
              <w:t>ережелерін</w:t>
            </w:r>
            <w:proofErr w:type="spellEnd"/>
            <w:r>
              <w:t xml:space="preserve"> </w:t>
            </w:r>
            <w:proofErr w:type="spellStart"/>
            <w:r>
              <w:t>меңгеру</w:t>
            </w:r>
            <w:proofErr w:type="spellEnd"/>
            <w:r>
              <w:t>.</w:t>
            </w:r>
          </w:p>
        </w:tc>
      </w:tr>
      <w:tr w:rsidR="00B91334" w:rsidRPr="00655EAC" w14:paraId="7A8F567C" w14:textId="77777777" w:rsidTr="00F922E3">
        <w:trPr>
          <w:jc w:val="center"/>
        </w:trPr>
        <w:tc>
          <w:tcPr>
            <w:tcW w:w="2103" w:type="dxa"/>
          </w:tcPr>
          <w:p w14:paraId="3399F268" w14:textId="1D32EF25" w:rsidR="00B91334" w:rsidRPr="0031418E" w:rsidRDefault="0031418E" w:rsidP="00C46C6A">
            <w:pPr>
              <w:ind w:firstLine="0"/>
              <w:jc w:val="both"/>
              <w:rPr>
                <w:lang w:val="ru-RU"/>
              </w:rPr>
            </w:pPr>
            <w:proofErr w:type="spellStart"/>
            <w:r w:rsidRPr="0031418E">
              <w:rPr>
                <w:lang w:val="ru-RU"/>
              </w:rPr>
              <w:t>Командалық</w:t>
            </w:r>
            <w:proofErr w:type="spellEnd"/>
            <w:r w:rsidRPr="0031418E">
              <w:rPr>
                <w:lang w:val="ru-RU"/>
              </w:rPr>
              <w:t xml:space="preserve"> </w:t>
            </w:r>
            <w:proofErr w:type="spellStart"/>
            <w:r w:rsidRPr="0031418E">
              <w:rPr>
                <w:lang w:val="ru-RU"/>
              </w:rPr>
              <w:t>қозғалыс</w:t>
            </w:r>
            <w:proofErr w:type="spellEnd"/>
            <w:r w:rsidRPr="0031418E">
              <w:rPr>
                <w:lang w:val="ru-RU"/>
              </w:rPr>
              <w:t xml:space="preserve"> </w:t>
            </w:r>
            <w:proofErr w:type="spellStart"/>
            <w:r w:rsidRPr="0031418E">
              <w:rPr>
                <w:lang w:val="ru-RU"/>
              </w:rPr>
              <w:t>және</w:t>
            </w:r>
            <w:proofErr w:type="spellEnd"/>
            <w:r w:rsidRPr="0031418E">
              <w:rPr>
                <w:lang w:val="ru-RU"/>
              </w:rPr>
              <w:t xml:space="preserve"> </w:t>
            </w:r>
            <w:proofErr w:type="spellStart"/>
            <w:r w:rsidRPr="0031418E">
              <w:rPr>
                <w:lang w:val="ru-RU"/>
              </w:rPr>
              <w:t>спорттық</w:t>
            </w:r>
            <w:proofErr w:type="spellEnd"/>
            <w:r w:rsidRPr="0031418E">
              <w:rPr>
                <w:lang w:val="ru-RU"/>
              </w:rPr>
              <w:t xml:space="preserve"> </w:t>
            </w:r>
            <w:proofErr w:type="spellStart"/>
            <w:r w:rsidRPr="0031418E">
              <w:rPr>
                <w:lang w:val="ru-RU"/>
              </w:rPr>
              <w:t>ойындар</w:t>
            </w:r>
            <w:proofErr w:type="spellEnd"/>
          </w:p>
        </w:tc>
        <w:tc>
          <w:tcPr>
            <w:tcW w:w="2731" w:type="dxa"/>
          </w:tcPr>
          <w:p w14:paraId="33F548EA" w14:textId="1AC17801" w:rsidR="00B91334" w:rsidRPr="0031418E" w:rsidRDefault="0031418E" w:rsidP="00C46C6A">
            <w:pPr>
              <w:ind w:firstLine="0"/>
              <w:jc w:val="both"/>
              <w:rPr>
                <w:lang w:val="ru-RU"/>
              </w:rPr>
            </w:pPr>
            <w:proofErr w:type="spellStart"/>
            <w:r>
              <w:rPr>
                <w:lang w:val="ru-RU"/>
              </w:rPr>
              <w:t>қ</w:t>
            </w:r>
            <w:r w:rsidRPr="0031418E">
              <w:rPr>
                <w:lang w:val="ru-RU"/>
              </w:rPr>
              <w:t>имыл-қозғалыс</w:t>
            </w:r>
            <w:proofErr w:type="spellEnd"/>
            <w:r w:rsidRPr="0031418E">
              <w:rPr>
                <w:lang w:val="ru-RU"/>
              </w:rPr>
              <w:t xml:space="preserve"> </w:t>
            </w:r>
            <w:proofErr w:type="spellStart"/>
            <w:r w:rsidRPr="0031418E">
              <w:rPr>
                <w:lang w:val="ru-RU"/>
              </w:rPr>
              <w:t>белсенділігін</w:t>
            </w:r>
            <w:proofErr w:type="spellEnd"/>
            <w:r w:rsidRPr="0031418E">
              <w:rPr>
                <w:lang w:val="ru-RU"/>
              </w:rPr>
              <w:t xml:space="preserve">, </w:t>
            </w:r>
            <w:proofErr w:type="spellStart"/>
            <w:r w:rsidRPr="0031418E">
              <w:rPr>
                <w:lang w:val="ru-RU"/>
              </w:rPr>
              <w:t>үйлесімділікті</w:t>
            </w:r>
            <w:proofErr w:type="spellEnd"/>
            <w:r w:rsidRPr="0031418E">
              <w:rPr>
                <w:lang w:val="ru-RU"/>
              </w:rPr>
              <w:t xml:space="preserve">, </w:t>
            </w:r>
            <w:proofErr w:type="spellStart"/>
            <w:r w:rsidRPr="0031418E">
              <w:rPr>
                <w:lang w:val="ru-RU"/>
              </w:rPr>
              <w:t>төзімділікті</w:t>
            </w:r>
            <w:proofErr w:type="spellEnd"/>
            <w:r w:rsidRPr="0031418E">
              <w:rPr>
                <w:lang w:val="ru-RU"/>
              </w:rPr>
              <w:t xml:space="preserve">, </w:t>
            </w:r>
            <w:proofErr w:type="spellStart"/>
            <w:r w:rsidRPr="0031418E">
              <w:rPr>
                <w:lang w:val="ru-RU"/>
              </w:rPr>
              <w:t>ептілікті</w:t>
            </w:r>
            <w:proofErr w:type="spellEnd"/>
            <w:r w:rsidRPr="0031418E">
              <w:rPr>
                <w:lang w:val="ru-RU"/>
              </w:rPr>
              <w:t xml:space="preserve">, </w:t>
            </w:r>
            <w:proofErr w:type="spellStart"/>
            <w:r w:rsidRPr="0031418E">
              <w:rPr>
                <w:lang w:val="ru-RU"/>
              </w:rPr>
              <w:t>адал</w:t>
            </w:r>
            <w:proofErr w:type="spellEnd"/>
            <w:r w:rsidRPr="0031418E">
              <w:rPr>
                <w:lang w:val="ru-RU"/>
              </w:rPr>
              <w:t xml:space="preserve"> </w:t>
            </w:r>
            <w:proofErr w:type="spellStart"/>
            <w:r w:rsidRPr="0031418E">
              <w:rPr>
                <w:lang w:val="ru-RU"/>
              </w:rPr>
              <w:t>бәсекелестік</w:t>
            </w:r>
            <w:proofErr w:type="spellEnd"/>
            <w:r w:rsidRPr="0031418E">
              <w:rPr>
                <w:lang w:val="ru-RU"/>
              </w:rPr>
              <w:t xml:space="preserve"> пен </w:t>
            </w:r>
            <w:proofErr w:type="spellStart"/>
            <w:r w:rsidRPr="0031418E">
              <w:rPr>
                <w:lang w:val="ru-RU"/>
              </w:rPr>
              <w:t>өзара</w:t>
            </w:r>
            <w:proofErr w:type="spellEnd"/>
            <w:r w:rsidRPr="0031418E">
              <w:rPr>
                <w:lang w:val="ru-RU"/>
              </w:rPr>
              <w:t xml:space="preserve"> </w:t>
            </w:r>
            <w:proofErr w:type="spellStart"/>
            <w:r w:rsidRPr="0031418E">
              <w:rPr>
                <w:lang w:val="ru-RU"/>
              </w:rPr>
              <w:t>көмекті</w:t>
            </w:r>
            <w:proofErr w:type="spellEnd"/>
            <w:r w:rsidRPr="0031418E">
              <w:rPr>
                <w:lang w:val="ru-RU"/>
              </w:rPr>
              <w:t xml:space="preserve"> </w:t>
            </w:r>
            <w:proofErr w:type="spellStart"/>
            <w:r w:rsidRPr="0031418E">
              <w:rPr>
                <w:lang w:val="ru-RU"/>
              </w:rPr>
              <w:t>дамыту</w:t>
            </w:r>
            <w:proofErr w:type="spellEnd"/>
            <w:r w:rsidRPr="0031418E">
              <w:rPr>
                <w:lang w:val="ru-RU"/>
              </w:rPr>
              <w:t>.</w:t>
            </w:r>
          </w:p>
        </w:tc>
        <w:tc>
          <w:tcPr>
            <w:tcW w:w="2733" w:type="dxa"/>
          </w:tcPr>
          <w:p w14:paraId="63FAF745" w14:textId="1642A47A" w:rsidR="00B91334" w:rsidRPr="0031418E" w:rsidRDefault="0031418E" w:rsidP="00C46C6A">
            <w:pPr>
              <w:ind w:firstLine="0"/>
              <w:jc w:val="both"/>
              <w:rPr>
                <w:lang w:val="ru-RU"/>
              </w:rPr>
            </w:pPr>
            <w:proofErr w:type="spellStart"/>
            <w:r>
              <w:rPr>
                <w:lang w:val="ru-RU"/>
              </w:rPr>
              <w:t>э</w:t>
            </w:r>
            <w:r w:rsidRPr="0031418E">
              <w:rPr>
                <w:lang w:val="ru-RU"/>
              </w:rPr>
              <w:t>стафеталар</w:t>
            </w:r>
            <w:proofErr w:type="spellEnd"/>
            <w:r w:rsidRPr="0031418E">
              <w:rPr>
                <w:lang w:val="ru-RU"/>
              </w:rPr>
              <w:t xml:space="preserve">, </w:t>
            </w:r>
            <w:proofErr w:type="spellStart"/>
            <w:r w:rsidRPr="0031418E">
              <w:rPr>
                <w:lang w:val="ru-RU"/>
              </w:rPr>
              <w:t>қимылды</w:t>
            </w:r>
            <w:proofErr w:type="spellEnd"/>
            <w:r w:rsidRPr="0031418E">
              <w:rPr>
                <w:lang w:val="ru-RU"/>
              </w:rPr>
              <w:t xml:space="preserve"> </w:t>
            </w:r>
            <w:proofErr w:type="spellStart"/>
            <w:r w:rsidRPr="0031418E">
              <w:rPr>
                <w:lang w:val="ru-RU"/>
              </w:rPr>
              <w:t>ойындар</w:t>
            </w:r>
            <w:proofErr w:type="spellEnd"/>
            <w:r w:rsidRPr="0031418E">
              <w:rPr>
                <w:lang w:val="ru-RU"/>
              </w:rPr>
              <w:t xml:space="preserve">, </w:t>
            </w:r>
            <w:proofErr w:type="spellStart"/>
            <w:r w:rsidRPr="0031418E">
              <w:rPr>
                <w:lang w:val="ru-RU"/>
              </w:rPr>
              <w:t>командалық</w:t>
            </w:r>
            <w:proofErr w:type="spellEnd"/>
            <w:r w:rsidRPr="0031418E">
              <w:rPr>
                <w:lang w:val="ru-RU"/>
              </w:rPr>
              <w:t xml:space="preserve"> </w:t>
            </w:r>
            <w:proofErr w:type="spellStart"/>
            <w:r w:rsidRPr="0031418E">
              <w:rPr>
                <w:lang w:val="ru-RU"/>
              </w:rPr>
              <w:t>жарыстар</w:t>
            </w:r>
            <w:proofErr w:type="spellEnd"/>
            <w:r w:rsidRPr="0031418E">
              <w:rPr>
                <w:lang w:val="ru-RU"/>
              </w:rPr>
              <w:t xml:space="preserve">, </w:t>
            </w:r>
            <w:proofErr w:type="spellStart"/>
            <w:r w:rsidRPr="0031418E">
              <w:rPr>
                <w:lang w:val="ru-RU"/>
              </w:rPr>
              <w:t>спорттық</w:t>
            </w:r>
            <w:proofErr w:type="spellEnd"/>
            <w:r w:rsidRPr="0031418E">
              <w:rPr>
                <w:lang w:val="ru-RU"/>
              </w:rPr>
              <w:t xml:space="preserve"> </w:t>
            </w:r>
            <w:proofErr w:type="spellStart"/>
            <w:r w:rsidRPr="0031418E">
              <w:rPr>
                <w:lang w:val="ru-RU"/>
              </w:rPr>
              <w:t>станциялар</w:t>
            </w:r>
            <w:proofErr w:type="spellEnd"/>
            <w:r w:rsidRPr="0031418E">
              <w:rPr>
                <w:lang w:val="ru-RU"/>
              </w:rPr>
              <w:t xml:space="preserve">, </w:t>
            </w:r>
            <w:proofErr w:type="spellStart"/>
            <w:r w:rsidRPr="0031418E">
              <w:rPr>
                <w:lang w:val="ru-RU"/>
              </w:rPr>
              <w:t>зейін</w:t>
            </w:r>
            <w:proofErr w:type="spellEnd"/>
            <w:r w:rsidRPr="0031418E">
              <w:rPr>
                <w:lang w:val="ru-RU"/>
              </w:rPr>
              <w:t xml:space="preserve"> мен </w:t>
            </w:r>
            <w:proofErr w:type="spellStart"/>
            <w:r w:rsidRPr="0031418E">
              <w:rPr>
                <w:lang w:val="ru-RU"/>
              </w:rPr>
              <w:t>үйлесімділік</w:t>
            </w:r>
            <w:proofErr w:type="spellEnd"/>
            <w:r w:rsidRPr="0031418E">
              <w:rPr>
                <w:lang w:val="ru-RU"/>
              </w:rPr>
              <w:t xml:space="preserve"> </w:t>
            </w:r>
            <w:proofErr w:type="spellStart"/>
            <w:r w:rsidRPr="0031418E">
              <w:rPr>
                <w:lang w:val="ru-RU"/>
              </w:rPr>
              <w:t>ойындары</w:t>
            </w:r>
            <w:proofErr w:type="spellEnd"/>
            <w:r w:rsidRPr="0031418E">
              <w:rPr>
                <w:lang w:val="ru-RU"/>
              </w:rPr>
              <w:t>.</w:t>
            </w:r>
          </w:p>
        </w:tc>
        <w:tc>
          <w:tcPr>
            <w:tcW w:w="2288" w:type="dxa"/>
          </w:tcPr>
          <w:p w14:paraId="2DED1019" w14:textId="1EC4D05E" w:rsidR="00B91334" w:rsidRPr="00A81E3F" w:rsidRDefault="0031418E" w:rsidP="00C46C6A">
            <w:pPr>
              <w:ind w:firstLine="0"/>
              <w:jc w:val="both"/>
              <w:rPr>
                <w:lang w:val="ru-RU"/>
              </w:rPr>
            </w:pPr>
            <w:proofErr w:type="spellStart"/>
            <w:r>
              <w:rPr>
                <w:lang w:val="ru-RU"/>
              </w:rPr>
              <w:t>д</w:t>
            </w:r>
            <w:r w:rsidRPr="0031418E">
              <w:rPr>
                <w:lang w:val="ru-RU"/>
              </w:rPr>
              <w:t>ене</w:t>
            </w:r>
            <w:proofErr w:type="spellEnd"/>
            <w:r w:rsidRPr="0031418E">
              <w:rPr>
                <w:lang w:val="ru-RU"/>
              </w:rPr>
              <w:t xml:space="preserve"> </w:t>
            </w:r>
            <w:proofErr w:type="spellStart"/>
            <w:r w:rsidRPr="0031418E">
              <w:rPr>
                <w:lang w:val="ru-RU"/>
              </w:rPr>
              <w:t>денсаулығын</w:t>
            </w:r>
            <w:proofErr w:type="spellEnd"/>
            <w:r w:rsidRPr="0031418E">
              <w:rPr>
                <w:lang w:val="ru-RU"/>
              </w:rPr>
              <w:t xml:space="preserve"> </w:t>
            </w:r>
            <w:proofErr w:type="spellStart"/>
            <w:r w:rsidRPr="0031418E">
              <w:rPr>
                <w:lang w:val="ru-RU"/>
              </w:rPr>
              <w:t>нығайту</w:t>
            </w:r>
            <w:proofErr w:type="spellEnd"/>
            <w:r w:rsidRPr="0031418E">
              <w:rPr>
                <w:lang w:val="ru-RU"/>
              </w:rPr>
              <w:t xml:space="preserve"> </w:t>
            </w:r>
            <w:proofErr w:type="spellStart"/>
            <w:r w:rsidRPr="0031418E">
              <w:rPr>
                <w:lang w:val="ru-RU"/>
              </w:rPr>
              <w:t>және</w:t>
            </w:r>
            <w:proofErr w:type="spellEnd"/>
            <w:r w:rsidRPr="0031418E">
              <w:rPr>
                <w:lang w:val="ru-RU"/>
              </w:rPr>
              <w:t xml:space="preserve"> </w:t>
            </w:r>
            <w:proofErr w:type="spellStart"/>
            <w:r w:rsidRPr="0031418E">
              <w:rPr>
                <w:lang w:val="ru-RU"/>
              </w:rPr>
              <w:t>белсенді</w:t>
            </w:r>
            <w:proofErr w:type="spellEnd"/>
            <w:r w:rsidRPr="0031418E">
              <w:rPr>
                <w:lang w:val="ru-RU"/>
              </w:rPr>
              <w:t xml:space="preserve"> </w:t>
            </w:r>
            <w:proofErr w:type="spellStart"/>
            <w:r w:rsidRPr="0031418E">
              <w:rPr>
                <w:lang w:val="ru-RU"/>
              </w:rPr>
              <w:t>демалысқа</w:t>
            </w:r>
            <w:proofErr w:type="spellEnd"/>
            <w:r w:rsidRPr="0031418E">
              <w:rPr>
                <w:lang w:val="ru-RU"/>
              </w:rPr>
              <w:t xml:space="preserve"> </w:t>
            </w:r>
            <w:proofErr w:type="spellStart"/>
            <w:r w:rsidRPr="0031418E">
              <w:rPr>
                <w:lang w:val="ru-RU"/>
              </w:rPr>
              <w:t>қызығушылық</w:t>
            </w:r>
            <w:proofErr w:type="spellEnd"/>
            <w:r w:rsidRPr="0031418E">
              <w:rPr>
                <w:lang w:val="ru-RU"/>
              </w:rPr>
              <w:t xml:space="preserve"> </w:t>
            </w:r>
            <w:proofErr w:type="spellStart"/>
            <w:proofErr w:type="gramStart"/>
            <w:r w:rsidRPr="0031418E">
              <w:rPr>
                <w:lang w:val="ru-RU"/>
              </w:rPr>
              <w:t>қалыптастыру</w:t>
            </w:r>
            <w:proofErr w:type="spellEnd"/>
            <w:r w:rsidRPr="0031418E">
              <w:rPr>
                <w:lang w:val="ru-RU"/>
              </w:rPr>
              <w:t>.</w:t>
            </w:r>
            <w:r w:rsidR="00C67B66" w:rsidRPr="00A81E3F">
              <w:rPr>
                <w:sz w:val="20"/>
                <w:lang w:val="ru-RU"/>
              </w:rPr>
              <w:t>.</w:t>
            </w:r>
            <w:proofErr w:type="gramEnd"/>
          </w:p>
        </w:tc>
      </w:tr>
      <w:tr w:rsidR="00B91334" w:rsidRPr="0031418E" w14:paraId="4F511C81" w14:textId="77777777" w:rsidTr="00F922E3">
        <w:trPr>
          <w:jc w:val="center"/>
        </w:trPr>
        <w:tc>
          <w:tcPr>
            <w:tcW w:w="2103" w:type="dxa"/>
          </w:tcPr>
          <w:p w14:paraId="67F5D738" w14:textId="70242E52" w:rsidR="00B91334" w:rsidRDefault="0031418E" w:rsidP="00C46C6A">
            <w:pPr>
              <w:ind w:firstLine="0"/>
              <w:jc w:val="both"/>
            </w:pPr>
            <w:proofErr w:type="spellStart"/>
            <w:r>
              <w:t>Бағдарлау</w:t>
            </w:r>
            <w:proofErr w:type="spellEnd"/>
            <w:r>
              <w:t xml:space="preserve"> </w:t>
            </w:r>
            <w:proofErr w:type="spellStart"/>
            <w:r>
              <w:t>және</w:t>
            </w:r>
            <w:proofErr w:type="spellEnd"/>
            <w:r>
              <w:t xml:space="preserve"> </w:t>
            </w:r>
            <w:proofErr w:type="spellStart"/>
            <w:r>
              <w:t>маршруттық</w:t>
            </w:r>
            <w:proofErr w:type="spellEnd"/>
            <w:r>
              <w:t xml:space="preserve"> </w:t>
            </w:r>
            <w:proofErr w:type="spellStart"/>
            <w:r>
              <w:t>дайындық</w:t>
            </w:r>
            <w:proofErr w:type="spellEnd"/>
          </w:p>
        </w:tc>
        <w:tc>
          <w:tcPr>
            <w:tcW w:w="2731" w:type="dxa"/>
          </w:tcPr>
          <w:p w14:paraId="5D4E6911" w14:textId="7552AF06" w:rsidR="00B91334" w:rsidRPr="0031418E" w:rsidRDefault="0031418E" w:rsidP="00C46C6A">
            <w:pPr>
              <w:ind w:firstLine="0"/>
              <w:jc w:val="both"/>
            </w:pPr>
            <w:proofErr w:type="spellStart"/>
            <w:r>
              <w:t>Аумақ</w:t>
            </w:r>
            <w:proofErr w:type="spellEnd"/>
            <w:r>
              <w:t xml:space="preserve"> </w:t>
            </w:r>
            <w:proofErr w:type="spellStart"/>
            <w:r>
              <w:t>сызбасын</w:t>
            </w:r>
            <w:proofErr w:type="spellEnd"/>
            <w:r>
              <w:t xml:space="preserve"> </w:t>
            </w:r>
            <w:proofErr w:type="spellStart"/>
            <w:r>
              <w:t>оқу</w:t>
            </w:r>
            <w:proofErr w:type="spellEnd"/>
            <w:r>
              <w:t xml:space="preserve">, </w:t>
            </w:r>
            <w:proofErr w:type="spellStart"/>
            <w:r>
              <w:t>бағдарларды</w:t>
            </w:r>
            <w:proofErr w:type="spellEnd"/>
            <w:r>
              <w:t xml:space="preserve"> </w:t>
            </w:r>
            <w:proofErr w:type="spellStart"/>
            <w:r>
              <w:t>анықтау</w:t>
            </w:r>
            <w:proofErr w:type="spellEnd"/>
            <w:r>
              <w:t xml:space="preserve">, </w:t>
            </w:r>
            <w:proofErr w:type="spellStart"/>
            <w:r>
              <w:t>қауіпсіз</w:t>
            </w:r>
            <w:proofErr w:type="spellEnd"/>
            <w:r>
              <w:t xml:space="preserve"> </w:t>
            </w:r>
            <w:proofErr w:type="spellStart"/>
            <w:r>
              <w:t>қозғалысты</w:t>
            </w:r>
            <w:proofErr w:type="spellEnd"/>
            <w:r>
              <w:t xml:space="preserve"> </w:t>
            </w:r>
            <w:proofErr w:type="spellStart"/>
            <w:r>
              <w:t>жоспарлау</w:t>
            </w:r>
            <w:proofErr w:type="spellEnd"/>
            <w:r>
              <w:t xml:space="preserve"> </w:t>
            </w:r>
            <w:proofErr w:type="spellStart"/>
            <w:r>
              <w:t>және</w:t>
            </w:r>
            <w:proofErr w:type="spellEnd"/>
            <w:r>
              <w:t xml:space="preserve"> </w:t>
            </w:r>
            <w:proofErr w:type="spellStart"/>
            <w:r>
              <w:t>топпен</w:t>
            </w:r>
            <w:proofErr w:type="spellEnd"/>
            <w:r>
              <w:t xml:space="preserve"> </w:t>
            </w:r>
            <w:proofErr w:type="spellStart"/>
            <w:r>
              <w:t>жұмыс</w:t>
            </w:r>
            <w:proofErr w:type="spellEnd"/>
            <w:r>
              <w:t xml:space="preserve"> </w:t>
            </w:r>
            <w:proofErr w:type="spellStart"/>
            <w:r>
              <w:t>істеу</w:t>
            </w:r>
            <w:proofErr w:type="spellEnd"/>
            <w:r>
              <w:t xml:space="preserve"> </w:t>
            </w:r>
            <w:proofErr w:type="spellStart"/>
            <w:r>
              <w:t>дағдыларын</w:t>
            </w:r>
            <w:proofErr w:type="spellEnd"/>
            <w:r>
              <w:t xml:space="preserve"> </w:t>
            </w:r>
            <w:proofErr w:type="spellStart"/>
            <w:r>
              <w:t>дамыту</w:t>
            </w:r>
            <w:proofErr w:type="spellEnd"/>
            <w:r>
              <w:t>.</w:t>
            </w:r>
          </w:p>
        </w:tc>
        <w:tc>
          <w:tcPr>
            <w:tcW w:w="2733" w:type="dxa"/>
          </w:tcPr>
          <w:p w14:paraId="24219655" w14:textId="078AD0FC" w:rsidR="00B91334" w:rsidRPr="0031418E" w:rsidRDefault="0031418E" w:rsidP="00C46C6A">
            <w:pPr>
              <w:ind w:firstLine="0"/>
              <w:jc w:val="both"/>
            </w:pPr>
            <w:proofErr w:type="spellStart"/>
            <w:r>
              <w:t>Маршрут</w:t>
            </w:r>
            <w:proofErr w:type="spellEnd"/>
            <w:r>
              <w:t xml:space="preserve"> </w:t>
            </w:r>
            <w:proofErr w:type="spellStart"/>
            <w:r>
              <w:t>парақтары</w:t>
            </w:r>
            <w:proofErr w:type="spellEnd"/>
            <w:r>
              <w:t xml:space="preserve">, </w:t>
            </w:r>
            <w:proofErr w:type="spellStart"/>
            <w:r>
              <w:t>аумақ</w:t>
            </w:r>
            <w:proofErr w:type="spellEnd"/>
            <w:r>
              <w:t xml:space="preserve"> </w:t>
            </w:r>
            <w:proofErr w:type="spellStart"/>
            <w:r>
              <w:t>сызбалары</w:t>
            </w:r>
            <w:proofErr w:type="spellEnd"/>
            <w:r>
              <w:t xml:space="preserve">, </w:t>
            </w:r>
            <w:proofErr w:type="spellStart"/>
            <w:r>
              <w:t>бағдарлар</w:t>
            </w:r>
            <w:proofErr w:type="spellEnd"/>
            <w:r>
              <w:t xml:space="preserve">, </w:t>
            </w:r>
            <w:proofErr w:type="spellStart"/>
            <w:r>
              <w:t>квесттер</w:t>
            </w:r>
            <w:proofErr w:type="spellEnd"/>
            <w:r>
              <w:t xml:space="preserve">, </w:t>
            </w:r>
            <w:proofErr w:type="spellStart"/>
            <w:r>
              <w:t>командалық</w:t>
            </w:r>
            <w:proofErr w:type="spellEnd"/>
            <w:r>
              <w:t xml:space="preserve"> </w:t>
            </w:r>
            <w:proofErr w:type="spellStart"/>
            <w:r>
              <w:t>маршруттар</w:t>
            </w:r>
            <w:proofErr w:type="spellEnd"/>
            <w:r>
              <w:t xml:space="preserve">, </w:t>
            </w:r>
            <w:proofErr w:type="spellStart"/>
            <w:r>
              <w:t>шартты</w:t>
            </w:r>
            <w:proofErr w:type="spellEnd"/>
            <w:r>
              <w:t xml:space="preserve"> </w:t>
            </w:r>
            <w:proofErr w:type="spellStart"/>
            <w:r>
              <w:t>белгілер</w:t>
            </w:r>
            <w:proofErr w:type="spellEnd"/>
            <w:r>
              <w:t>.</w:t>
            </w:r>
          </w:p>
        </w:tc>
        <w:tc>
          <w:tcPr>
            <w:tcW w:w="2288" w:type="dxa"/>
          </w:tcPr>
          <w:p w14:paraId="3790F699" w14:textId="5D5B76EA" w:rsidR="00B91334" w:rsidRPr="0031418E" w:rsidRDefault="0031418E" w:rsidP="00C46C6A">
            <w:pPr>
              <w:ind w:firstLine="0"/>
              <w:jc w:val="both"/>
            </w:pPr>
            <w:proofErr w:type="spellStart"/>
            <w:r>
              <w:t>Бағдарлау</w:t>
            </w:r>
            <w:proofErr w:type="spellEnd"/>
            <w:r>
              <w:t xml:space="preserve"> </w:t>
            </w:r>
            <w:proofErr w:type="spellStart"/>
            <w:r>
              <w:t>негіздерін</w:t>
            </w:r>
            <w:proofErr w:type="spellEnd"/>
            <w:r>
              <w:t xml:space="preserve"> </w:t>
            </w:r>
            <w:proofErr w:type="spellStart"/>
            <w:r>
              <w:t>меңгеру</w:t>
            </w:r>
            <w:proofErr w:type="spellEnd"/>
            <w:r>
              <w:t xml:space="preserve"> </w:t>
            </w:r>
            <w:proofErr w:type="spellStart"/>
            <w:r>
              <w:t>және</w:t>
            </w:r>
            <w:proofErr w:type="spellEnd"/>
            <w:r>
              <w:t xml:space="preserve"> </w:t>
            </w:r>
            <w:proofErr w:type="spellStart"/>
            <w:r>
              <w:t>топта</w:t>
            </w:r>
            <w:proofErr w:type="spellEnd"/>
            <w:r>
              <w:t xml:space="preserve"> </w:t>
            </w:r>
            <w:proofErr w:type="spellStart"/>
            <w:r>
              <w:t>жауапты</w:t>
            </w:r>
            <w:proofErr w:type="spellEnd"/>
            <w:r>
              <w:t xml:space="preserve"> </w:t>
            </w:r>
            <w:proofErr w:type="spellStart"/>
            <w:r>
              <w:t>қозғалу</w:t>
            </w:r>
            <w:proofErr w:type="spellEnd"/>
            <w:r>
              <w:t xml:space="preserve"> </w:t>
            </w:r>
            <w:proofErr w:type="spellStart"/>
            <w:r>
              <w:t>дағдыларын</w:t>
            </w:r>
            <w:proofErr w:type="spellEnd"/>
            <w:r>
              <w:t xml:space="preserve"> </w:t>
            </w:r>
            <w:proofErr w:type="spellStart"/>
            <w:r>
              <w:t>қалыптастыру</w:t>
            </w:r>
            <w:proofErr w:type="spellEnd"/>
            <w:r>
              <w:t>.</w:t>
            </w:r>
          </w:p>
        </w:tc>
      </w:tr>
      <w:tr w:rsidR="00B91334" w:rsidRPr="0031418E" w14:paraId="7362A3E7" w14:textId="77777777" w:rsidTr="00F922E3">
        <w:trPr>
          <w:jc w:val="center"/>
        </w:trPr>
        <w:tc>
          <w:tcPr>
            <w:tcW w:w="2103" w:type="dxa"/>
          </w:tcPr>
          <w:p w14:paraId="75BF614B" w14:textId="3889DD99" w:rsidR="00B91334" w:rsidRDefault="0031418E" w:rsidP="00C46C6A">
            <w:pPr>
              <w:ind w:firstLine="0"/>
              <w:jc w:val="both"/>
            </w:pPr>
            <w:proofErr w:type="spellStart"/>
            <w:r>
              <w:lastRenderedPageBreak/>
              <w:t>Туристік</w:t>
            </w:r>
            <w:proofErr w:type="spellEnd"/>
            <w:r>
              <w:t xml:space="preserve"> </w:t>
            </w:r>
            <w:proofErr w:type="spellStart"/>
            <w:r>
              <w:t>практикалық</w:t>
            </w:r>
            <w:proofErr w:type="spellEnd"/>
            <w:r>
              <w:t xml:space="preserve"> </w:t>
            </w:r>
            <w:proofErr w:type="spellStart"/>
            <w:r>
              <w:t>дағдылар</w:t>
            </w:r>
            <w:proofErr w:type="spellEnd"/>
          </w:p>
        </w:tc>
        <w:tc>
          <w:tcPr>
            <w:tcW w:w="2731" w:type="dxa"/>
          </w:tcPr>
          <w:p w14:paraId="4A0471AE" w14:textId="47B0FE7B" w:rsidR="00B91334" w:rsidRPr="0031418E" w:rsidRDefault="0031418E" w:rsidP="00C46C6A">
            <w:pPr>
              <w:ind w:firstLine="0"/>
              <w:jc w:val="both"/>
            </w:pPr>
            <w:proofErr w:type="spellStart"/>
            <w:r>
              <w:t>Жас</w:t>
            </w:r>
            <w:proofErr w:type="spellEnd"/>
            <w:r>
              <w:t xml:space="preserve"> </w:t>
            </w:r>
            <w:proofErr w:type="spellStart"/>
            <w:r>
              <w:t>ерекшеліктерін</w:t>
            </w:r>
            <w:proofErr w:type="spellEnd"/>
            <w:r>
              <w:t xml:space="preserve"> </w:t>
            </w:r>
            <w:proofErr w:type="spellStart"/>
            <w:r>
              <w:t>және</w:t>
            </w:r>
            <w:proofErr w:type="spellEnd"/>
            <w:r>
              <w:t xml:space="preserve"> </w:t>
            </w:r>
            <w:proofErr w:type="spellStart"/>
            <w:r>
              <w:t>қауіпсіздік</w:t>
            </w:r>
            <w:proofErr w:type="spellEnd"/>
            <w:r>
              <w:t xml:space="preserve"> </w:t>
            </w:r>
            <w:proofErr w:type="spellStart"/>
            <w:r>
              <w:t>талаптарын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қарапайым</w:t>
            </w:r>
            <w:proofErr w:type="spellEnd"/>
            <w:r>
              <w:t xml:space="preserve"> </w:t>
            </w:r>
            <w:proofErr w:type="spellStart"/>
            <w:r>
              <w:t>туристік</w:t>
            </w:r>
            <w:proofErr w:type="spellEnd"/>
            <w:r>
              <w:t xml:space="preserve"> </w:t>
            </w:r>
            <w:proofErr w:type="spellStart"/>
            <w:r>
              <w:t>әрекеттерді</w:t>
            </w:r>
            <w:proofErr w:type="spellEnd"/>
            <w:r>
              <w:t xml:space="preserve"> </w:t>
            </w:r>
            <w:proofErr w:type="spellStart"/>
            <w:r>
              <w:t>меңгеру</w:t>
            </w:r>
            <w:proofErr w:type="spellEnd"/>
            <w:r>
              <w:t>.</w:t>
            </w:r>
          </w:p>
        </w:tc>
        <w:tc>
          <w:tcPr>
            <w:tcW w:w="2733" w:type="dxa"/>
          </w:tcPr>
          <w:p w14:paraId="278A0EBB" w14:textId="7B5C8394" w:rsidR="00B91334" w:rsidRPr="0031418E" w:rsidRDefault="0031418E" w:rsidP="00C46C6A">
            <w:pPr>
              <w:ind w:firstLine="0"/>
              <w:jc w:val="both"/>
            </w:pPr>
            <w:proofErr w:type="spellStart"/>
            <w:r>
              <w:t>Шартты</w:t>
            </w:r>
            <w:proofErr w:type="spellEnd"/>
            <w:r>
              <w:t xml:space="preserve"> </w:t>
            </w:r>
            <w:proofErr w:type="spellStart"/>
            <w:r>
              <w:t>рюкзак</w:t>
            </w:r>
            <w:proofErr w:type="spellEnd"/>
            <w:r>
              <w:t xml:space="preserve"> </w:t>
            </w:r>
            <w:proofErr w:type="spellStart"/>
            <w:r>
              <w:t>жинау</w:t>
            </w:r>
            <w:proofErr w:type="spellEnd"/>
            <w:r>
              <w:t xml:space="preserve">, </w:t>
            </w:r>
            <w:proofErr w:type="spellStart"/>
            <w:r>
              <w:t>туристік</w:t>
            </w:r>
            <w:proofErr w:type="spellEnd"/>
            <w:r>
              <w:t xml:space="preserve"> </w:t>
            </w:r>
            <w:proofErr w:type="spellStart"/>
            <w:r>
              <w:t>түйіндер</w:t>
            </w:r>
            <w:proofErr w:type="spellEnd"/>
            <w:r>
              <w:t xml:space="preserve">, </w:t>
            </w:r>
            <w:proofErr w:type="spellStart"/>
            <w:r>
              <w:t>оқу</w:t>
            </w:r>
            <w:proofErr w:type="spellEnd"/>
            <w:r>
              <w:t xml:space="preserve"> </w:t>
            </w:r>
            <w:proofErr w:type="spellStart"/>
            <w:r>
              <w:t>бивагын</w:t>
            </w:r>
            <w:proofErr w:type="spellEnd"/>
            <w:r>
              <w:t xml:space="preserve"> </w:t>
            </w:r>
            <w:proofErr w:type="spellStart"/>
            <w:r>
              <w:t>ұйымдастыру</w:t>
            </w:r>
            <w:proofErr w:type="spellEnd"/>
            <w:r>
              <w:t xml:space="preserve">, </w:t>
            </w:r>
            <w:proofErr w:type="spellStart"/>
            <w:r>
              <w:t>топпен</w:t>
            </w:r>
            <w:proofErr w:type="spellEnd"/>
            <w:r>
              <w:t xml:space="preserve"> </w:t>
            </w:r>
            <w:proofErr w:type="spellStart"/>
            <w:r>
              <w:t>қозғалу</w:t>
            </w:r>
            <w:proofErr w:type="spellEnd"/>
            <w:r>
              <w:t xml:space="preserve"> </w:t>
            </w:r>
            <w:proofErr w:type="spellStart"/>
            <w:r>
              <w:t>ережелері</w:t>
            </w:r>
            <w:proofErr w:type="spellEnd"/>
            <w:r>
              <w:t xml:space="preserve">, </w:t>
            </w:r>
            <w:proofErr w:type="spellStart"/>
            <w:r>
              <w:t>құрал-жабдықпен</w:t>
            </w:r>
            <w:proofErr w:type="spellEnd"/>
            <w:r>
              <w:t xml:space="preserve"> </w:t>
            </w:r>
            <w:proofErr w:type="spellStart"/>
            <w:r>
              <w:t>жұмыс</w:t>
            </w:r>
            <w:proofErr w:type="spellEnd"/>
            <w:r>
              <w:t xml:space="preserve"> (</w:t>
            </w:r>
            <w:proofErr w:type="spellStart"/>
            <w:r>
              <w:t>бар</w:t>
            </w:r>
            <w:proofErr w:type="spellEnd"/>
            <w:r>
              <w:t xml:space="preserve"> </w:t>
            </w:r>
            <w:proofErr w:type="spellStart"/>
            <w:r>
              <w:t>болған</w:t>
            </w:r>
            <w:proofErr w:type="spellEnd"/>
            <w:r>
              <w:t xml:space="preserve"> </w:t>
            </w:r>
            <w:proofErr w:type="spellStart"/>
            <w:r>
              <w:t>жағдайда</w:t>
            </w:r>
            <w:proofErr w:type="spellEnd"/>
            <w:r>
              <w:t>).</w:t>
            </w:r>
          </w:p>
        </w:tc>
        <w:tc>
          <w:tcPr>
            <w:tcW w:w="2288" w:type="dxa"/>
          </w:tcPr>
          <w:p w14:paraId="7663F2B3" w14:textId="4162BD55" w:rsidR="00B91334" w:rsidRPr="0031418E" w:rsidRDefault="0031418E" w:rsidP="00C46C6A">
            <w:pPr>
              <w:ind w:firstLine="0"/>
              <w:jc w:val="both"/>
            </w:pPr>
            <w:proofErr w:type="spellStart"/>
            <w:r>
              <w:t>Қауіпсіз</w:t>
            </w:r>
            <w:proofErr w:type="spellEnd"/>
            <w:r>
              <w:t xml:space="preserve"> </w:t>
            </w:r>
            <w:proofErr w:type="spellStart"/>
            <w:r>
              <w:t>жағдайда</w:t>
            </w:r>
            <w:proofErr w:type="spellEnd"/>
            <w:r>
              <w:t xml:space="preserve"> </w:t>
            </w:r>
            <w:proofErr w:type="spellStart"/>
            <w:r>
              <w:t>туристік</w:t>
            </w:r>
            <w:proofErr w:type="spellEnd"/>
            <w:r>
              <w:t xml:space="preserve"> </w:t>
            </w:r>
            <w:proofErr w:type="spellStart"/>
            <w:r>
              <w:t>дайындықтың</w:t>
            </w:r>
            <w:proofErr w:type="spellEnd"/>
            <w:r>
              <w:t xml:space="preserve"> </w:t>
            </w:r>
            <w:proofErr w:type="spellStart"/>
            <w:r>
              <w:t>практикалық</w:t>
            </w:r>
            <w:proofErr w:type="spellEnd"/>
            <w:r>
              <w:t xml:space="preserve"> </w:t>
            </w:r>
            <w:proofErr w:type="spellStart"/>
            <w:r>
              <w:t>тәжірибесін</w:t>
            </w:r>
            <w:proofErr w:type="spellEnd"/>
            <w:r>
              <w:t xml:space="preserve"> </w:t>
            </w:r>
            <w:proofErr w:type="spellStart"/>
            <w:r>
              <w:t>алу</w:t>
            </w:r>
            <w:proofErr w:type="spellEnd"/>
            <w:r>
              <w:t>.</w:t>
            </w:r>
          </w:p>
        </w:tc>
      </w:tr>
      <w:tr w:rsidR="00B91334" w:rsidRPr="00A63630" w14:paraId="3EBF49D2" w14:textId="77777777" w:rsidTr="00F922E3">
        <w:trPr>
          <w:jc w:val="center"/>
        </w:trPr>
        <w:tc>
          <w:tcPr>
            <w:tcW w:w="2103" w:type="dxa"/>
          </w:tcPr>
          <w:p w14:paraId="2A36BDE5" w14:textId="199916DE" w:rsidR="00B91334" w:rsidRPr="0031418E" w:rsidRDefault="0031418E" w:rsidP="00C46C6A">
            <w:pPr>
              <w:ind w:firstLine="0"/>
              <w:jc w:val="both"/>
            </w:pPr>
            <w:proofErr w:type="spellStart"/>
            <w:r>
              <w:t>Өлкетану</w:t>
            </w:r>
            <w:proofErr w:type="spellEnd"/>
            <w:r>
              <w:t xml:space="preserve"> </w:t>
            </w:r>
            <w:proofErr w:type="spellStart"/>
            <w:r>
              <w:t>және</w:t>
            </w:r>
            <w:proofErr w:type="spellEnd"/>
            <w:r>
              <w:t xml:space="preserve"> </w:t>
            </w:r>
            <w:proofErr w:type="spellStart"/>
            <w:r>
              <w:t>туған</w:t>
            </w:r>
            <w:proofErr w:type="spellEnd"/>
            <w:r>
              <w:t xml:space="preserve"> </w:t>
            </w:r>
            <w:proofErr w:type="spellStart"/>
            <w:r>
              <w:t>өлке</w:t>
            </w:r>
            <w:proofErr w:type="spellEnd"/>
            <w:r>
              <w:t xml:space="preserve"> </w:t>
            </w:r>
            <w:proofErr w:type="spellStart"/>
            <w:r>
              <w:t>табиғаты</w:t>
            </w:r>
            <w:proofErr w:type="spellEnd"/>
          </w:p>
        </w:tc>
        <w:tc>
          <w:tcPr>
            <w:tcW w:w="2731" w:type="dxa"/>
          </w:tcPr>
          <w:p w14:paraId="111FC01A" w14:textId="56F9CC2F" w:rsidR="00B91334" w:rsidRPr="0031418E" w:rsidRDefault="0031418E" w:rsidP="00C46C6A">
            <w:pPr>
              <w:ind w:firstLine="0"/>
              <w:jc w:val="both"/>
            </w:pPr>
            <w:proofErr w:type="spellStart"/>
            <w:r>
              <w:t>Табиғи</w:t>
            </w:r>
            <w:proofErr w:type="spellEnd"/>
            <w:r>
              <w:t xml:space="preserve">, </w:t>
            </w:r>
            <w:proofErr w:type="spellStart"/>
            <w:r>
              <w:t>тарихи-мәдени</w:t>
            </w:r>
            <w:proofErr w:type="spellEnd"/>
            <w:r>
              <w:t xml:space="preserve"> </w:t>
            </w:r>
            <w:proofErr w:type="spellStart"/>
            <w:r>
              <w:t>және</w:t>
            </w:r>
            <w:proofErr w:type="spellEnd"/>
            <w:r>
              <w:t xml:space="preserve"> </w:t>
            </w:r>
            <w:proofErr w:type="spellStart"/>
            <w:r>
              <w:t>географиялық</w:t>
            </w:r>
            <w:proofErr w:type="spellEnd"/>
            <w:r>
              <w:t xml:space="preserve"> </w:t>
            </w:r>
            <w:proofErr w:type="spellStart"/>
            <w:r>
              <w:t>ерекшеліктерге</w:t>
            </w:r>
            <w:proofErr w:type="spellEnd"/>
            <w:r>
              <w:t xml:space="preserve"> </w:t>
            </w:r>
            <w:proofErr w:type="spellStart"/>
            <w:r>
              <w:t>қызығушылықты</w:t>
            </w:r>
            <w:proofErr w:type="spellEnd"/>
            <w:r>
              <w:t xml:space="preserve"> </w:t>
            </w:r>
            <w:proofErr w:type="spellStart"/>
            <w:r>
              <w:t>дамыту</w:t>
            </w:r>
            <w:proofErr w:type="spellEnd"/>
            <w:r>
              <w:t>.</w:t>
            </w:r>
          </w:p>
        </w:tc>
        <w:tc>
          <w:tcPr>
            <w:tcW w:w="2733" w:type="dxa"/>
          </w:tcPr>
          <w:p w14:paraId="0A196AFB" w14:textId="74D8FCEE" w:rsidR="00B91334" w:rsidRPr="0031418E" w:rsidRDefault="0031418E" w:rsidP="00C46C6A">
            <w:pPr>
              <w:ind w:firstLine="0"/>
              <w:jc w:val="both"/>
            </w:pPr>
            <w:proofErr w:type="spellStart"/>
            <w:r>
              <w:t>Өлкетан</w:t>
            </w:r>
            <w:proofErr w:type="spellEnd"/>
            <w:r>
              <w:rPr>
                <w:lang w:val="kk-KZ"/>
              </w:rPr>
              <w:t xml:space="preserve">ымдық </w:t>
            </w:r>
            <w:proofErr w:type="spellStart"/>
            <w:r>
              <w:t>серуендер</w:t>
            </w:r>
            <w:proofErr w:type="spellEnd"/>
            <w:r>
              <w:t xml:space="preserve">, </w:t>
            </w:r>
            <w:proofErr w:type="spellStart"/>
            <w:r>
              <w:t>бақылаулар</w:t>
            </w:r>
            <w:proofErr w:type="spellEnd"/>
            <w:r>
              <w:t xml:space="preserve">, </w:t>
            </w:r>
            <w:proofErr w:type="spellStart"/>
            <w:r>
              <w:t>шағын</w:t>
            </w:r>
            <w:proofErr w:type="spellEnd"/>
            <w:r>
              <w:t xml:space="preserve"> </w:t>
            </w:r>
            <w:proofErr w:type="spellStart"/>
            <w:r>
              <w:t>зерттеулер</w:t>
            </w:r>
            <w:proofErr w:type="spellEnd"/>
            <w:r>
              <w:t xml:space="preserve">, </w:t>
            </w:r>
            <w:proofErr w:type="spellStart"/>
            <w:r>
              <w:t>маршрут</w:t>
            </w:r>
            <w:proofErr w:type="spellEnd"/>
            <w:r>
              <w:t xml:space="preserve"> </w:t>
            </w:r>
            <w:proofErr w:type="spellStart"/>
            <w:r>
              <w:t>фотожылнамасы</w:t>
            </w:r>
            <w:proofErr w:type="spellEnd"/>
            <w:r>
              <w:t xml:space="preserve">, </w:t>
            </w:r>
            <w:r w:rsidR="00195065">
              <w:rPr>
                <w:lang w:val="ru-RU"/>
              </w:rPr>
              <w:t>ББСО</w:t>
            </w:r>
            <w:r>
              <w:t xml:space="preserve"> </w:t>
            </w:r>
            <w:proofErr w:type="spellStart"/>
            <w:r>
              <w:t>қызықты</w:t>
            </w:r>
            <w:proofErr w:type="spellEnd"/>
            <w:r>
              <w:t xml:space="preserve"> </w:t>
            </w:r>
            <w:proofErr w:type="spellStart"/>
            <w:r>
              <w:t>орындарының</w:t>
            </w:r>
            <w:proofErr w:type="spellEnd"/>
            <w:r>
              <w:t xml:space="preserve"> </w:t>
            </w:r>
            <w:proofErr w:type="spellStart"/>
            <w:r>
              <w:t>картасы</w:t>
            </w:r>
            <w:proofErr w:type="spellEnd"/>
            <w:r>
              <w:t>.</w:t>
            </w:r>
          </w:p>
        </w:tc>
        <w:tc>
          <w:tcPr>
            <w:tcW w:w="2288" w:type="dxa"/>
          </w:tcPr>
          <w:p w14:paraId="0C29E83E" w14:textId="76FE4145" w:rsidR="00B91334" w:rsidRPr="00A63630" w:rsidRDefault="00A63630" w:rsidP="00C46C6A">
            <w:pPr>
              <w:ind w:firstLine="0"/>
              <w:jc w:val="both"/>
            </w:pPr>
            <w:proofErr w:type="spellStart"/>
            <w:r>
              <w:t>Туған</w:t>
            </w:r>
            <w:proofErr w:type="spellEnd"/>
            <w:r>
              <w:t xml:space="preserve"> </w:t>
            </w:r>
            <w:proofErr w:type="spellStart"/>
            <w:r>
              <w:t>өлкені</w:t>
            </w:r>
            <w:proofErr w:type="spellEnd"/>
            <w:r>
              <w:t xml:space="preserve"> </w:t>
            </w:r>
            <w:proofErr w:type="spellStart"/>
            <w:r>
              <w:t>тануға</w:t>
            </w:r>
            <w:proofErr w:type="spellEnd"/>
            <w:r>
              <w:t xml:space="preserve"> </w:t>
            </w:r>
            <w:proofErr w:type="spellStart"/>
            <w:r>
              <w:t>қызығушылық</w:t>
            </w:r>
            <w:proofErr w:type="spellEnd"/>
            <w:r>
              <w:t xml:space="preserve"> </w:t>
            </w:r>
            <w:proofErr w:type="spellStart"/>
            <w:r>
              <w:t>және</w:t>
            </w:r>
            <w:proofErr w:type="spellEnd"/>
            <w:r>
              <w:t xml:space="preserve"> </w:t>
            </w:r>
            <w:proofErr w:type="spellStart"/>
            <w:r>
              <w:t>мәдени</w:t>
            </w:r>
            <w:proofErr w:type="spellEnd"/>
            <w:r>
              <w:t xml:space="preserve"> </w:t>
            </w:r>
            <w:proofErr w:type="spellStart"/>
            <w:r>
              <w:t>мұраға</w:t>
            </w:r>
            <w:proofErr w:type="spellEnd"/>
            <w:r>
              <w:t xml:space="preserve"> </w:t>
            </w:r>
            <w:proofErr w:type="spellStart"/>
            <w:r>
              <w:t>құрмет</w:t>
            </w:r>
            <w:proofErr w:type="spellEnd"/>
            <w:r>
              <w:t xml:space="preserve"> </w:t>
            </w:r>
            <w:proofErr w:type="spellStart"/>
            <w:r>
              <w:t>қалыптастыру</w:t>
            </w:r>
            <w:proofErr w:type="spellEnd"/>
            <w:r>
              <w:t>.</w:t>
            </w:r>
          </w:p>
        </w:tc>
      </w:tr>
      <w:tr w:rsidR="00B91334" w:rsidRPr="00A63630" w14:paraId="6C372E3C" w14:textId="77777777" w:rsidTr="00F922E3">
        <w:trPr>
          <w:jc w:val="center"/>
        </w:trPr>
        <w:tc>
          <w:tcPr>
            <w:tcW w:w="2103" w:type="dxa"/>
          </w:tcPr>
          <w:p w14:paraId="4B7FD913" w14:textId="67456722" w:rsidR="00B91334" w:rsidRDefault="00A63630" w:rsidP="00C46C6A">
            <w:pPr>
              <w:ind w:firstLine="0"/>
              <w:jc w:val="both"/>
            </w:pPr>
            <w:proofErr w:type="spellStart"/>
            <w:r>
              <w:t>Маршруттағы</w:t>
            </w:r>
            <w:proofErr w:type="spellEnd"/>
            <w:r>
              <w:t xml:space="preserve"> </w:t>
            </w:r>
            <w:proofErr w:type="spellStart"/>
            <w:r>
              <w:t>экологиялық</w:t>
            </w:r>
            <w:proofErr w:type="spellEnd"/>
            <w:r>
              <w:t xml:space="preserve"> </w:t>
            </w:r>
            <w:proofErr w:type="spellStart"/>
            <w:r>
              <w:t>жауапкершілік</w:t>
            </w:r>
            <w:proofErr w:type="spellEnd"/>
          </w:p>
        </w:tc>
        <w:tc>
          <w:tcPr>
            <w:tcW w:w="2731" w:type="dxa"/>
          </w:tcPr>
          <w:p w14:paraId="02B79B4D" w14:textId="1AC92725" w:rsidR="00B91334" w:rsidRPr="00A63630" w:rsidRDefault="00A63630" w:rsidP="00C46C6A">
            <w:pPr>
              <w:ind w:firstLine="0"/>
              <w:jc w:val="both"/>
            </w:pPr>
            <w:proofErr w:type="spellStart"/>
            <w:r>
              <w:t>Табиғатқа</w:t>
            </w:r>
            <w:proofErr w:type="spellEnd"/>
            <w:r>
              <w:t xml:space="preserve">, </w:t>
            </w:r>
            <w:r w:rsidR="00195065">
              <w:rPr>
                <w:lang w:val="ru-RU"/>
              </w:rPr>
              <w:t>ББСО</w:t>
            </w:r>
            <w:r>
              <w:t xml:space="preserve"> </w:t>
            </w:r>
            <w:proofErr w:type="spellStart"/>
            <w:r>
              <w:t>аумағына</w:t>
            </w:r>
            <w:proofErr w:type="spellEnd"/>
            <w:r>
              <w:t xml:space="preserve"> </w:t>
            </w:r>
            <w:proofErr w:type="spellStart"/>
            <w:r>
              <w:t>ұқыпты</w:t>
            </w:r>
            <w:proofErr w:type="spellEnd"/>
            <w:r>
              <w:t xml:space="preserve"> </w:t>
            </w:r>
            <w:proofErr w:type="spellStart"/>
            <w:r>
              <w:t>қарау</w:t>
            </w:r>
            <w:proofErr w:type="spellEnd"/>
            <w:r>
              <w:t xml:space="preserve"> </w:t>
            </w:r>
            <w:proofErr w:type="spellStart"/>
            <w:r>
              <w:t>және</w:t>
            </w:r>
            <w:proofErr w:type="spellEnd"/>
            <w:r>
              <w:t xml:space="preserve"> </w:t>
            </w:r>
            <w:proofErr w:type="spellStart"/>
            <w:r>
              <w:t>экологиялық</w:t>
            </w:r>
            <w:proofErr w:type="spellEnd"/>
            <w:r>
              <w:t xml:space="preserve"> </w:t>
            </w:r>
            <w:proofErr w:type="spellStart"/>
            <w:r>
              <w:t>мінез-құлық</w:t>
            </w:r>
            <w:proofErr w:type="spellEnd"/>
            <w:r>
              <w:t xml:space="preserve"> </w:t>
            </w:r>
            <w:proofErr w:type="spellStart"/>
            <w:r>
              <w:t>ережелерін</w:t>
            </w:r>
            <w:proofErr w:type="spellEnd"/>
            <w:r>
              <w:t xml:space="preserve"> </w:t>
            </w:r>
            <w:proofErr w:type="spellStart"/>
            <w:r>
              <w:t>қалыптастыру</w:t>
            </w:r>
            <w:proofErr w:type="spellEnd"/>
            <w:r>
              <w:t>.</w:t>
            </w:r>
          </w:p>
        </w:tc>
        <w:tc>
          <w:tcPr>
            <w:tcW w:w="2733" w:type="dxa"/>
          </w:tcPr>
          <w:p w14:paraId="58CD93F1" w14:textId="34CBDA8D" w:rsidR="00B91334" w:rsidRPr="00A63630" w:rsidRDefault="00A63630" w:rsidP="00C46C6A">
            <w:pPr>
              <w:ind w:firstLine="0"/>
              <w:jc w:val="both"/>
            </w:pPr>
            <w:proofErr w:type="spellStart"/>
            <w:r>
              <w:t>Эко-маршрут</w:t>
            </w:r>
            <w:proofErr w:type="spellEnd"/>
            <w:r>
              <w:t xml:space="preserve">, </w:t>
            </w:r>
            <w:proofErr w:type="spellStart"/>
            <w:r>
              <w:t>тазалық</w:t>
            </w:r>
            <w:proofErr w:type="spellEnd"/>
            <w:r>
              <w:t xml:space="preserve"> </w:t>
            </w:r>
            <w:proofErr w:type="spellStart"/>
            <w:r>
              <w:t>акциясы</w:t>
            </w:r>
            <w:proofErr w:type="spellEnd"/>
            <w:r>
              <w:t>, «</w:t>
            </w:r>
            <w:proofErr w:type="spellStart"/>
            <w:r>
              <w:t>Табиғатқа</w:t>
            </w:r>
            <w:proofErr w:type="spellEnd"/>
            <w:r>
              <w:t xml:space="preserve"> </w:t>
            </w:r>
            <w:proofErr w:type="spellStart"/>
            <w:r>
              <w:t>зиян</w:t>
            </w:r>
            <w:proofErr w:type="spellEnd"/>
            <w:r>
              <w:t xml:space="preserve"> </w:t>
            </w:r>
            <w:proofErr w:type="spellStart"/>
            <w:r>
              <w:t>келтірме</w:t>
            </w:r>
            <w:proofErr w:type="spellEnd"/>
            <w:r>
              <w:t xml:space="preserve">» </w:t>
            </w:r>
            <w:proofErr w:type="spellStart"/>
            <w:r>
              <w:t>қағидасы</w:t>
            </w:r>
            <w:proofErr w:type="spellEnd"/>
            <w:r>
              <w:t xml:space="preserve">, </w:t>
            </w:r>
            <w:proofErr w:type="spellStart"/>
            <w:r>
              <w:t>туристке</w:t>
            </w:r>
            <w:proofErr w:type="spellEnd"/>
            <w:r>
              <w:t xml:space="preserve"> </w:t>
            </w:r>
            <w:proofErr w:type="spellStart"/>
            <w:r>
              <w:t>арналған</w:t>
            </w:r>
            <w:proofErr w:type="spellEnd"/>
            <w:r>
              <w:t xml:space="preserve"> </w:t>
            </w:r>
            <w:proofErr w:type="spellStart"/>
            <w:r>
              <w:t>экологиялық</w:t>
            </w:r>
            <w:proofErr w:type="spellEnd"/>
            <w:r>
              <w:t xml:space="preserve"> </w:t>
            </w:r>
            <w:proofErr w:type="spellStart"/>
            <w:r>
              <w:t>жадынама</w:t>
            </w:r>
            <w:proofErr w:type="spellEnd"/>
            <w:r>
              <w:t xml:space="preserve">, </w:t>
            </w:r>
            <w:proofErr w:type="spellStart"/>
            <w:r>
              <w:t>бақылаулар</w:t>
            </w:r>
            <w:proofErr w:type="spellEnd"/>
            <w:r>
              <w:t>.</w:t>
            </w:r>
          </w:p>
        </w:tc>
        <w:tc>
          <w:tcPr>
            <w:tcW w:w="2288" w:type="dxa"/>
          </w:tcPr>
          <w:p w14:paraId="61B15C84" w14:textId="752FCE85" w:rsidR="00B91334" w:rsidRPr="00A63630" w:rsidRDefault="00A63630" w:rsidP="00C46C6A">
            <w:pPr>
              <w:ind w:firstLine="0"/>
              <w:jc w:val="both"/>
            </w:pPr>
            <w:proofErr w:type="spellStart"/>
            <w:r>
              <w:t>Экологиялық</w:t>
            </w:r>
            <w:proofErr w:type="spellEnd"/>
            <w:r>
              <w:t xml:space="preserve"> </w:t>
            </w:r>
            <w:proofErr w:type="spellStart"/>
            <w:r>
              <w:t>мәдениет</w:t>
            </w:r>
            <w:proofErr w:type="spellEnd"/>
            <w:r>
              <w:t xml:space="preserve"> </w:t>
            </w:r>
            <w:proofErr w:type="spellStart"/>
            <w:r>
              <w:t>пен</w:t>
            </w:r>
            <w:proofErr w:type="spellEnd"/>
            <w:r>
              <w:t xml:space="preserve"> </w:t>
            </w:r>
            <w:proofErr w:type="spellStart"/>
            <w:r>
              <w:t>табиғатты</w:t>
            </w:r>
            <w:proofErr w:type="spellEnd"/>
            <w:r>
              <w:t xml:space="preserve"> </w:t>
            </w:r>
            <w:proofErr w:type="spellStart"/>
            <w:r>
              <w:t>қорғау</w:t>
            </w:r>
            <w:proofErr w:type="spellEnd"/>
            <w:r>
              <w:t xml:space="preserve"> </w:t>
            </w:r>
            <w:proofErr w:type="spellStart"/>
            <w:r>
              <w:t>тәжірибесін</w:t>
            </w:r>
            <w:proofErr w:type="spellEnd"/>
            <w:r>
              <w:t xml:space="preserve"> </w:t>
            </w:r>
            <w:proofErr w:type="spellStart"/>
            <w:r>
              <w:t>қалыптастыру</w:t>
            </w:r>
            <w:proofErr w:type="spellEnd"/>
            <w:r>
              <w:t>.</w:t>
            </w:r>
          </w:p>
        </w:tc>
      </w:tr>
      <w:tr w:rsidR="00B91334" w:rsidRPr="00A63630" w14:paraId="5DB248B4" w14:textId="77777777" w:rsidTr="00F922E3">
        <w:trPr>
          <w:jc w:val="center"/>
        </w:trPr>
        <w:tc>
          <w:tcPr>
            <w:tcW w:w="2103" w:type="dxa"/>
          </w:tcPr>
          <w:p w14:paraId="1BF59E6C" w14:textId="29D320DB" w:rsidR="00B91334" w:rsidRDefault="00A63630" w:rsidP="00C46C6A">
            <w:pPr>
              <w:ind w:firstLine="0"/>
              <w:jc w:val="both"/>
            </w:pPr>
            <w:proofErr w:type="spellStart"/>
            <w:r>
              <w:t>Туристік</w:t>
            </w:r>
            <w:proofErr w:type="spellEnd"/>
            <w:r>
              <w:t xml:space="preserve"> </w:t>
            </w:r>
            <w:proofErr w:type="spellStart"/>
            <w:r>
              <w:t>маршрутты</w:t>
            </w:r>
            <w:proofErr w:type="spellEnd"/>
            <w:r>
              <w:t xml:space="preserve"> </w:t>
            </w:r>
            <w:proofErr w:type="spellStart"/>
            <w:r>
              <w:t>жобалау</w:t>
            </w:r>
            <w:proofErr w:type="spellEnd"/>
          </w:p>
        </w:tc>
        <w:tc>
          <w:tcPr>
            <w:tcW w:w="2731" w:type="dxa"/>
          </w:tcPr>
          <w:p w14:paraId="38CB5AFE" w14:textId="743B4A89" w:rsidR="00B91334" w:rsidRPr="00A63630" w:rsidRDefault="00A63630" w:rsidP="00C46C6A">
            <w:pPr>
              <w:ind w:firstLine="0"/>
              <w:jc w:val="both"/>
            </w:pPr>
            <w:proofErr w:type="spellStart"/>
            <w:r>
              <w:t>Жобалық</w:t>
            </w:r>
            <w:proofErr w:type="spellEnd"/>
            <w:r>
              <w:t xml:space="preserve"> </w:t>
            </w:r>
            <w:proofErr w:type="spellStart"/>
            <w:r>
              <w:t>ойлау</w:t>
            </w:r>
            <w:proofErr w:type="spellEnd"/>
            <w:r>
              <w:t xml:space="preserve">, </w:t>
            </w:r>
            <w:proofErr w:type="spellStart"/>
            <w:r>
              <w:t>бастамашылдық</w:t>
            </w:r>
            <w:proofErr w:type="spellEnd"/>
            <w:r>
              <w:t xml:space="preserve">, </w:t>
            </w:r>
            <w:proofErr w:type="spellStart"/>
            <w:r>
              <w:t>жоспарлау</w:t>
            </w:r>
            <w:proofErr w:type="spellEnd"/>
            <w:r>
              <w:t xml:space="preserve">, </w:t>
            </w:r>
            <w:proofErr w:type="spellStart"/>
            <w:r>
              <w:t>рөлдерді</w:t>
            </w:r>
            <w:proofErr w:type="spellEnd"/>
            <w:r>
              <w:t xml:space="preserve"> </w:t>
            </w:r>
            <w:proofErr w:type="spellStart"/>
            <w:r>
              <w:t>бөлу</w:t>
            </w:r>
            <w:proofErr w:type="spellEnd"/>
            <w:r>
              <w:t xml:space="preserve"> </w:t>
            </w:r>
            <w:proofErr w:type="spellStart"/>
            <w:r>
              <w:t>және</w:t>
            </w:r>
            <w:proofErr w:type="spellEnd"/>
            <w:r>
              <w:t xml:space="preserve"> </w:t>
            </w:r>
            <w:proofErr w:type="spellStart"/>
            <w:r>
              <w:t>нәтижені</w:t>
            </w:r>
            <w:proofErr w:type="spellEnd"/>
            <w:r>
              <w:t xml:space="preserve"> </w:t>
            </w:r>
            <w:proofErr w:type="spellStart"/>
            <w:r>
              <w:t>таныстыру</w:t>
            </w:r>
            <w:proofErr w:type="spellEnd"/>
            <w:r>
              <w:t xml:space="preserve"> </w:t>
            </w:r>
            <w:proofErr w:type="spellStart"/>
            <w:r>
              <w:t>дағдыларын</w:t>
            </w:r>
            <w:proofErr w:type="spellEnd"/>
            <w:r>
              <w:t xml:space="preserve"> </w:t>
            </w:r>
            <w:proofErr w:type="spellStart"/>
            <w:r>
              <w:t>дамыту</w:t>
            </w:r>
            <w:proofErr w:type="spellEnd"/>
            <w:r>
              <w:t>.</w:t>
            </w:r>
          </w:p>
        </w:tc>
        <w:tc>
          <w:tcPr>
            <w:tcW w:w="2733" w:type="dxa"/>
          </w:tcPr>
          <w:p w14:paraId="6C6EA03B" w14:textId="619EADF3" w:rsidR="00B91334" w:rsidRPr="00A63630" w:rsidRDefault="00A63630" w:rsidP="00C46C6A">
            <w:pPr>
              <w:ind w:firstLine="0"/>
              <w:jc w:val="both"/>
            </w:pPr>
            <w:proofErr w:type="spellStart"/>
            <w:r>
              <w:t>Командалық</w:t>
            </w:r>
            <w:proofErr w:type="spellEnd"/>
            <w:r>
              <w:t xml:space="preserve"> </w:t>
            </w:r>
            <w:proofErr w:type="spellStart"/>
            <w:r>
              <w:t>маршрут</w:t>
            </w:r>
            <w:proofErr w:type="spellEnd"/>
            <w:r>
              <w:t xml:space="preserve"> </w:t>
            </w:r>
            <w:proofErr w:type="spellStart"/>
            <w:r>
              <w:t>жобасы</w:t>
            </w:r>
            <w:proofErr w:type="spellEnd"/>
            <w:r>
              <w:t xml:space="preserve">, </w:t>
            </w:r>
            <w:proofErr w:type="spellStart"/>
            <w:r>
              <w:t>қауіпсіздік</w:t>
            </w:r>
            <w:proofErr w:type="spellEnd"/>
            <w:r>
              <w:t xml:space="preserve"> </w:t>
            </w:r>
            <w:proofErr w:type="spellStart"/>
            <w:r>
              <w:t>картасы</w:t>
            </w:r>
            <w:proofErr w:type="spellEnd"/>
            <w:r>
              <w:t xml:space="preserve">, </w:t>
            </w:r>
            <w:proofErr w:type="spellStart"/>
            <w:r>
              <w:t>маршруттық</w:t>
            </w:r>
            <w:proofErr w:type="spellEnd"/>
            <w:r>
              <w:t xml:space="preserve"> </w:t>
            </w:r>
            <w:proofErr w:type="spellStart"/>
            <w:r>
              <w:t>презентация</w:t>
            </w:r>
            <w:proofErr w:type="spellEnd"/>
            <w:r>
              <w:t xml:space="preserve">, </w:t>
            </w:r>
            <w:proofErr w:type="spellStart"/>
            <w:r>
              <w:t>туристік</w:t>
            </w:r>
            <w:proofErr w:type="spellEnd"/>
            <w:r>
              <w:t xml:space="preserve"> </w:t>
            </w:r>
            <w:proofErr w:type="spellStart"/>
            <w:r>
              <w:t>жадынама</w:t>
            </w:r>
            <w:proofErr w:type="spellEnd"/>
            <w:r>
              <w:t xml:space="preserve">, </w:t>
            </w:r>
            <w:proofErr w:type="spellStart"/>
            <w:r>
              <w:t>жетістіктер</w:t>
            </w:r>
            <w:proofErr w:type="spellEnd"/>
            <w:r>
              <w:t xml:space="preserve"> </w:t>
            </w:r>
            <w:proofErr w:type="spellStart"/>
            <w:r>
              <w:t>фестивалі</w:t>
            </w:r>
            <w:proofErr w:type="spellEnd"/>
            <w:r>
              <w:t>.</w:t>
            </w:r>
          </w:p>
        </w:tc>
        <w:tc>
          <w:tcPr>
            <w:tcW w:w="2288" w:type="dxa"/>
          </w:tcPr>
          <w:p w14:paraId="6B05EF17" w14:textId="63B947E6" w:rsidR="00B91334" w:rsidRPr="00A63630" w:rsidRDefault="00A63630" w:rsidP="00C46C6A">
            <w:pPr>
              <w:ind w:firstLine="0"/>
              <w:jc w:val="both"/>
            </w:pPr>
            <w:proofErr w:type="spellStart"/>
            <w:r>
              <w:t>Жобалық</w:t>
            </w:r>
            <w:proofErr w:type="spellEnd"/>
            <w:r>
              <w:t xml:space="preserve">, </w:t>
            </w:r>
            <w:proofErr w:type="spellStart"/>
            <w:r>
              <w:t>коммуникативтік</w:t>
            </w:r>
            <w:proofErr w:type="spellEnd"/>
            <w:r>
              <w:t xml:space="preserve"> </w:t>
            </w:r>
            <w:proofErr w:type="spellStart"/>
            <w:r>
              <w:t>және</w:t>
            </w:r>
            <w:proofErr w:type="spellEnd"/>
            <w:r>
              <w:t xml:space="preserve"> </w:t>
            </w:r>
            <w:proofErr w:type="spellStart"/>
            <w:r>
              <w:t>көшбасшылық</w:t>
            </w:r>
            <w:proofErr w:type="spellEnd"/>
            <w:r>
              <w:t xml:space="preserve"> </w:t>
            </w:r>
            <w:proofErr w:type="spellStart"/>
            <w:r>
              <w:t>дағдыларды</w:t>
            </w:r>
            <w:proofErr w:type="spellEnd"/>
            <w:r>
              <w:t xml:space="preserve"> </w:t>
            </w:r>
            <w:proofErr w:type="spellStart"/>
            <w:r>
              <w:t>дамыту</w:t>
            </w:r>
            <w:proofErr w:type="spellEnd"/>
            <w:r>
              <w:t>.</w:t>
            </w:r>
          </w:p>
        </w:tc>
      </w:tr>
    </w:tbl>
    <w:p w14:paraId="5E071743" w14:textId="77777777" w:rsidR="00C46C6A" w:rsidRDefault="00C46C6A" w:rsidP="00C46C6A">
      <w:pPr>
        <w:jc w:val="center"/>
        <w:rPr>
          <w:rFonts w:cs="Times New Roman"/>
          <w:b/>
          <w:szCs w:val="28"/>
        </w:rPr>
      </w:pPr>
    </w:p>
    <w:p w14:paraId="37229343" w14:textId="77777777" w:rsidR="00C46C6A" w:rsidRDefault="00C46C6A" w:rsidP="00C46C6A">
      <w:pPr>
        <w:jc w:val="center"/>
        <w:rPr>
          <w:rFonts w:cs="Times New Roman"/>
          <w:b/>
          <w:szCs w:val="28"/>
        </w:rPr>
      </w:pPr>
    </w:p>
    <w:p w14:paraId="1CE1B4FF" w14:textId="76A51BA5" w:rsidR="00F922E3" w:rsidRPr="00F922E3" w:rsidRDefault="00F922E3" w:rsidP="00C46C6A">
      <w:pPr>
        <w:jc w:val="center"/>
        <w:rPr>
          <w:rFonts w:cs="Times New Roman"/>
          <w:b/>
          <w:szCs w:val="28"/>
        </w:rPr>
      </w:pPr>
      <w:r w:rsidRPr="00F922E3">
        <w:rPr>
          <w:rFonts w:cs="Times New Roman"/>
          <w:b/>
          <w:szCs w:val="28"/>
        </w:rPr>
        <w:t xml:space="preserve">4-бөлім. </w:t>
      </w:r>
      <w:proofErr w:type="spellStart"/>
      <w:r w:rsidRPr="00F922E3">
        <w:rPr>
          <w:rFonts w:cs="Times New Roman"/>
          <w:b/>
          <w:szCs w:val="28"/>
        </w:rPr>
        <w:t>Мақсаты</w:t>
      </w:r>
      <w:proofErr w:type="spellEnd"/>
      <w:r w:rsidRPr="00F922E3">
        <w:rPr>
          <w:rFonts w:cs="Times New Roman"/>
          <w:b/>
          <w:szCs w:val="28"/>
        </w:rPr>
        <w:t xml:space="preserve">, </w:t>
      </w:r>
      <w:proofErr w:type="spellStart"/>
      <w:r w:rsidRPr="00F922E3">
        <w:rPr>
          <w:rFonts w:cs="Times New Roman"/>
          <w:b/>
          <w:szCs w:val="28"/>
        </w:rPr>
        <w:t>міндеттері</w:t>
      </w:r>
      <w:proofErr w:type="spellEnd"/>
      <w:r w:rsidRPr="00F922E3">
        <w:rPr>
          <w:rFonts w:cs="Times New Roman"/>
          <w:b/>
          <w:szCs w:val="28"/>
        </w:rPr>
        <w:t xml:space="preserve"> </w:t>
      </w:r>
      <w:proofErr w:type="spellStart"/>
      <w:r w:rsidRPr="00F922E3">
        <w:rPr>
          <w:rFonts w:cs="Times New Roman"/>
          <w:b/>
          <w:szCs w:val="28"/>
        </w:rPr>
        <w:t>және</w:t>
      </w:r>
      <w:proofErr w:type="spellEnd"/>
      <w:r w:rsidRPr="00F922E3">
        <w:rPr>
          <w:rFonts w:cs="Times New Roman"/>
          <w:b/>
          <w:szCs w:val="28"/>
        </w:rPr>
        <w:t xml:space="preserve"> </w:t>
      </w:r>
      <w:proofErr w:type="spellStart"/>
      <w:r w:rsidRPr="00F922E3">
        <w:rPr>
          <w:rFonts w:cs="Times New Roman"/>
          <w:b/>
          <w:szCs w:val="28"/>
        </w:rPr>
        <w:t>күтілетін</w:t>
      </w:r>
      <w:proofErr w:type="spellEnd"/>
      <w:r w:rsidRPr="00F922E3">
        <w:rPr>
          <w:rFonts w:cs="Times New Roman"/>
          <w:b/>
          <w:szCs w:val="28"/>
        </w:rPr>
        <w:t xml:space="preserve"> </w:t>
      </w:r>
      <w:proofErr w:type="spellStart"/>
      <w:r w:rsidRPr="00F922E3">
        <w:rPr>
          <w:rFonts w:cs="Times New Roman"/>
          <w:b/>
          <w:szCs w:val="28"/>
        </w:rPr>
        <w:t>нәтижелері</w:t>
      </w:r>
      <w:proofErr w:type="spellEnd"/>
    </w:p>
    <w:p w14:paraId="116F51E3" w14:textId="77777777" w:rsidR="00C46C6A" w:rsidRPr="00525B0B" w:rsidRDefault="00C46C6A" w:rsidP="005514E2">
      <w:pPr>
        <w:rPr>
          <w:rFonts w:cs="Times New Roman"/>
          <w:b/>
          <w:szCs w:val="28"/>
        </w:rPr>
      </w:pPr>
    </w:p>
    <w:p w14:paraId="19E96964" w14:textId="51144386" w:rsidR="00F922E3" w:rsidRPr="00525B0B" w:rsidRDefault="00F922E3" w:rsidP="005514E2">
      <w:pPr>
        <w:rPr>
          <w:rFonts w:cs="Times New Roman"/>
          <w:b/>
          <w:szCs w:val="28"/>
        </w:rPr>
      </w:pPr>
      <w:proofErr w:type="spellStart"/>
      <w:r w:rsidRPr="00F922E3">
        <w:rPr>
          <w:rFonts w:cs="Times New Roman"/>
          <w:b/>
          <w:szCs w:val="28"/>
          <w:lang w:val="ru-RU"/>
        </w:rPr>
        <w:t>Бағдарламаның</w:t>
      </w:r>
      <w:proofErr w:type="spellEnd"/>
      <w:r w:rsidRPr="00525B0B">
        <w:rPr>
          <w:rFonts w:cs="Times New Roman"/>
          <w:b/>
          <w:szCs w:val="28"/>
        </w:rPr>
        <w:t xml:space="preserve"> </w:t>
      </w:r>
      <w:proofErr w:type="spellStart"/>
      <w:r w:rsidRPr="00F922E3">
        <w:rPr>
          <w:rFonts w:cs="Times New Roman"/>
          <w:b/>
          <w:szCs w:val="28"/>
          <w:lang w:val="ru-RU"/>
        </w:rPr>
        <w:t>мақсаты</w:t>
      </w:r>
      <w:proofErr w:type="spellEnd"/>
    </w:p>
    <w:p w14:paraId="4834D25E" w14:textId="284A0718" w:rsidR="00F922E3" w:rsidRPr="00525B0B" w:rsidRDefault="00F922E3" w:rsidP="005514E2">
      <w:pPr>
        <w:jc w:val="both"/>
        <w:rPr>
          <w:rFonts w:cs="Times New Roman"/>
          <w:szCs w:val="28"/>
        </w:rPr>
      </w:pPr>
      <w:proofErr w:type="spellStart"/>
      <w:r w:rsidRPr="00F922E3">
        <w:rPr>
          <w:rFonts w:cs="Times New Roman"/>
          <w:szCs w:val="28"/>
          <w:lang w:val="ru-RU"/>
        </w:rPr>
        <w:lastRenderedPageBreak/>
        <w:t>Кәмелетке</w:t>
      </w:r>
      <w:proofErr w:type="spellEnd"/>
      <w:r w:rsidRPr="00525B0B">
        <w:rPr>
          <w:rFonts w:cs="Times New Roman"/>
          <w:szCs w:val="28"/>
        </w:rPr>
        <w:t xml:space="preserve"> </w:t>
      </w:r>
      <w:proofErr w:type="spellStart"/>
      <w:r w:rsidRPr="00F922E3">
        <w:rPr>
          <w:rFonts w:cs="Times New Roman"/>
          <w:szCs w:val="28"/>
          <w:lang w:val="ru-RU"/>
        </w:rPr>
        <w:t>толмағандардың</w:t>
      </w:r>
      <w:proofErr w:type="spellEnd"/>
      <w:r w:rsidRPr="00525B0B">
        <w:rPr>
          <w:rFonts w:cs="Times New Roman"/>
          <w:szCs w:val="28"/>
        </w:rPr>
        <w:t xml:space="preserve"> </w:t>
      </w:r>
      <w:proofErr w:type="spellStart"/>
      <w:r w:rsidRPr="00F922E3">
        <w:rPr>
          <w:rFonts w:cs="Times New Roman"/>
          <w:szCs w:val="28"/>
          <w:lang w:val="ru-RU"/>
        </w:rPr>
        <w:t>дене</w:t>
      </w:r>
      <w:proofErr w:type="spellEnd"/>
      <w:r w:rsidRPr="00525B0B">
        <w:rPr>
          <w:rFonts w:cs="Times New Roman"/>
          <w:szCs w:val="28"/>
        </w:rPr>
        <w:t xml:space="preserve"> </w:t>
      </w:r>
      <w:proofErr w:type="spellStart"/>
      <w:r w:rsidRPr="00F922E3">
        <w:rPr>
          <w:rFonts w:cs="Times New Roman"/>
          <w:szCs w:val="28"/>
          <w:lang w:val="ru-RU"/>
        </w:rPr>
        <w:t>және</w:t>
      </w:r>
      <w:proofErr w:type="spellEnd"/>
      <w:r w:rsidRPr="00525B0B">
        <w:rPr>
          <w:rFonts w:cs="Times New Roman"/>
          <w:szCs w:val="28"/>
        </w:rPr>
        <w:t xml:space="preserve"> </w:t>
      </w:r>
      <w:proofErr w:type="spellStart"/>
      <w:r w:rsidRPr="00F922E3">
        <w:rPr>
          <w:rFonts w:cs="Times New Roman"/>
          <w:szCs w:val="28"/>
          <w:lang w:val="ru-RU"/>
        </w:rPr>
        <w:t>психоэмоционалдық</w:t>
      </w:r>
      <w:proofErr w:type="spellEnd"/>
      <w:r w:rsidRPr="00525B0B">
        <w:rPr>
          <w:rFonts w:cs="Times New Roman"/>
          <w:szCs w:val="28"/>
        </w:rPr>
        <w:t xml:space="preserve"> </w:t>
      </w:r>
      <w:proofErr w:type="spellStart"/>
      <w:r w:rsidRPr="00F922E3">
        <w:rPr>
          <w:rFonts w:cs="Times New Roman"/>
          <w:szCs w:val="28"/>
          <w:lang w:val="ru-RU"/>
        </w:rPr>
        <w:t>денсаулығын</w:t>
      </w:r>
      <w:proofErr w:type="spellEnd"/>
      <w:r w:rsidRPr="00525B0B">
        <w:rPr>
          <w:rFonts w:cs="Times New Roman"/>
          <w:szCs w:val="28"/>
        </w:rPr>
        <w:t xml:space="preserve"> </w:t>
      </w:r>
      <w:proofErr w:type="spellStart"/>
      <w:r>
        <w:rPr>
          <w:rFonts w:cs="Times New Roman"/>
          <w:szCs w:val="28"/>
          <w:lang w:val="ru-RU"/>
        </w:rPr>
        <w:t>күшейтуге</w:t>
      </w:r>
      <w:proofErr w:type="spellEnd"/>
      <w:r w:rsidRPr="00525B0B">
        <w:rPr>
          <w:rFonts w:cs="Times New Roman"/>
          <w:szCs w:val="28"/>
        </w:rPr>
        <w:t xml:space="preserve">, </w:t>
      </w:r>
      <w:proofErr w:type="spellStart"/>
      <w:r w:rsidRPr="00F922E3">
        <w:rPr>
          <w:rFonts w:cs="Times New Roman"/>
          <w:szCs w:val="28"/>
          <w:lang w:val="ru-RU"/>
        </w:rPr>
        <w:t>олардың</w:t>
      </w:r>
      <w:proofErr w:type="spellEnd"/>
      <w:r w:rsidRPr="00525B0B">
        <w:rPr>
          <w:rFonts w:cs="Times New Roman"/>
          <w:szCs w:val="28"/>
        </w:rPr>
        <w:t xml:space="preserve"> </w:t>
      </w:r>
      <w:proofErr w:type="spellStart"/>
      <w:r w:rsidRPr="00F922E3">
        <w:rPr>
          <w:rFonts w:cs="Times New Roman"/>
          <w:szCs w:val="28"/>
          <w:lang w:val="ru-RU"/>
        </w:rPr>
        <w:t>қимыл</w:t>
      </w:r>
      <w:proofErr w:type="spellEnd"/>
      <w:r w:rsidRPr="00525B0B">
        <w:rPr>
          <w:rFonts w:cs="Times New Roman"/>
          <w:szCs w:val="28"/>
        </w:rPr>
        <w:t>-</w:t>
      </w:r>
      <w:proofErr w:type="spellStart"/>
      <w:r w:rsidRPr="00F922E3">
        <w:rPr>
          <w:rFonts w:cs="Times New Roman"/>
          <w:szCs w:val="28"/>
          <w:lang w:val="ru-RU"/>
        </w:rPr>
        <w:t>қозғалыс</w:t>
      </w:r>
      <w:proofErr w:type="spellEnd"/>
      <w:r w:rsidRPr="00525B0B">
        <w:rPr>
          <w:rFonts w:cs="Times New Roman"/>
          <w:szCs w:val="28"/>
        </w:rPr>
        <w:t xml:space="preserve">, </w:t>
      </w:r>
      <w:proofErr w:type="spellStart"/>
      <w:r w:rsidRPr="00F922E3">
        <w:rPr>
          <w:rFonts w:cs="Times New Roman"/>
          <w:szCs w:val="28"/>
          <w:lang w:val="ru-RU"/>
        </w:rPr>
        <w:t>туристік</w:t>
      </w:r>
      <w:proofErr w:type="spellEnd"/>
      <w:r w:rsidRPr="00525B0B">
        <w:rPr>
          <w:rFonts w:cs="Times New Roman"/>
          <w:szCs w:val="28"/>
        </w:rPr>
        <w:t xml:space="preserve">, </w:t>
      </w:r>
      <w:proofErr w:type="spellStart"/>
      <w:r w:rsidRPr="00F922E3">
        <w:rPr>
          <w:rFonts w:cs="Times New Roman"/>
          <w:szCs w:val="28"/>
          <w:lang w:val="ru-RU"/>
        </w:rPr>
        <w:t>коммуникативтік</w:t>
      </w:r>
      <w:proofErr w:type="spellEnd"/>
      <w:r w:rsidRPr="00525B0B">
        <w:rPr>
          <w:rFonts w:cs="Times New Roman"/>
          <w:szCs w:val="28"/>
        </w:rPr>
        <w:t xml:space="preserve">, </w:t>
      </w:r>
      <w:proofErr w:type="spellStart"/>
      <w:r w:rsidRPr="00F922E3">
        <w:rPr>
          <w:rFonts w:cs="Times New Roman"/>
          <w:szCs w:val="28"/>
          <w:lang w:val="ru-RU"/>
        </w:rPr>
        <w:t>әлеуметтік</w:t>
      </w:r>
      <w:proofErr w:type="spellEnd"/>
      <w:r w:rsidRPr="00525B0B">
        <w:rPr>
          <w:rFonts w:cs="Times New Roman"/>
          <w:szCs w:val="28"/>
        </w:rPr>
        <w:t xml:space="preserve">, </w:t>
      </w:r>
      <w:proofErr w:type="spellStart"/>
      <w:r w:rsidRPr="00F922E3">
        <w:rPr>
          <w:rFonts w:cs="Times New Roman"/>
          <w:szCs w:val="28"/>
          <w:lang w:val="ru-RU"/>
        </w:rPr>
        <w:t>зерттеушілік</w:t>
      </w:r>
      <w:proofErr w:type="spellEnd"/>
      <w:r w:rsidRPr="00525B0B">
        <w:rPr>
          <w:rFonts w:cs="Times New Roman"/>
          <w:szCs w:val="28"/>
        </w:rPr>
        <w:t xml:space="preserve">, </w:t>
      </w:r>
      <w:proofErr w:type="spellStart"/>
      <w:r w:rsidRPr="00F922E3">
        <w:rPr>
          <w:rFonts w:cs="Times New Roman"/>
          <w:szCs w:val="28"/>
          <w:lang w:val="ru-RU"/>
        </w:rPr>
        <w:t>жобалық</w:t>
      </w:r>
      <w:proofErr w:type="spellEnd"/>
      <w:r w:rsidRPr="00525B0B">
        <w:rPr>
          <w:rFonts w:cs="Times New Roman"/>
          <w:szCs w:val="28"/>
        </w:rPr>
        <w:t xml:space="preserve"> </w:t>
      </w:r>
      <w:proofErr w:type="spellStart"/>
      <w:r w:rsidRPr="00F922E3">
        <w:rPr>
          <w:rFonts w:cs="Times New Roman"/>
          <w:szCs w:val="28"/>
          <w:lang w:val="ru-RU"/>
        </w:rPr>
        <w:t>және</w:t>
      </w:r>
      <w:proofErr w:type="spellEnd"/>
      <w:r w:rsidRPr="00525B0B">
        <w:rPr>
          <w:rFonts w:cs="Times New Roman"/>
          <w:szCs w:val="28"/>
        </w:rPr>
        <w:t xml:space="preserve"> </w:t>
      </w:r>
      <w:proofErr w:type="spellStart"/>
      <w:r w:rsidRPr="00F922E3">
        <w:rPr>
          <w:rFonts w:cs="Times New Roman"/>
          <w:szCs w:val="28"/>
          <w:lang w:val="ru-RU"/>
        </w:rPr>
        <w:t>тұлғалық</w:t>
      </w:r>
      <w:proofErr w:type="spellEnd"/>
      <w:r w:rsidRPr="00525B0B">
        <w:rPr>
          <w:rFonts w:cs="Times New Roman"/>
          <w:szCs w:val="28"/>
        </w:rPr>
        <w:t xml:space="preserve"> </w:t>
      </w:r>
      <w:proofErr w:type="spellStart"/>
      <w:r w:rsidRPr="00F922E3">
        <w:rPr>
          <w:rFonts w:cs="Times New Roman"/>
          <w:szCs w:val="28"/>
          <w:lang w:val="ru-RU"/>
        </w:rPr>
        <w:t>құзыретт</w:t>
      </w:r>
      <w:r>
        <w:rPr>
          <w:rFonts w:cs="Times New Roman"/>
          <w:szCs w:val="28"/>
          <w:lang w:val="ru-RU"/>
        </w:rPr>
        <w:t>ерін</w:t>
      </w:r>
      <w:proofErr w:type="spellEnd"/>
      <w:r w:rsidRPr="00525B0B">
        <w:rPr>
          <w:rFonts w:cs="Times New Roman"/>
          <w:szCs w:val="28"/>
        </w:rPr>
        <w:t xml:space="preserve"> </w:t>
      </w:r>
      <w:proofErr w:type="spellStart"/>
      <w:r>
        <w:rPr>
          <w:rFonts w:cs="Times New Roman"/>
          <w:szCs w:val="28"/>
          <w:lang w:val="ru-RU"/>
        </w:rPr>
        <w:t>спорттық</w:t>
      </w:r>
      <w:proofErr w:type="spellEnd"/>
      <w:r w:rsidRPr="00525B0B">
        <w:rPr>
          <w:rFonts w:cs="Times New Roman"/>
          <w:szCs w:val="28"/>
        </w:rPr>
        <w:t>-</w:t>
      </w:r>
      <w:proofErr w:type="spellStart"/>
      <w:r>
        <w:rPr>
          <w:rFonts w:cs="Times New Roman"/>
          <w:szCs w:val="28"/>
          <w:lang w:val="ru-RU"/>
        </w:rPr>
        <w:t>туристік</w:t>
      </w:r>
      <w:proofErr w:type="spellEnd"/>
      <w:r w:rsidRPr="00525B0B">
        <w:rPr>
          <w:rFonts w:cs="Times New Roman"/>
          <w:szCs w:val="28"/>
        </w:rPr>
        <w:t xml:space="preserve">, </w:t>
      </w:r>
      <w:proofErr w:type="spellStart"/>
      <w:r>
        <w:rPr>
          <w:rFonts w:cs="Times New Roman"/>
          <w:szCs w:val="28"/>
          <w:lang w:val="ru-RU"/>
        </w:rPr>
        <w:t>өлкетанымдық</w:t>
      </w:r>
      <w:proofErr w:type="spellEnd"/>
      <w:r w:rsidRPr="00525B0B">
        <w:rPr>
          <w:rFonts w:cs="Times New Roman"/>
          <w:szCs w:val="28"/>
        </w:rPr>
        <w:t xml:space="preserve">, </w:t>
      </w:r>
      <w:proofErr w:type="spellStart"/>
      <w:r w:rsidRPr="00F922E3">
        <w:rPr>
          <w:rFonts w:cs="Times New Roman"/>
          <w:szCs w:val="28"/>
          <w:lang w:val="ru-RU"/>
        </w:rPr>
        <w:t>экологиялық</w:t>
      </w:r>
      <w:proofErr w:type="spellEnd"/>
      <w:r w:rsidRPr="00525B0B">
        <w:rPr>
          <w:rFonts w:cs="Times New Roman"/>
          <w:szCs w:val="28"/>
        </w:rPr>
        <w:t xml:space="preserve">, </w:t>
      </w:r>
      <w:proofErr w:type="spellStart"/>
      <w:r w:rsidRPr="00F922E3">
        <w:rPr>
          <w:rFonts w:cs="Times New Roman"/>
          <w:szCs w:val="28"/>
          <w:lang w:val="ru-RU"/>
        </w:rPr>
        <w:t>командалық</w:t>
      </w:r>
      <w:proofErr w:type="spellEnd"/>
      <w:r w:rsidRPr="00525B0B">
        <w:rPr>
          <w:rFonts w:cs="Times New Roman"/>
          <w:szCs w:val="28"/>
        </w:rPr>
        <w:t xml:space="preserve">, </w:t>
      </w:r>
      <w:proofErr w:type="spellStart"/>
      <w:r w:rsidRPr="00F922E3">
        <w:rPr>
          <w:rFonts w:cs="Times New Roman"/>
          <w:szCs w:val="28"/>
          <w:lang w:val="ru-RU"/>
        </w:rPr>
        <w:t>тәрбиелік</w:t>
      </w:r>
      <w:proofErr w:type="spellEnd"/>
      <w:r w:rsidRPr="00525B0B">
        <w:rPr>
          <w:rFonts w:cs="Times New Roman"/>
          <w:szCs w:val="28"/>
        </w:rPr>
        <w:t xml:space="preserve"> </w:t>
      </w:r>
      <w:proofErr w:type="spellStart"/>
      <w:r w:rsidRPr="00F922E3">
        <w:rPr>
          <w:rFonts w:cs="Times New Roman"/>
          <w:szCs w:val="28"/>
          <w:lang w:val="ru-RU"/>
        </w:rPr>
        <w:t>және</w:t>
      </w:r>
      <w:proofErr w:type="spellEnd"/>
      <w:r w:rsidRPr="00525B0B">
        <w:rPr>
          <w:rFonts w:cs="Times New Roman"/>
          <w:szCs w:val="28"/>
        </w:rPr>
        <w:t xml:space="preserve"> </w:t>
      </w:r>
      <w:proofErr w:type="spellStart"/>
      <w:r w:rsidRPr="00F922E3">
        <w:rPr>
          <w:rFonts w:cs="Times New Roman"/>
          <w:szCs w:val="28"/>
          <w:lang w:val="ru-RU"/>
        </w:rPr>
        <w:t>сауықтыру</w:t>
      </w:r>
      <w:proofErr w:type="spellEnd"/>
      <w:r w:rsidRPr="00525B0B">
        <w:rPr>
          <w:rFonts w:cs="Times New Roman"/>
          <w:szCs w:val="28"/>
        </w:rPr>
        <w:t xml:space="preserve"> </w:t>
      </w:r>
      <w:proofErr w:type="spellStart"/>
      <w:r w:rsidRPr="00F922E3">
        <w:rPr>
          <w:rFonts w:cs="Times New Roman"/>
          <w:szCs w:val="28"/>
          <w:lang w:val="ru-RU"/>
        </w:rPr>
        <w:t>қызметі</w:t>
      </w:r>
      <w:proofErr w:type="spellEnd"/>
      <w:r w:rsidRPr="00525B0B">
        <w:rPr>
          <w:rFonts w:cs="Times New Roman"/>
          <w:szCs w:val="28"/>
        </w:rPr>
        <w:t xml:space="preserve"> </w:t>
      </w:r>
      <w:proofErr w:type="spellStart"/>
      <w:r w:rsidRPr="00F922E3">
        <w:rPr>
          <w:rFonts w:cs="Times New Roman"/>
          <w:szCs w:val="28"/>
          <w:lang w:val="ru-RU"/>
        </w:rPr>
        <w:t>арқылы</w:t>
      </w:r>
      <w:proofErr w:type="spellEnd"/>
      <w:r w:rsidRPr="00525B0B">
        <w:rPr>
          <w:rFonts w:cs="Times New Roman"/>
          <w:szCs w:val="28"/>
        </w:rPr>
        <w:t xml:space="preserve"> </w:t>
      </w:r>
      <w:proofErr w:type="spellStart"/>
      <w:r w:rsidRPr="00F922E3">
        <w:rPr>
          <w:rFonts w:cs="Times New Roman"/>
          <w:szCs w:val="28"/>
          <w:lang w:val="ru-RU"/>
        </w:rPr>
        <w:t>дамытуға</w:t>
      </w:r>
      <w:proofErr w:type="spellEnd"/>
      <w:r w:rsidRPr="00525B0B">
        <w:rPr>
          <w:rFonts w:cs="Times New Roman"/>
          <w:szCs w:val="28"/>
        </w:rPr>
        <w:t xml:space="preserve"> </w:t>
      </w:r>
      <w:proofErr w:type="spellStart"/>
      <w:r w:rsidRPr="00F922E3">
        <w:rPr>
          <w:rFonts w:cs="Times New Roman"/>
          <w:szCs w:val="28"/>
          <w:lang w:val="ru-RU"/>
        </w:rPr>
        <w:t>бағытталған</w:t>
      </w:r>
      <w:proofErr w:type="spellEnd"/>
      <w:r w:rsidRPr="00525B0B">
        <w:rPr>
          <w:rFonts w:cs="Times New Roman"/>
          <w:szCs w:val="28"/>
        </w:rPr>
        <w:t xml:space="preserve"> </w:t>
      </w:r>
      <w:proofErr w:type="spellStart"/>
      <w:r w:rsidRPr="00F922E3">
        <w:rPr>
          <w:rFonts w:cs="Times New Roman"/>
          <w:szCs w:val="28"/>
          <w:lang w:val="ru-RU"/>
        </w:rPr>
        <w:t>маусымдық</w:t>
      </w:r>
      <w:proofErr w:type="spellEnd"/>
      <w:r w:rsidRPr="00525B0B">
        <w:rPr>
          <w:rFonts w:cs="Times New Roman"/>
          <w:szCs w:val="28"/>
        </w:rPr>
        <w:t xml:space="preserve"> </w:t>
      </w:r>
      <w:r w:rsidR="00195065">
        <w:rPr>
          <w:lang w:val="ru-RU"/>
        </w:rPr>
        <w:t>ББСО</w:t>
      </w:r>
      <w:r w:rsidRPr="00525B0B">
        <w:rPr>
          <w:rFonts w:cs="Times New Roman"/>
          <w:szCs w:val="28"/>
        </w:rPr>
        <w:t xml:space="preserve"> </w:t>
      </w:r>
      <w:proofErr w:type="spellStart"/>
      <w:r w:rsidRPr="00F922E3">
        <w:rPr>
          <w:rFonts w:cs="Times New Roman"/>
          <w:szCs w:val="28"/>
          <w:lang w:val="ru-RU"/>
        </w:rPr>
        <w:t>білім</w:t>
      </w:r>
      <w:proofErr w:type="spellEnd"/>
      <w:r w:rsidRPr="00525B0B">
        <w:rPr>
          <w:rFonts w:cs="Times New Roman"/>
          <w:szCs w:val="28"/>
        </w:rPr>
        <w:t xml:space="preserve"> </w:t>
      </w:r>
      <w:r w:rsidRPr="00F922E3">
        <w:rPr>
          <w:rFonts w:cs="Times New Roman"/>
          <w:szCs w:val="28"/>
          <w:lang w:val="ru-RU"/>
        </w:rPr>
        <w:t>беру</w:t>
      </w:r>
      <w:r w:rsidRPr="00525B0B">
        <w:rPr>
          <w:rFonts w:cs="Times New Roman"/>
          <w:szCs w:val="28"/>
        </w:rPr>
        <w:t>-</w:t>
      </w:r>
      <w:proofErr w:type="spellStart"/>
      <w:r w:rsidRPr="00F922E3">
        <w:rPr>
          <w:rFonts w:cs="Times New Roman"/>
          <w:szCs w:val="28"/>
          <w:lang w:val="ru-RU"/>
        </w:rPr>
        <w:t>сауықтыру</w:t>
      </w:r>
      <w:proofErr w:type="spellEnd"/>
      <w:r w:rsidRPr="00525B0B">
        <w:rPr>
          <w:rFonts w:cs="Times New Roman"/>
          <w:szCs w:val="28"/>
        </w:rPr>
        <w:t xml:space="preserve"> </w:t>
      </w:r>
      <w:proofErr w:type="spellStart"/>
      <w:r w:rsidRPr="00F922E3">
        <w:rPr>
          <w:rFonts w:cs="Times New Roman"/>
          <w:szCs w:val="28"/>
          <w:lang w:val="ru-RU"/>
        </w:rPr>
        <w:t>ортасын</w:t>
      </w:r>
      <w:proofErr w:type="spellEnd"/>
      <w:r w:rsidRPr="00525B0B">
        <w:rPr>
          <w:rFonts w:cs="Times New Roman"/>
          <w:szCs w:val="28"/>
        </w:rPr>
        <w:t xml:space="preserve"> </w:t>
      </w:r>
      <w:proofErr w:type="spellStart"/>
      <w:r w:rsidRPr="00F922E3">
        <w:rPr>
          <w:rFonts w:cs="Times New Roman"/>
          <w:szCs w:val="28"/>
          <w:lang w:val="ru-RU"/>
        </w:rPr>
        <w:t>құру</w:t>
      </w:r>
      <w:proofErr w:type="spellEnd"/>
      <w:r w:rsidRPr="00525B0B">
        <w:rPr>
          <w:rFonts w:cs="Times New Roman"/>
          <w:szCs w:val="28"/>
        </w:rPr>
        <w:t xml:space="preserve">, </w:t>
      </w:r>
      <w:proofErr w:type="spellStart"/>
      <w:r w:rsidRPr="00F922E3">
        <w:rPr>
          <w:rFonts w:cs="Times New Roman"/>
          <w:szCs w:val="28"/>
          <w:lang w:val="ru-RU"/>
        </w:rPr>
        <w:t>сондай</w:t>
      </w:r>
      <w:proofErr w:type="spellEnd"/>
      <w:r w:rsidRPr="00525B0B">
        <w:rPr>
          <w:rFonts w:cs="Times New Roman"/>
          <w:szCs w:val="28"/>
        </w:rPr>
        <w:t>-</w:t>
      </w:r>
      <w:proofErr w:type="spellStart"/>
      <w:r w:rsidRPr="00F922E3">
        <w:rPr>
          <w:rFonts w:cs="Times New Roman"/>
          <w:szCs w:val="28"/>
          <w:lang w:val="ru-RU"/>
        </w:rPr>
        <w:t>ақ</w:t>
      </w:r>
      <w:proofErr w:type="spellEnd"/>
      <w:r w:rsidRPr="00525B0B">
        <w:rPr>
          <w:rFonts w:cs="Times New Roman"/>
          <w:szCs w:val="28"/>
        </w:rPr>
        <w:t xml:space="preserve"> «</w:t>
      </w:r>
      <w:proofErr w:type="spellStart"/>
      <w:r w:rsidRPr="00F922E3">
        <w:rPr>
          <w:rFonts w:cs="Times New Roman"/>
          <w:szCs w:val="28"/>
          <w:lang w:val="ru-RU"/>
        </w:rPr>
        <w:t>Адал</w:t>
      </w:r>
      <w:proofErr w:type="spellEnd"/>
      <w:r w:rsidRPr="00525B0B">
        <w:rPr>
          <w:rFonts w:cs="Times New Roman"/>
          <w:szCs w:val="28"/>
        </w:rPr>
        <w:t xml:space="preserve"> </w:t>
      </w:r>
      <w:r w:rsidRPr="00F922E3">
        <w:rPr>
          <w:rFonts w:cs="Times New Roman"/>
          <w:szCs w:val="28"/>
          <w:lang w:val="ru-RU"/>
        </w:rPr>
        <w:t>Азамат</w:t>
      </w:r>
      <w:r w:rsidRPr="00525B0B">
        <w:rPr>
          <w:rFonts w:cs="Times New Roman"/>
          <w:szCs w:val="28"/>
        </w:rPr>
        <w:t xml:space="preserve">» </w:t>
      </w:r>
      <w:proofErr w:type="spellStart"/>
      <w:r w:rsidR="00D903B2">
        <w:rPr>
          <w:rFonts w:cs="Times New Roman"/>
          <w:szCs w:val="28"/>
          <w:lang w:val="ru-RU"/>
        </w:rPr>
        <w:t>біртұтас</w:t>
      </w:r>
      <w:proofErr w:type="spellEnd"/>
      <w:r w:rsidRPr="00525B0B">
        <w:rPr>
          <w:rFonts w:cs="Times New Roman"/>
          <w:szCs w:val="28"/>
        </w:rPr>
        <w:t xml:space="preserve"> </w:t>
      </w:r>
      <w:proofErr w:type="spellStart"/>
      <w:r w:rsidRPr="00F922E3">
        <w:rPr>
          <w:rFonts w:cs="Times New Roman"/>
          <w:szCs w:val="28"/>
          <w:lang w:val="ru-RU"/>
        </w:rPr>
        <w:t>тәрбие</w:t>
      </w:r>
      <w:proofErr w:type="spellEnd"/>
      <w:r w:rsidRPr="00525B0B">
        <w:rPr>
          <w:rFonts w:cs="Times New Roman"/>
          <w:szCs w:val="28"/>
        </w:rPr>
        <w:t xml:space="preserve"> </w:t>
      </w:r>
      <w:proofErr w:type="spellStart"/>
      <w:r w:rsidRPr="00F922E3">
        <w:rPr>
          <w:rFonts w:cs="Times New Roman"/>
          <w:szCs w:val="28"/>
          <w:lang w:val="ru-RU"/>
        </w:rPr>
        <w:t>бағдарламасына</w:t>
      </w:r>
      <w:proofErr w:type="spellEnd"/>
      <w:r w:rsidRPr="00525B0B">
        <w:rPr>
          <w:rFonts w:cs="Times New Roman"/>
          <w:szCs w:val="28"/>
        </w:rPr>
        <w:t xml:space="preserve"> </w:t>
      </w:r>
      <w:proofErr w:type="spellStart"/>
      <w:r w:rsidRPr="00F922E3">
        <w:rPr>
          <w:rFonts w:cs="Times New Roman"/>
          <w:szCs w:val="28"/>
          <w:lang w:val="ru-RU"/>
        </w:rPr>
        <w:t>сәйкес</w:t>
      </w:r>
      <w:proofErr w:type="spellEnd"/>
      <w:r w:rsidRPr="00525B0B">
        <w:rPr>
          <w:rFonts w:cs="Times New Roman"/>
          <w:szCs w:val="28"/>
        </w:rPr>
        <w:t xml:space="preserve"> </w:t>
      </w:r>
      <w:proofErr w:type="spellStart"/>
      <w:r w:rsidRPr="00F922E3">
        <w:rPr>
          <w:rFonts w:cs="Times New Roman"/>
          <w:szCs w:val="28"/>
          <w:lang w:val="ru-RU"/>
        </w:rPr>
        <w:t>құндылық</w:t>
      </w:r>
      <w:proofErr w:type="spellEnd"/>
      <w:r w:rsidRPr="00525B0B">
        <w:rPr>
          <w:rFonts w:cs="Times New Roman"/>
          <w:szCs w:val="28"/>
        </w:rPr>
        <w:t xml:space="preserve"> </w:t>
      </w:r>
      <w:proofErr w:type="spellStart"/>
      <w:r w:rsidRPr="00F922E3">
        <w:rPr>
          <w:rFonts w:cs="Times New Roman"/>
          <w:szCs w:val="28"/>
          <w:lang w:val="ru-RU"/>
        </w:rPr>
        <w:t>бағдарларын</w:t>
      </w:r>
      <w:proofErr w:type="spellEnd"/>
      <w:r w:rsidRPr="00525B0B">
        <w:rPr>
          <w:rFonts w:cs="Times New Roman"/>
          <w:szCs w:val="28"/>
        </w:rPr>
        <w:t xml:space="preserve"> </w:t>
      </w:r>
      <w:proofErr w:type="spellStart"/>
      <w:r w:rsidRPr="00F922E3">
        <w:rPr>
          <w:rFonts w:cs="Times New Roman"/>
          <w:szCs w:val="28"/>
          <w:lang w:val="ru-RU"/>
        </w:rPr>
        <w:t>қалыптастыру</w:t>
      </w:r>
      <w:proofErr w:type="spellEnd"/>
      <w:r w:rsidRPr="00525B0B">
        <w:rPr>
          <w:rFonts w:cs="Times New Roman"/>
          <w:szCs w:val="28"/>
        </w:rPr>
        <w:t>.</w:t>
      </w:r>
    </w:p>
    <w:p w14:paraId="2D77399D" w14:textId="77777777" w:rsidR="00F922E3" w:rsidRPr="00E200D0" w:rsidRDefault="00F922E3" w:rsidP="00F922E3">
      <w:pPr>
        <w:jc w:val="both"/>
        <w:rPr>
          <w:rFonts w:cs="Times New Roman"/>
          <w:szCs w:val="28"/>
        </w:rPr>
      </w:pPr>
      <w:proofErr w:type="spellStart"/>
      <w:r w:rsidRPr="00F922E3">
        <w:rPr>
          <w:rFonts w:cs="Times New Roman"/>
          <w:szCs w:val="28"/>
          <w:lang w:val="ru-RU"/>
        </w:rPr>
        <w:t>Бағдарлама</w:t>
      </w:r>
      <w:proofErr w:type="spellEnd"/>
      <w:r w:rsidRPr="00E200D0">
        <w:rPr>
          <w:rFonts w:cs="Times New Roman"/>
          <w:szCs w:val="28"/>
        </w:rPr>
        <w:t xml:space="preserve"> </w:t>
      </w:r>
      <w:proofErr w:type="spellStart"/>
      <w:r w:rsidRPr="00F922E3">
        <w:rPr>
          <w:rFonts w:cs="Times New Roman"/>
          <w:szCs w:val="28"/>
          <w:lang w:val="ru-RU"/>
        </w:rPr>
        <w:t>адал</w:t>
      </w:r>
      <w:proofErr w:type="spellEnd"/>
      <w:r w:rsidRPr="00E200D0">
        <w:rPr>
          <w:rFonts w:cs="Times New Roman"/>
          <w:szCs w:val="28"/>
        </w:rPr>
        <w:t xml:space="preserve">, </w:t>
      </w:r>
      <w:proofErr w:type="spellStart"/>
      <w:r w:rsidRPr="00F922E3">
        <w:rPr>
          <w:rFonts w:cs="Times New Roman"/>
          <w:szCs w:val="28"/>
          <w:lang w:val="ru-RU"/>
        </w:rPr>
        <w:t>жауапты</w:t>
      </w:r>
      <w:proofErr w:type="spellEnd"/>
      <w:r w:rsidRPr="00E200D0">
        <w:rPr>
          <w:rFonts w:cs="Times New Roman"/>
          <w:szCs w:val="28"/>
        </w:rPr>
        <w:t xml:space="preserve">, </w:t>
      </w:r>
      <w:proofErr w:type="spellStart"/>
      <w:r w:rsidRPr="00F922E3">
        <w:rPr>
          <w:rFonts w:cs="Times New Roman"/>
          <w:szCs w:val="28"/>
          <w:lang w:val="ru-RU"/>
        </w:rPr>
        <w:t>еңбекқор</w:t>
      </w:r>
      <w:proofErr w:type="spellEnd"/>
      <w:r w:rsidRPr="00E200D0">
        <w:rPr>
          <w:rFonts w:cs="Times New Roman"/>
          <w:szCs w:val="28"/>
        </w:rPr>
        <w:t xml:space="preserve">, </w:t>
      </w:r>
      <w:proofErr w:type="spellStart"/>
      <w:r w:rsidRPr="00F922E3">
        <w:rPr>
          <w:rFonts w:cs="Times New Roman"/>
          <w:szCs w:val="28"/>
          <w:lang w:val="ru-RU"/>
        </w:rPr>
        <w:t>отаншыл</w:t>
      </w:r>
      <w:proofErr w:type="spellEnd"/>
      <w:r w:rsidRPr="00E200D0">
        <w:rPr>
          <w:rFonts w:cs="Times New Roman"/>
          <w:szCs w:val="28"/>
        </w:rPr>
        <w:t xml:space="preserve">, </w:t>
      </w:r>
      <w:proofErr w:type="spellStart"/>
      <w:r w:rsidRPr="00F922E3">
        <w:rPr>
          <w:rFonts w:cs="Times New Roman"/>
          <w:szCs w:val="28"/>
          <w:lang w:val="ru-RU"/>
        </w:rPr>
        <w:t>бастамашыл</w:t>
      </w:r>
      <w:proofErr w:type="spellEnd"/>
      <w:r w:rsidRPr="00E200D0">
        <w:rPr>
          <w:rFonts w:cs="Times New Roman"/>
          <w:szCs w:val="28"/>
        </w:rPr>
        <w:t xml:space="preserve"> </w:t>
      </w:r>
      <w:proofErr w:type="spellStart"/>
      <w:r w:rsidRPr="00F922E3">
        <w:rPr>
          <w:rFonts w:cs="Times New Roman"/>
          <w:szCs w:val="28"/>
          <w:lang w:val="ru-RU"/>
        </w:rPr>
        <w:t>және</w:t>
      </w:r>
      <w:proofErr w:type="spellEnd"/>
      <w:r w:rsidRPr="00E200D0">
        <w:rPr>
          <w:rFonts w:cs="Times New Roman"/>
          <w:szCs w:val="28"/>
        </w:rPr>
        <w:t xml:space="preserve"> </w:t>
      </w:r>
      <w:proofErr w:type="spellStart"/>
      <w:r w:rsidRPr="00F922E3">
        <w:rPr>
          <w:rFonts w:cs="Times New Roman"/>
          <w:szCs w:val="28"/>
          <w:lang w:val="ru-RU"/>
        </w:rPr>
        <w:t>әлеуметтік</w:t>
      </w:r>
      <w:proofErr w:type="spellEnd"/>
      <w:r w:rsidRPr="00E200D0">
        <w:rPr>
          <w:rFonts w:cs="Times New Roman"/>
          <w:szCs w:val="28"/>
        </w:rPr>
        <w:t xml:space="preserve"> </w:t>
      </w:r>
      <w:proofErr w:type="spellStart"/>
      <w:r w:rsidRPr="00F922E3">
        <w:rPr>
          <w:rFonts w:cs="Times New Roman"/>
          <w:szCs w:val="28"/>
          <w:lang w:val="ru-RU"/>
        </w:rPr>
        <w:t>белсенді</w:t>
      </w:r>
      <w:proofErr w:type="spellEnd"/>
      <w:r w:rsidRPr="00E200D0">
        <w:rPr>
          <w:rFonts w:cs="Times New Roman"/>
          <w:szCs w:val="28"/>
        </w:rPr>
        <w:t xml:space="preserve"> </w:t>
      </w:r>
      <w:proofErr w:type="spellStart"/>
      <w:r w:rsidRPr="00F922E3">
        <w:rPr>
          <w:rFonts w:cs="Times New Roman"/>
          <w:szCs w:val="28"/>
          <w:lang w:val="ru-RU"/>
        </w:rPr>
        <w:t>қатысушыны</w:t>
      </w:r>
      <w:proofErr w:type="spellEnd"/>
      <w:r w:rsidRPr="00E200D0">
        <w:rPr>
          <w:rFonts w:cs="Times New Roman"/>
          <w:szCs w:val="28"/>
        </w:rPr>
        <w:t xml:space="preserve"> </w:t>
      </w:r>
      <w:proofErr w:type="spellStart"/>
      <w:r w:rsidRPr="00F922E3">
        <w:rPr>
          <w:rFonts w:cs="Times New Roman"/>
          <w:szCs w:val="28"/>
          <w:lang w:val="ru-RU"/>
        </w:rPr>
        <w:t>тәрбиелеуге</w:t>
      </w:r>
      <w:proofErr w:type="spellEnd"/>
      <w:r w:rsidRPr="00E200D0">
        <w:rPr>
          <w:rFonts w:cs="Times New Roman"/>
          <w:szCs w:val="28"/>
        </w:rPr>
        <w:t xml:space="preserve">, </w:t>
      </w:r>
      <w:proofErr w:type="spellStart"/>
      <w:r w:rsidRPr="00F922E3">
        <w:rPr>
          <w:rFonts w:cs="Times New Roman"/>
          <w:szCs w:val="28"/>
          <w:lang w:val="ru-RU"/>
        </w:rPr>
        <w:t>оның</w:t>
      </w:r>
      <w:proofErr w:type="spellEnd"/>
      <w:r w:rsidRPr="00E200D0">
        <w:rPr>
          <w:rFonts w:cs="Times New Roman"/>
          <w:szCs w:val="28"/>
        </w:rPr>
        <w:t xml:space="preserve"> </w:t>
      </w:r>
      <w:proofErr w:type="spellStart"/>
      <w:r w:rsidRPr="00F922E3">
        <w:rPr>
          <w:rFonts w:cs="Times New Roman"/>
          <w:szCs w:val="28"/>
          <w:lang w:val="ru-RU"/>
        </w:rPr>
        <w:t>қауіпсіздік</w:t>
      </w:r>
      <w:proofErr w:type="spellEnd"/>
      <w:r w:rsidRPr="00E200D0">
        <w:rPr>
          <w:rFonts w:cs="Times New Roman"/>
          <w:szCs w:val="28"/>
        </w:rPr>
        <w:t xml:space="preserve"> </w:t>
      </w:r>
      <w:proofErr w:type="spellStart"/>
      <w:r w:rsidRPr="00F922E3">
        <w:rPr>
          <w:rFonts w:cs="Times New Roman"/>
          <w:szCs w:val="28"/>
          <w:lang w:val="ru-RU"/>
        </w:rPr>
        <w:t>ережелерін</w:t>
      </w:r>
      <w:proofErr w:type="spellEnd"/>
      <w:r w:rsidRPr="00E200D0">
        <w:rPr>
          <w:rFonts w:cs="Times New Roman"/>
          <w:szCs w:val="28"/>
        </w:rPr>
        <w:t xml:space="preserve"> </w:t>
      </w:r>
      <w:proofErr w:type="spellStart"/>
      <w:r w:rsidRPr="00F922E3">
        <w:rPr>
          <w:rFonts w:cs="Times New Roman"/>
          <w:szCs w:val="28"/>
          <w:lang w:val="ru-RU"/>
        </w:rPr>
        <w:t>сақтауына</w:t>
      </w:r>
      <w:proofErr w:type="spellEnd"/>
      <w:r w:rsidRPr="00E200D0">
        <w:rPr>
          <w:rFonts w:cs="Times New Roman"/>
          <w:szCs w:val="28"/>
        </w:rPr>
        <w:t xml:space="preserve">, </w:t>
      </w:r>
      <w:proofErr w:type="spellStart"/>
      <w:r w:rsidRPr="00F922E3">
        <w:rPr>
          <w:rFonts w:cs="Times New Roman"/>
          <w:szCs w:val="28"/>
          <w:lang w:val="ru-RU"/>
        </w:rPr>
        <w:t>ұлттық</w:t>
      </w:r>
      <w:proofErr w:type="spellEnd"/>
      <w:r w:rsidRPr="00E200D0">
        <w:rPr>
          <w:rFonts w:cs="Times New Roman"/>
          <w:szCs w:val="28"/>
        </w:rPr>
        <w:t xml:space="preserve"> </w:t>
      </w:r>
      <w:proofErr w:type="spellStart"/>
      <w:r w:rsidRPr="00F922E3">
        <w:rPr>
          <w:rFonts w:cs="Times New Roman"/>
          <w:szCs w:val="28"/>
          <w:lang w:val="ru-RU"/>
        </w:rPr>
        <w:t>құндылықтарды</w:t>
      </w:r>
      <w:proofErr w:type="spellEnd"/>
      <w:r w:rsidRPr="00E200D0">
        <w:rPr>
          <w:rFonts w:cs="Times New Roman"/>
          <w:szCs w:val="28"/>
        </w:rPr>
        <w:t xml:space="preserve"> </w:t>
      </w:r>
      <w:proofErr w:type="spellStart"/>
      <w:r w:rsidRPr="00F922E3">
        <w:rPr>
          <w:rFonts w:cs="Times New Roman"/>
          <w:szCs w:val="28"/>
          <w:lang w:val="ru-RU"/>
        </w:rPr>
        <w:t>құрметтеуіне</w:t>
      </w:r>
      <w:proofErr w:type="spellEnd"/>
      <w:r w:rsidRPr="00E200D0">
        <w:rPr>
          <w:rFonts w:cs="Times New Roman"/>
          <w:szCs w:val="28"/>
        </w:rPr>
        <w:t xml:space="preserve">, </w:t>
      </w:r>
      <w:proofErr w:type="spellStart"/>
      <w:r w:rsidRPr="00F922E3">
        <w:rPr>
          <w:rFonts w:cs="Times New Roman"/>
          <w:szCs w:val="28"/>
          <w:lang w:val="ru-RU"/>
        </w:rPr>
        <w:t>табиғатқа</w:t>
      </w:r>
      <w:proofErr w:type="spellEnd"/>
      <w:r w:rsidRPr="00E200D0">
        <w:rPr>
          <w:rFonts w:cs="Times New Roman"/>
          <w:szCs w:val="28"/>
        </w:rPr>
        <w:t xml:space="preserve"> </w:t>
      </w:r>
      <w:proofErr w:type="spellStart"/>
      <w:r w:rsidRPr="00F922E3">
        <w:rPr>
          <w:rFonts w:cs="Times New Roman"/>
          <w:szCs w:val="28"/>
          <w:lang w:val="ru-RU"/>
        </w:rPr>
        <w:t>ұқыпты</w:t>
      </w:r>
      <w:proofErr w:type="spellEnd"/>
      <w:r w:rsidRPr="00E200D0">
        <w:rPr>
          <w:rFonts w:cs="Times New Roman"/>
          <w:szCs w:val="28"/>
        </w:rPr>
        <w:t xml:space="preserve"> </w:t>
      </w:r>
      <w:proofErr w:type="spellStart"/>
      <w:r w:rsidRPr="00F922E3">
        <w:rPr>
          <w:rFonts w:cs="Times New Roman"/>
          <w:szCs w:val="28"/>
          <w:lang w:val="ru-RU"/>
        </w:rPr>
        <w:t>қарауына</w:t>
      </w:r>
      <w:proofErr w:type="spellEnd"/>
      <w:r w:rsidRPr="00E200D0">
        <w:rPr>
          <w:rFonts w:cs="Times New Roman"/>
          <w:szCs w:val="28"/>
        </w:rPr>
        <w:t xml:space="preserve">, </w:t>
      </w:r>
      <w:proofErr w:type="spellStart"/>
      <w:r w:rsidRPr="00F922E3">
        <w:rPr>
          <w:rFonts w:cs="Times New Roman"/>
          <w:szCs w:val="28"/>
          <w:lang w:val="ru-RU"/>
        </w:rPr>
        <w:t>командада</w:t>
      </w:r>
      <w:proofErr w:type="spellEnd"/>
      <w:r w:rsidRPr="00E200D0">
        <w:rPr>
          <w:rFonts w:cs="Times New Roman"/>
          <w:szCs w:val="28"/>
        </w:rPr>
        <w:t xml:space="preserve"> </w:t>
      </w:r>
      <w:proofErr w:type="spellStart"/>
      <w:r w:rsidRPr="00F922E3">
        <w:rPr>
          <w:rFonts w:cs="Times New Roman"/>
          <w:szCs w:val="28"/>
          <w:lang w:val="ru-RU"/>
        </w:rPr>
        <w:t>жұмыс</w:t>
      </w:r>
      <w:proofErr w:type="spellEnd"/>
      <w:r w:rsidRPr="00E200D0">
        <w:rPr>
          <w:rFonts w:cs="Times New Roman"/>
          <w:szCs w:val="28"/>
        </w:rPr>
        <w:t xml:space="preserve"> </w:t>
      </w:r>
      <w:proofErr w:type="spellStart"/>
      <w:r w:rsidRPr="00F922E3">
        <w:rPr>
          <w:rFonts w:cs="Times New Roman"/>
          <w:szCs w:val="28"/>
          <w:lang w:val="ru-RU"/>
        </w:rPr>
        <w:t>істеуіне</w:t>
      </w:r>
      <w:proofErr w:type="spellEnd"/>
      <w:r w:rsidRPr="00E200D0">
        <w:rPr>
          <w:rFonts w:cs="Times New Roman"/>
          <w:szCs w:val="28"/>
        </w:rPr>
        <w:t xml:space="preserve">, </w:t>
      </w:r>
      <w:proofErr w:type="spellStart"/>
      <w:r w:rsidRPr="00F922E3">
        <w:rPr>
          <w:rFonts w:cs="Times New Roman"/>
          <w:szCs w:val="28"/>
          <w:lang w:val="ru-RU"/>
        </w:rPr>
        <w:t>өзара</w:t>
      </w:r>
      <w:proofErr w:type="spellEnd"/>
      <w:r w:rsidRPr="00E200D0">
        <w:rPr>
          <w:rFonts w:cs="Times New Roman"/>
          <w:szCs w:val="28"/>
        </w:rPr>
        <w:t xml:space="preserve"> </w:t>
      </w:r>
      <w:proofErr w:type="spellStart"/>
      <w:r w:rsidRPr="00F922E3">
        <w:rPr>
          <w:rFonts w:cs="Times New Roman"/>
          <w:szCs w:val="28"/>
          <w:lang w:val="ru-RU"/>
        </w:rPr>
        <w:t>көмек</w:t>
      </w:r>
      <w:proofErr w:type="spellEnd"/>
      <w:r w:rsidRPr="00E200D0">
        <w:rPr>
          <w:rFonts w:cs="Times New Roman"/>
          <w:szCs w:val="28"/>
        </w:rPr>
        <w:t xml:space="preserve"> </w:t>
      </w:r>
      <w:proofErr w:type="spellStart"/>
      <w:r w:rsidRPr="00F922E3">
        <w:rPr>
          <w:rFonts w:cs="Times New Roman"/>
          <w:szCs w:val="28"/>
          <w:lang w:val="ru-RU"/>
        </w:rPr>
        <w:t>көрсетуіне</w:t>
      </w:r>
      <w:proofErr w:type="spellEnd"/>
      <w:r w:rsidRPr="00E200D0">
        <w:rPr>
          <w:rFonts w:cs="Times New Roman"/>
          <w:szCs w:val="28"/>
        </w:rPr>
        <w:t xml:space="preserve">, </w:t>
      </w:r>
      <w:proofErr w:type="spellStart"/>
      <w:r w:rsidRPr="00F922E3">
        <w:rPr>
          <w:rFonts w:cs="Times New Roman"/>
          <w:szCs w:val="28"/>
          <w:lang w:val="ru-RU"/>
        </w:rPr>
        <w:t>дербестік</w:t>
      </w:r>
      <w:proofErr w:type="spellEnd"/>
      <w:r w:rsidRPr="00E200D0">
        <w:rPr>
          <w:rFonts w:cs="Times New Roman"/>
          <w:szCs w:val="28"/>
        </w:rPr>
        <w:t xml:space="preserve"> </w:t>
      </w:r>
      <w:proofErr w:type="spellStart"/>
      <w:r w:rsidRPr="00F922E3">
        <w:rPr>
          <w:rFonts w:cs="Times New Roman"/>
          <w:szCs w:val="28"/>
          <w:lang w:val="ru-RU"/>
        </w:rPr>
        <w:t>танытуына</w:t>
      </w:r>
      <w:proofErr w:type="spellEnd"/>
      <w:r w:rsidRPr="00E200D0">
        <w:rPr>
          <w:rFonts w:cs="Times New Roman"/>
          <w:szCs w:val="28"/>
        </w:rPr>
        <w:t xml:space="preserve"> </w:t>
      </w:r>
      <w:proofErr w:type="spellStart"/>
      <w:r w:rsidRPr="00F922E3">
        <w:rPr>
          <w:rFonts w:cs="Times New Roman"/>
          <w:szCs w:val="28"/>
          <w:lang w:val="ru-RU"/>
        </w:rPr>
        <w:t>және</w:t>
      </w:r>
      <w:proofErr w:type="spellEnd"/>
      <w:r w:rsidRPr="00E200D0">
        <w:rPr>
          <w:rFonts w:cs="Times New Roman"/>
          <w:szCs w:val="28"/>
        </w:rPr>
        <w:t xml:space="preserve"> </w:t>
      </w:r>
      <w:proofErr w:type="spellStart"/>
      <w:r w:rsidRPr="00F922E3">
        <w:rPr>
          <w:rFonts w:cs="Times New Roman"/>
          <w:szCs w:val="28"/>
          <w:lang w:val="ru-RU"/>
        </w:rPr>
        <w:t>жасампаздық</w:t>
      </w:r>
      <w:proofErr w:type="spellEnd"/>
      <w:r w:rsidRPr="00E200D0">
        <w:rPr>
          <w:rFonts w:cs="Times New Roman"/>
          <w:szCs w:val="28"/>
        </w:rPr>
        <w:t xml:space="preserve"> </w:t>
      </w:r>
      <w:proofErr w:type="spellStart"/>
      <w:r w:rsidRPr="00F922E3">
        <w:rPr>
          <w:rFonts w:cs="Times New Roman"/>
          <w:szCs w:val="28"/>
          <w:lang w:val="ru-RU"/>
        </w:rPr>
        <w:t>қызметке</w:t>
      </w:r>
      <w:proofErr w:type="spellEnd"/>
      <w:r w:rsidRPr="00E200D0">
        <w:rPr>
          <w:rFonts w:cs="Times New Roman"/>
          <w:szCs w:val="28"/>
        </w:rPr>
        <w:t xml:space="preserve"> </w:t>
      </w:r>
      <w:proofErr w:type="spellStart"/>
      <w:r w:rsidRPr="00F922E3">
        <w:rPr>
          <w:rFonts w:cs="Times New Roman"/>
          <w:szCs w:val="28"/>
          <w:lang w:val="ru-RU"/>
        </w:rPr>
        <w:t>қатысуына</w:t>
      </w:r>
      <w:proofErr w:type="spellEnd"/>
      <w:r w:rsidRPr="00E200D0">
        <w:rPr>
          <w:rFonts w:cs="Times New Roman"/>
          <w:szCs w:val="28"/>
        </w:rPr>
        <w:t xml:space="preserve"> </w:t>
      </w:r>
      <w:proofErr w:type="spellStart"/>
      <w:r w:rsidRPr="00F922E3">
        <w:rPr>
          <w:rFonts w:cs="Times New Roman"/>
          <w:szCs w:val="28"/>
          <w:lang w:val="ru-RU"/>
        </w:rPr>
        <w:t>бағытталған</w:t>
      </w:r>
      <w:proofErr w:type="spellEnd"/>
      <w:r w:rsidRPr="00E200D0">
        <w:rPr>
          <w:rFonts w:cs="Times New Roman"/>
          <w:szCs w:val="28"/>
        </w:rPr>
        <w:t>.</w:t>
      </w:r>
    </w:p>
    <w:p w14:paraId="2C0C0020" w14:textId="77777777" w:rsidR="00F922E3" w:rsidRPr="00F922E3" w:rsidRDefault="00F922E3" w:rsidP="00F922E3">
      <w:pPr>
        <w:pStyle w:val="aff8"/>
        <w:spacing w:before="0" w:beforeAutospacing="0" w:after="0" w:afterAutospacing="0"/>
        <w:ind w:firstLine="709"/>
        <w:jc w:val="both"/>
        <w:rPr>
          <w:b/>
          <w:sz w:val="28"/>
          <w:szCs w:val="28"/>
        </w:rPr>
      </w:pPr>
      <w:proofErr w:type="spellStart"/>
      <w:r w:rsidRPr="00F922E3">
        <w:rPr>
          <w:b/>
          <w:sz w:val="28"/>
          <w:szCs w:val="28"/>
        </w:rPr>
        <w:t>Бағдарламаның</w:t>
      </w:r>
      <w:proofErr w:type="spellEnd"/>
      <w:r w:rsidRPr="00F922E3">
        <w:rPr>
          <w:b/>
          <w:sz w:val="28"/>
          <w:szCs w:val="28"/>
        </w:rPr>
        <w:t xml:space="preserve"> </w:t>
      </w:r>
      <w:proofErr w:type="spellStart"/>
      <w:r w:rsidRPr="00F922E3">
        <w:rPr>
          <w:b/>
          <w:sz w:val="28"/>
          <w:szCs w:val="28"/>
        </w:rPr>
        <w:t>міндеттері</w:t>
      </w:r>
      <w:proofErr w:type="spellEnd"/>
    </w:p>
    <w:p w14:paraId="636D8CA9" w14:textId="77777777" w:rsidR="00F922E3" w:rsidRPr="00F922E3" w:rsidRDefault="00F922E3" w:rsidP="00F922E3">
      <w:pPr>
        <w:pStyle w:val="aff8"/>
        <w:spacing w:before="0" w:beforeAutospacing="0" w:after="0" w:afterAutospacing="0"/>
        <w:ind w:firstLine="709"/>
        <w:jc w:val="both"/>
        <w:rPr>
          <w:sz w:val="28"/>
          <w:szCs w:val="28"/>
        </w:rPr>
      </w:pPr>
      <w:proofErr w:type="spellStart"/>
      <w:r w:rsidRPr="00F922E3">
        <w:rPr>
          <w:sz w:val="28"/>
          <w:szCs w:val="28"/>
        </w:rPr>
        <w:t>Бағдарламаның</w:t>
      </w:r>
      <w:proofErr w:type="spellEnd"/>
      <w:r w:rsidRPr="00F922E3">
        <w:rPr>
          <w:sz w:val="28"/>
          <w:szCs w:val="28"/>
        </w:rPr>
        <w:t xml:space="preserve"> </w:t>
      </w:r>
      <w:proofErr w:type="spellStart"/>
      <w:r w:rsidRPr="00F922E3">
        <w:rPr>
          <w:sz w:val="28"/>
          <w:szCs w:val="28"/>
        </w:rPr>
        <w:t>міндеттері</w:t>
      </w:r>
      <w:proofErr w:type="spellEnd"/>
      <w:r w:rsidRPr="00F922E3">
        <w:rPr>
          <w:sz w:val="28"/>
          <w:szCs w:val="28"/>
        </w:rPr>
        <w:t xml:space="preserve"> </w:t>
      </w:r>
      <w:proofErr w:type="spellStart"/>
      <w:r w:rsidRPr="00F922E3">
        <w:rPr>
          <w:sz w:val="28"/>
          <w:szCs w:val="28"/>
        </w:rPr>
        <w:t>білім</w:t>
      </w:r>
      <w:proofErr w:type="spellEnd"/>
      <w:r w:rsidRPr="00F922E3">
        <w:rPr>
          <w:sz w:val="28"/>
          <w:szCs w:val="28"/>
        </w:rPr>
        <w:t xml:space="preserve"> </w:t>
      </w:r>
      <w:proofErr w:type="spellStart"/>
      <w:r w:rsidRPr="00F922E3">
        <w:rPr>
          <w:sz w:val="28"/>
          <w:szCs w:val="28"/>
        </w:rPr>
        <w:t>беру</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сауықтыру</w:t>
      </w:r>
      <w:proofErr w:type="spellEnd"/>
      <w:r w:rsidRPr="00F922E3">
        <w:rPr>
          <w:sz w:val="28"/>
          <w:szCs w:val="28"/>
        </w:rPr>
        <w:t xml:space="preserve"> </w:t>
      </w:r>
      <w:proofErr w:type="spellStart"/>
      <w:r w:rsidRPr="00F922E3">
        <w:rPr>
          <w:sz w:val="28"/>
          <w:szCs w:val="28"/>
        </w:rPr>
        <w:t>модульдері</w:t>
      </w:r>
      <w:proofErr w:type="spellEnd"/>
      <w:r w:rsidRPr="00F922E3">
        <w:rPr>
          <w:sz w:val="28"/>
          <w:szCs w:val="28"/>
        </w:rPr>
        <w:t xml:space="preserve"> </w:t>
      </w:r>
      <w:proofErr w:type="spellStart"/>
      <w:r w:rsidRPr="00F922E3">
        <w:rPr>
          <w:sz w:val="28"/>
          <w:szCs w:val="28"/>
        </w:rPr>
        <w:t>арқылы</w:t>
      </w:r>
      <w:proofErr w:type="spellEnd"/>
      <w:r w:rsidRPr="00F922E3">
        <w:rPr>
          <w:sz w:val="28"/>
          <w:szCs w:val="28"/>
        </w:rPr>
        <w:t xml:space="preserve"> </w:t>
      </w:r>
      <w:proofErr w:type="spellStart"/>
      <w:r w:rsidRPr="00F922E3">
        <w:rPr>
          <w:sz w:val="28"/>
          <w:szCs w:val="28"/>
        </w:rPr>
        <w:t>жүзеге</w:t>
      </w:r>
      <w:proofErr w:type="spellEnd"/>
      <w:r w:rsidRPr="00F922E3">
        <w:rPr>
          <w:sz w:val="28"/>
          <w:szCs w:val="28"/>
        </w:rPr>
        <w:t xml:space="preserve"> </w:t>
      </w:r>
      <w:proofErr w:type="spellStart"/>
      <w:r w:rsidRPr="00F922E3">
        <w:rPr>
          <w:sz w:val="28"/>
          <w:szCs w:val="28"/>
        </w:rPr>
        <w:t>асырылады</w:t>
      </w:r>
      <w:proofErr w:type="spellEnd"/>
      <w:r w:rsidRPr="00F922E3">
        <w:rPr>
          <w:sz w:val="28"/>
          <w:szCs w:val="28"/>
        </w:rPr>
        <w:t>.</w:t>
      </w:r>
    </w:p>
    <w:p w14:paraId="7CBA22B5" w14:textId="77777777" w:rsidR="00F922E3" w:rsidRPr="00F922E3" w:rsidRDefault="00F922E3" w:rsidP="00F922E3">
      <w:pPr>
        <w:pStyle w:val="aff8"/>
        <w:spacing w:before="0" w:beforeAutospacing="0" w:after="0" w:afterAutospacing="0"/>
        <w:ind w:firstLine="709"/>
        <w:jc w:val="both"/>
        <w:rPr>
          <w:sz w:val="28"/>
          <w:szCs w:val="28"/>
        </w:rPr>
      </w:pPr>
      <w:proofErr w:type="spellStart"/>
      <w:r w:rsidRPr="00F922E3">
        <w:rPr>
          <w:sz w:val="28"/>
          <w:szCs w:val="28"/>
        </w:rPr>
        <w:t>Білім</w:t>
      </w:r>
      <w:proofErr w:type="spellEnd"/>
      <w:r w:rsidRPr="00F922E3">
        <w:rPr>
          <w:sz w:val="28"/>
          <w:szCs w:val="28"/>
        </w:rPr>
        <w:t xml:space="preserve"> </w:t>
      </w:r>
      <w:proofErr w:type="spellStart"/>
      <w:r w:rsidRPr="00F922E3">
        <w:rPr>
          <w:sz w:val="28"/>
          <w:szCs w:val="28"/>
        </w:rPr>
        <w:t>беру</w:t>
      </w:r>
      <w:proofErr w:type="spellEnd"/>
      <w:r w:rsidRPr="00F922E3">
        <w:rPr>
          <w:sz w:val="28"/>
          <w:szCs w:val="28"/>
        </w:rPr>
        <w:t xml:space="preserve"> </w:t>
      </w:r>
      <w:proofErr w:type="spellStart"/>
      <w:r w:rsidRPr="00F922E3">
        <w:rPr>
          <w:sz w:val="28"/>
          <w:szCs w:val="28"/>
        </w:rPr>
        <w:t>міндеттері</w:t>
      </w:r>
      <w:proofErr w:type="spellEnd"/>
    </w:p>
    <w:p w14:paraId="0BD26880" w14:textId="77777777" w:rsidR="00F922E3" w:rsidRPr="00F922E3" w:rsidRDefault="00F922E3"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proofErr w:type="spellStart"/>
      <w:r w:rsidRPr="00F922E3">
        <w:rPr>
          <w:sz w:val="28"/>
          <w:szCs w:val="28"/>
        </w:rPr>
        <w:t>Спорттық-туристік</w:t>
      </w:r>
      <w:proofErr w:type="spellEnd"/>
      <w:r w:rsidRPr="00F922E3">
        <w:rPr>
          <w:sz w:val="28"/>
          <w:szCs w:val="28"/>
        </w:rPr>
        <w:t xml:space="preserve"> </w:t>
      </w:r>
      <w:proofErr w:type="spellStart"/>
      <w:r w:rsidRPr="00F922E3">
        <w:rPr>
          <w:sz w:val="28"/>
          <w:szCs w:val="28"/>
        </w:rPr>
        <w:t>қызметке</w:t>
      </w:r>
      <w:proofErr w:type="spellEnd"/>
      <w:r w:rsidRPr="00F922E3">
        <w:rPr>
          <w:sz w:val="28"/>
          <w:szCs w:val="28"/>
        </w:rPr>
        <w:t xml:space="preserve"> </w:t>
      </w:r>
      <w:proofErr w:type="spellStart"/>
      <w:r w:rsidRPr="00F922E3">
        <w:rPr>
          <w:sz w:val="28"/>
          <w:szCs w:val="28"/>
        </w:rPr>
        <w:t>қызығушылықты</w:t>
      </w:r>
      <w:proofErr w:type="spellEnd"/>
      <w:r w:rsidRPr="00F922E3">
        <w:rPr>
          <w:sz w:val="28"/>
          <w:szCs w:val="28"/>
        </w:rPr>
        <w:t xml:space="preserve"> </w:t>
      </w:r>
      <w:proofErr w:type="spellStart"/>
      <w:r w:rsidRPr="00F922E3">
        <w:rPr>
          <w:sz w:val="28"/>
          <w:szCs w:val="28"/>
        </w:rPr>
        <w:t>дамыту</w:t>
      </w:r>
      <w:proofErr w:type="spellEnd"/>
      <w:r w:rsidRPr="00F922E3">
        <w:rPr>
          <w:sz w:val="28"/>
          <w:szCs w:val="28"/>
        </w:rPr>
        <w:t xml:space="preserve">, </w:t>
      </w:r>
      <w:proofErr w:type="spellStart"/>
      <w:r w:rsidRPr="00F922E3">
        <w:rPr>
          <w:sz w:val="28"/>
          <w:szCs w:val="28"/>
        </w:rPr>
        <w:t>танымдық</w:t>
      </w:r>
      <w:proofErr w:type="spellEnd"/>
      <w:r w:rsidRPr="00F922E3">
        <w:rPr>
          <w:sz w:val="28"/>
          <w:szCs w:val="28"/>
        </w:rPr>
        <w:t xml:space="preserve"> </w:t>
      </w:r>
      <w:proofErr w:type="spellStart"/>
      <w:r w:rsidRPr="00F922E3">
        <w:rPr>
          <w:sz w:val="28"/>
          <w:szCs w:val="28"/>
        </w:rPr>
        <w:t>белсенділікті</w:t>
      </w:r>
      <w:proofErr w:type="spellEnd"/>
      <w:r w:rsidRPr="00F922E3">
        <w:rPr>
          <w:sz w:val="28"/>
          <w:szCs w:val="28"/>
        </w:rPr>
        <w:t xml:space="preserve">, </w:t>
      </w:r>
      <w:proofErr w:type="spellStart"/>
      <w:r w:rsidRPr="00F922E3">
        <w:rPr>
          <w:sz w:val="28"/>
          <w:szCs w:val="28"/>
        </w:rPr>
        <w:t>практикалық</w:t>
      </w:r>
      <w:proofErr w:type="spellEnd"/>
      <w:r w:rsidRPr="00F922E3">
        <w:rPr>
          <w:sz w:val="28"/>
          <w:szCs w:val="28"/>
        </w:rPr>
        <w:t xml:space="preserve"> </w:t>
      </w:r>
      <w:proofErr w:type="spellStart"/>
      <w:r w:rsidRPr="00F922E3">
        <w:rPr>
          <w:sz w:val="28"/>
          <w:szCs w:val="28"/>
        </w:rPr>
        <w:t>ойлауды</w:t>
      </w:r>
      <w:proofErr w:type="spellEnd"/>
      <w:r w:rsidRPr="00F922E3">
        <w:rPr>
          <w:sz w:val="28"/>
          <w:szCs w:val="28"/>
        </w:rPr>
        <w:t xml:space="preserve">, </w:t>
      </w:r>
      <w:proofErr w:type="spellStart"/>
      <w:r w:rsidRPr="00F922E3">
        <w:rPr>
          <w:sz w:val="28"/>
          <w:szCs w:val="28"/>
        </w:rPr>
        <w:t>дербестікті</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жауапкершілікті</w:t>
      </w:r>
      <w:proofErr w:type="spellEnd"/>
      <w:r w:rsidRPr="00F922E3">
        <w:rPr>
          <w:sz w:val="28"/>
          <w:szCs w:val="28"/>
        </w:rPr>
        <w:t xml:space="preserve"> </w:t>
      </w:r>
      <w:proofErr w:type="spellStart"/>
      <w:r w:rsidRPr="00F922E3">
        <w:rPr>
          <w:sz w:val="28"/>
          <w:szCs w:val="28"/>
        </w:rPr>
        <w:t>қалыптастыру</w:t>
      </w:r>
      <w:proofErr w:type="spellEnd"/>
      <w:r w:rsidRPr="00F922E3">
        <w:rPr>
          <w:sz w:val="28"/>
          <w:szCs w:val="28"/>
        </w:rPr>
        <w:t xml:space="preserve"> </w:t>
      </w:r>
      <w:proofErr w:type="spellStart"/>
      <w:r w:rsidRPr="00F922E3">
        <w:rPr>
          <w:sz w:val="28"/>
          <w:szCs w:val="28"/>
        </w:rPr>
        <w:t>үшін</w:t>
      </w:r>
      <w:proofErr w:type="spellEnd"/>
      <w:r w:rsidRPr="00F922E3">
        <w:rPr>
          <w:sz w:val="28"/>
          <w:szCs w:val="28"/>
        </w:rPr>
        <w:t xml:space="preserve"> </w:t>
      </w:r>
      <w:proofErr w:type="spellStart"/>
      <w:r w:rsidRPr="00F922E3">
        <w:rPr>
          <w:sz w:val="28"/>
          <w:szCs w:val="28"/>
        </w:rPr>
        <w:t>жағдай</w:t>
      </w:r>
      <w:proofErr w:type="spellEnd"/>
      <w:r w:rsidRPr="00F922E3">
        <w:rPr>
          <w:sz w:val="28"/>
          <w:szCs w:val="28"/>
        </w:rPr>
        <w:t xml:space="preserve"> </w:t>
      </w:r>
      <w:proofErr w:type="spellStart"/>
      <w:r w:rsidRPr="00F922E3">
        <w:rPr>
          <w:sz w:val="28"/>
          <w:szCs w:val="28"/>
        </w:rPr>
        <w:t>жасау</w:t>
      </w:r>
      <w:proofErr w:type="spellEnd"/>
      <w:r w:rsidRPr="00F922E3">
        <w:rPr>
          <w:sz w:val="28"/>
          <w:szCs w:val="28"/>
        </w:rPr>
        <w:t>.</w:t>
      </w:r>
    </w:p>
    <w:p w14:paraId="21FFBBF6" w14:textId="088EAC9E" w:rsidR="00F922E3" w:rsidRPr="00F922E3" w:rsidRDefault="00195065"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r>
        <w:rPr>
          <w:lang w:val="ru-RU"/>
        </w:rPr>
        <w:t>ББСО</w:t>
      </w:r>
      <w:r w:rsidR="00F922E3" w:rsidRPr="00F922E3">
        <w:rPr>
          <w:sz w:val="28"/>
          <w:szCs w:val="28"/>
        </w:rPr>
        <w:t xml:space="preserve">, </w:t>
      </w:r>
      <w:proofErr w:type="spellStart"/>
      <w:r w:rsidR="00F922E3" w:rsidRPr="00F922E3">
        <w:rPr>
          <w:sz w:val="28"/>
          <w:szCs w:val="28"/>
        </w:rPr>
        <w:t>маршрутта</w:t>
      </w:r>
      <w:proofErr w:type="spellEnd"/>
      <w:r w:rsidR="00F922E3" w:rsidRPr="00F922E3">
        <w:rPr>
          <w:sz w:val="28"/>
          <w:szCs w:val="28"/>
        </w:rPr>
        <w:t xml:space="preserve">, </w:t>
      </w:r>
      <w:proofErr w:type="spellStart"/>
      <w:r w:rsidR="00F922E3" w:rsidRPr="00F922E3">
        <w:rPr>
          <w:sz w:val="28"/>
          <w:szCs w:val="28"/>
        </w:rPr>
        <w:t>спорт</w:t>
      </w:r>
      <w:proofErr w:type="spellEnd"/>
      <w:r w:rsidR="00F922E3" w:rsidRPr="00F922E3">
        <w:rPr>
          <w:sz w:val="28"/>
          <w:szCs w:val="28"/>
        </w:rPr>
        <w:t xml:space="preserve"> </w:t>
      </w:r>
      <w:proofErr w:type="spellStart"/>
      <w:r w:rsidR="00F922E3" w:rsidRPr="00F922E3">
        <w:rPr>
          <w:sz w:val="28"/>
          <w:szCs w:val="28"/>
        </w:rPr>
        <w:t>алаңында</w:t>
      </w:r>
      <w:proofErr w:type="spellEnd"/>
      <w:r w:rsidR="00F922E3" w:rsidRPr="00F922E3">
        <w:rPr>
          <w:sz w:val="28"/>
          <w:szCs w:val="28"/>
        </w:rPr>
        <w:t xml:space="preserve"> </w:t>
      </w:r>
      <w:proofErr w:type="spellStart"/>
      <w:r w:rsidR="00F922E3" w:rsidRPr="00F922E3">
        <w:rPr>
          <w:sz w:val="28"/>
          <w:szCs w:val="28"/>
        </w:rPr>
        <w:t>және</w:t>
      </w:r>
      <w:proofErr w:type="spellEnd"/>
      <w:r w:rsidR="00F922E3" w:rsidRPr="00F922E3">
        <w:rPr>
          <w:sz w:val="28"/>
          <w:szCs w:val="28"/>
        </w:rPr>
        <w:t xml:space="preserve"> </w:t>
      </w:r>
      <w:proofErr w:type="spellStart"/>
      <w:r w:rsidR="00F922E3" w:rsidRPr="00F922E3">
        <w:rPr>
          <w:sz w:val="28"/>
          <w:szCs w:val="28"/>
        </w:rPr>
        <w:t>табиғи</w:t>
      </w:r>
      <w:proofErr w:type="spellEnd"/>
      <w:r w:rsidR="00F922E3" w:rsidRPr="00F922E3">
        <w:rPr>
          <w:sz w:val="28"/>
          <w:szCs w:val="28"/>
        </w:rPr>
        <w:t xml:space="preserve"> </w:t>
      </w:r>
      <w:proofErr w:type="spellStart"/>
      <w:r w:rsidR="00F922E3" w:rsidRPr="00F922E3">
        <w:rPr>
          <w:sz w:val="28"/>
          <w:szCs w:val="28"/>
        </w:rPr>
        <w:t>ортада</w:t>
      </w:r>
      <w:proofErr w:type="spellEnd"/>
      <w:r w:rsidR="00F922E3" w:rsidRPr="00F922E3">
        <w:rPr>
          <w:sz w:val="28"/>
          <w:szCs w:val="28"/>
        </w:rPr>
        <w:t xml:space="preserve"> </w:t>
      </w:r>
      <w:proofErr w:type="spellStart"/>
      <w:r w:rsidR="00F922E3" w:rsidRPr="00F922E3">
        <w:rPr>
          <w:sz w:val="28"/>
          <w:szCs w:val="28"/>
        </w:rPr>
        <w:t>қауіпсіз</w:t>
      </w:r>
      <w:proofErr w:type="spellEnd"/>
      <w:r w:rsidR="00F922E3" w:rsidRPr="00F922E3">
        <w:rPr>
          <w:sz w:val="28"/>
          <w:szCs w:val="28"/>
        </w:rPr>
        <w:t xml:space="preserve"> </w:t>
      </w:r>
      <w:proofErr w:type="spellStart"/>
      <w:r w:rsidR="00F922E3" w:rsidRPr="00F922E3">
        <w:rPr>
          <w:sz w:val="28"/>
          <w:szCs w:val="28"/>
        </w:rPr>
        <w:t>мінез-құлық</w:t>
      </w:r>
      <w:proofErr w:type="spellEnd"/>
      <w:r w:rsidR="00F922E3" w:rsidRPr="00F922E3">
        <w:rPr>
          <w:sz w:val="28"/>
          <w:szCs w:val="28"/>
        </w:rPr>
        <w:t xml:space="preserve"> </w:t>
      </w:r>
      <w:proofErr w:type="spellStart"/>
      <w:r w:rsidR="00F922E3" w:rsidRPr="00F922E3">
        <w:rPr>
          <w:sz w:val="28"/>
          <w:szCs w:val="28"/>
        </w:rPr>
        <w:t>туралы</w:t>
      </w:r>
      <w:proofErr w:type="spellEnd"/>
      <w:r w:rsidR="00F922E3" w:rsidRPr="00F922E3">
        <w:rPr>
          <w:sz w:val="28"/>
          <w:szCs w:val="28"/>
        </w:rPr>
        <w:t xml:space="preserve"> </w:t>
      </w:r>
      <w:r w:rsidR="00AE6842">
        <w:rPr>
          <w:sz w:val="28"/>
          <w:szCs w:val="28"/>
          <w:lang w:val="kk-KZ"/>
        </w:rPr>
        <w:t>негізгі</w:t>
      </w:r>
      <w:r w:rsidR="00F922E3" w:rsidRPr="00F922E3">
        <w:rPr>
          <w:sz w:val="28"/>
          <w:szCs w:val="28"/>
        </w:rPr>
        <w:t xml:space="preserve"> </w:t>
      </w:r>
      <w:proofErr w:type="spellStart"/>
      <w:r w:rsidR="00F922E3" w:rsidRPr="00F922E3">
        <w:rPr>
          <w:sz w:val="28"/>
          <w:szCs w:val="28"/>
        </w:rPr>
        <w:t>түсініктерді</w:t>
      </w:r>
      <w:proofErr w:type="spellEnd"/>
      <w:r w:rsidR="00F922E3" w:rsidRPr="00F922E3">
        <w:rPr>
          <w:sz w:val="28"/>
          <w:szCs w:val="28"/>
        </w:rPr>
        <w:t xml:space="preserve"> </w:t>
      </w:r>
      <w:proofErr w:type="spellStart"/>
      <w:r w:rsidR="00F922E3" w:rsidRPr="00F922E3">
        <w:rPr>
          <w:sz w:val="28"/>
          <w:szCs w:val="28"/>
        </w:rPr>
        <w:t>қалыптастыру</w:t>
      </w:r>
      <w:proofErr w:type="spellEnd"/>
      <w:r w:rsidR="00F922E3" w:rsidRPr="00F922E3">
        <w:rPr>
          <w:sz w:val="28"/>
          <w:szCs w:val="28"/>
        </w:rPr>
        <w:t>.</w:t>
      </w:r>
    </w:p>
    <w:p w14:paraId="6ADA8E74" w14:textId="038E69B7" w:rsidR="00F922E3" w:rsidRPr="00F922E3" w:rsidRDefault="00F922E3"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proofErr w:type="spellStart"/>
      <w:r w:rsidRPr="00F922E3">
        <w:rPr>
          <w:sz w:val="28"/>
          <w:szCs w:val="28"/>
        </w:rPr>
        <w:t>Қарапайым</w:t>
      </w:r>
      <w:proofErr w:type="spellEnd"/>
      <w:r w:rsidRPr="00F922E3">
        <w:rPr>
          <w:sz w:val="28"/>
          <w:szCs w:val="28"/>
        </w:rPr>
        <w:t xml:space="preserve"> </w:t>
      </w:r>
      <w:proofErr w:type="spellStart"/>
      <w:r w:rsidRPr="00F922E3">
        <w:rPr>
          <w:sz w:val="28"/>
          <w:szCs w:val="28"/>
        </w:rPr>
        <w:t>туристік</w:t>
      </w:r>
      <w:proofErr w:type="spellEnd"/>
      <w:r w:rsidRPr="00F922E3">
        <w:rPr>
          <w:sz w:val="28"/>
          <w:szCs w:val="28"/>
        </w:rPr>
        <w:t xml:space="preserve"> </w:t>
      </w:r>
      <w:proofErr w:type="spellStart"/>
      <w:r w:rsidRPr="00F922E3">
        <w:rPr>
          <w:sz w:val="28"/>
          <w:szCs w:val="28"/>
        </w:rPr>
        <w:t>дағдыларды</w:t>
      </w:r>
      <w:proofErr w:type="spellEnd"/>
      <w:r w:rsidRPr="00F922E3">
        <w:rPr>
          <w:sz w:val="28"/>
          <w:szCs w:val="28"/>
        </w:rPr>
        <w:t xml:space="preserve"> </w:t>
      </w:r>
      <w:proofErr w:type="spellStart"/>
      <w:r w:rsidRPr="00F922E3">
        <w:rPr>
          <w:sz w:val="28"/>
          <w:szCs w:val="28"/>
        </w:rPr>
        <w:t>дамыту</w:t>
      </w:r>
      <w:proofErr w:type="spellEnd"/>
      <w:r w:rsidRPr="00F922E3">
        <w:rPr>
          <w:sz w:val="28"/>
          <w:szCs w:val="28"/>
        </w:rPr>
        <w:t xml:space="preserve">: </w:t>
      </w:r>
      <w:proofErr w:type="spellStart"/>
      <w:r w:rsidRPr="00F922E3">
        <w:rPr>
          <w:sz w:val="28"/>
          <w:szCs w:val="28"/>
        </w:rPr>
        <w:t>аумақ</w:t>
      </w:r>
      <w:proofErr w:type="spellEnd"/>
      <w:r w:rsidRPr="00F922E3">
        <w:rPr>
          <w:sz w:val="28"/>
          <w:szCs w:val="28"/>
        </w:rPr>
        <w:t xml:space="preserve"> </w:t>
      </w:r>
      <w:proofErr w:type="spellStart"/>
      <w:r w:rsidRPr="00F922E3">
        <w:rPr>
          <w:sz w:val="28"/>
          <w:szCs w:val="28"/>
        </w:rPr>
        <w:t>сызбасы</w:t>
      </w:r>
      <w:proofErr w:type="spellEnd"/>
      <w:r w:rsidR="00947428">
        <w:rPr>
          <w:sz w:val="28"/>
          <w:szCs w:val="28"/>
          <w:lang w:val="kk-KZ"/>
        </w:rPr>
        <w:t>мен</w:t>
      </w:r>
      <w:r w:rsidRPr="00F922E3">
        <w:rPr>
          <w:sz w:val="28"/>
          <w:szCs w:val="28"/>
        </w:rPr>
        <w:t xml:space="preserve"> </w:t>
      </w:r>
      <w:proofErr w:type="spellStart"/>
      <w:r w:rsidRPr="00F922E3">
        <w:rPr>
          <w:sz w:val="28"/>
          <w:szCs w:val="28"/>
        </w:rPr>
        <w:t>бағдарлау</w:t>
      </w:r>
      <w:proofErr w:type="spellEnd"/>
      <w:r w:rsidRPr="00F922E3">
        <w:rPr>
          <w:sz w:val="28"/>
          <w:szCs w:val="28"/>
        </w:rPr>
        <w:t xml:space="preserve">, </w:t>
      </w:r>
      <w:proofErr w:type="spellStart"/>
      <w:r w:rsidRPr="00F922E3">
        <w:rPr>
          <w:sz w:val="28"/>
          <w:szCs w:val="28"/>
        </w:rPr>
        <w:t>топпен</w:t>
      </w:r>
      <w:proofErr w:type="spellEnd"/>
      <w:r w:rsidRPr="00F922E3">
        <w:rPr>
          <w:sz w:val="28"/>
          <w:szCs w:val="28"/>
        </w:rPr>
        <w:t xml:space="preserve"> </w:t>
      </w:r>
      <w:proofErr w:type="spellStart"/>
      <w:r w:rsidRPr="00F922E3">
        <w:rPr>
          <w:sz w:val="28"/>
          <w:szCs w:val="28"/>
        </w:rPr>
        <w:t>қозғалу</w:t>
      </w:r>
      <w:proofErr w:type="spellEnd"/>
      <w:r w:rsidRPr="00F922E3">
        <w:rPr>
          <w:sz w:val="28"/>
          <w:szCs w:val="28"/>
        </w:rPr>
        <w:t xml:space="preserve">, </w:t>
      </w:r>
      <w:proofErr w:type="spellStart"/>
      <w:r w:rsidRPr="00F922E3">
        <w:rPr>
          <w:sz w:val="28"/>
          <w:szCs w:val="28"/>
        </w:rPr>
        <w:t>шартты</w:t>
      </w:r>
      <w:proofErr w:type="spellEnd"/>
      <w:r w:rsidRPr="00F922E3">
        <w:rPr>
          <w:sz w:val="28"/>
          <w:szCs w:val="28"/>
        </w:rPr>
        <w:t xml:space="preserve"> </w:t>
      </w:r>
      <w:proofErr w:type="spellStart"/>
      <w:r w:rsidRPr="00F922E3">
        <w:rPr>
          <w:sz w:val="28"/>
          <w:szCs w:val="28"/>
        </w:rPr>
        <w:t>туристік</w:t>
      </w:r>
      <w:proofErr w:type="spellEnd"/>
      <w:r w:rsidRPr="00F922E3">
        <w:rPr>
          <w:sz w:val="28"/>
          <w:szCs w:val="28"/>
        </w:rPr>
        <w:t xml:space="preserve"> </w:t>
      </w:r>
      <w:proofErr w:type="spellStart"/>
      <w:r w:rsidRPr="00F922E3">
        <w:rPr>
          <w:sz w:val="28"/>
          <w:szCs w:val="28"/>
        </w:rPr>
        <w:t>жиынтықты</w:t>
      </w:r>
      <w:proofErr w:type="spellEnd"/>
      <w:r w:rsidRPr="00F922E3">
        <w:rPr>
          <w:sz w:val="28"/>
          <w:szCs w:val="28"/>
        </w:rPr>
        <w:t xml:space="preserve"> </w:t>
      </w:r>
      <w:proofErr w:type="spellStart"/>
      <w:r w:rsidRPr="00F922E3">
        <w:rPr>
          <w:sz w:val="28"/>
          <w:szCs w:val="28"/>
        </w:rPr>
        <w:t>жинау</w:t>
      </w:r>
      <w:proofErr w:type="spellEnd"/>
      <w:r w:rsidRPr="00F922E3">
        <w:rPr>
          <w:sz w:val="28"/>
          <w:szCs w:val="28"/>
        </w:rPr>
        <w:t xml:space="preserve">, </w:t>
      </w:r>
      <w:proofErr w:type="spellStart"/>
      <w:r w:rsidRPr="00F922E3">
        <w:rPr>
          <w:sz w:val="28"/>
          <w:szCs w:val="28"/>
        </w:rPr>
        <w:t>маршрутты</w:t>
      </w:r>
      <w:proofErr w:type="spellEnd"/>
      <w:r w:rsidRPr="00F922E3">
        <w:rPr>
          <w:sz w:val="28"/>
          <w:szCs w:val="28"/>
        </w:rPr>
        <w:t xml:space="preserve"> </w:t>
      </w:r>
      <w:proofErr w:type="spellStart"/>
      <w:r w:rsidRPr="00F922E3">
        <w:rPr>
          <w:sz w:val="28"/>
          <w:szCs w:val="28"/>
        </w:rPr>
        <w:t>сақтау</w:t>
      </w:r>
      <w:proofErr w:type="spellEnd"/>
      <w:r w:rsidRPr="00F922E3">
        <w:rPr>
          <w:sz w:val="28"/>
          <w:szCs w:val="28"/>
        </w:rPr>
        <w:t xml:space="preserve">, </w:t>
      </w:r>
      <w:proofErr w:type="spellStart"/>
      <w:r w:rsidRPr="00F922E3">
        <w:rPr>
          <w:sz w:val="28"/>
          <w:szCs w:val="28"/>
        </w:rPr>
        <w:t>өзара</w:t>
      </w:r>
      <w:proofErr w:type="spellEnd"/>
      <w:r w:rsidRPr="00F922E3">
        <w:rPr>
          <w:sz w:val="28"/>
          <w:szCs w:val="28"/>
        </w:rPr>
        <w:t xml:space="preserve"> </w:t>
      </w:r>
      <w:proofErr w:type="spellStart"/>
      <w:r w:rsidRPr="00F922E3">
        <w:rPr>
          <w:sz w:val="28"/>
          <w:szCs w:val="28"/>
        </w:rPr>
        <w:t>көмек</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тәртіп</w:t>
      </w:r>
      <w:proofErr w:type="spellEnd"/>
      <w:r w:rsidRPr="00F922E3">
        <w:rPr>
          <w:sz w:val="28"/>
          <w:szCs w:val="28"/>
        </w:rPr>
        <w:t>.</w:t>
      </w:r>
    </w:p>
    <w:p w14:paraId="5D97D9EC" w14:textId="77777777" w:rsidR="00F922E3" w:rsidRPr="00F922E3" w:rsidRDefault="00F922E3"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proofErr w:type="spellStart"/>
      <w:r w:rsidRPr="00F922E3">
        <w:rPr>
          <w:sz w:val="28"/>
          <w:szCs w:val="28"/>
        </w:rPr>
        <w:t>Спорттық</w:t>
      </w:r>
      <w:proofErr w:type="spellEnd"/>
      <w:r w:rsidRPr="00F922E3">
        <w:rPr>
          <w:sz w:val="28"/>
          <w:szCs w:val="28"/>
        </w:rPr>
        <w:t xml:space="preserve">, </w:t>
      </w:r>
      <w:proofErr w:type="spellStart"/>
      <w:r w:rsidRPr="00F922E3">
        <w:rPr>
          <w:sz w:val="28"/>
          <w:szCs w:val="28"/>
        </w:rPr>
        <w:t>туристік</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жобалық</w:t>
      </w:r>
      <w:proofErr w:type="spellEnd"/>
      <w:r w:rsidRPr="00F922E3">
        <w:rPr>
          <w:sz w:val="28"/>
          <w:szCs w:val="28"/>
        </w:rPr>
        <w:t xml:space="preserve"> </w:t>
      </w:r>
      <w:proofErr w:type="spellStart"/>
      <w:r w:rsidRPr="00F922E3">
        <w:rPr>
          <w:sz w:val="28"/>
          <w:szCs w:val="28"/>
        </w:rPr>
        <w:t>тапсырмалар</w:t>
      </w:r>
      <w:proofErr w:type="spellEnd"/>
      <w:r w:rsidRPr="00F922E3">
        <w:rPr>
          <w:sz w:val="28"/>
          <w:szCs w:val="28"/>
        </w:rPr>
        <w:t xml:space="preserve"> </w:t>
      </w:r>
      <w:proofErr w:type="spellStart"/>
      <w:r w:rsidRPr="00F922E3">
        <w:rPr>
          <w:sz w:val="28"/>
          <w:szCs w:val="28"/>
        </w:rPr>
        <w:t>арқылы</w:t>
      </w:r>
      <w:proofErr w:type="spellEnd"/>
      <w:r w:rsidRPr="00F922E3">
        <w:rPr>
          <w:sz w:val="28"/>
          <w:szCs w:val="28"/>
        </w:rPr>
        <w:t xml:space="preserve"> </w:t>
      </w:r>
      <w:proofErr w:type="spellStart"/>
      <w:r w:rsidRPr="00F922E3">
        <w:rPr>
          <w:sz w:val="28"/>
          <w:szCs w:val="28"/>
        </w:rPr>
        <w:t>командалық</w:t>
      </w:r>
      <w:proofErr w:type="spellEnd"/>
      <w:r w:rsidRPr="00F922E3">
        <w:rPr>
          <w:sz w:val="28"/>
          <w:szCs w:val="28"/>
        </w:rPr>
        <w:t xml:space="preserve"> </w:t>
      </w:r>
      <w:proofErr w:type="spellStart"/>
      <w:r w:rsidRPr="00F922E3">
        <w:rPr>
          <w:sz w:val="28"/>
          <w:szCs w:val="28"/>
        </w:rPr>
        <w:t>жұмыс</w:t>
      </w:r>
      <w:proofErr w:type="spellEnd"/>
      <w:r w:rsidRPr="00F922E3">
        <w:rPr>
          <w:sz w:val="28"/>
          <w:szCs w:val="28"/>
        </w:rPr>
        <w:t xml:space="preserve">, </w:t>
      </w:r>
      <w:proofErr w:type="spellStart"/>
      <w:r w:rsidRPr="00F922E3">
        <w:rPr>
          <w:sz w:val="28"/>
          <w:szCs w:val="28"/>
        </w:rPr>
        <w:t>қарым-қатынас</w:t>
      </w:r>
      <w:proofErr w:type="spellEnd"/>
      <w:r w:rsidRPr="00F922E3">
        <w:rPr>
          <w:sz w:val="28"/>
          <w:szCs w:val="28"/>
        </w:rPr>
        <w:t xml:space="preserve">, </w:t>
      </w:r>
      <w:proofErr w:type="spellStart"/>
      <w:r w:rsidRPr="00F922E3">
        <w:rPr>
          <w:sz w:val="28"/>
          <w:szCs w:val="28"/>
        </w:rPr>
        <w:t>көшбасшылық</w:t>
      </w:r>
      <w:proofErr w:type="spellEnd"/>
      <w:r w:rsidRPr="00F922E3">
        <w:rPr>
          <w:sz w:val="28"/>
          <w:szCs w:val="28"/>
        </w:rPr>
        <w:t xml:space="preserve">, </w:t>
      </w:r>
      <w:proofErr w:type="spellStart"/>
      <w:r w:rsidRPr="00F922E3">
        <w:rPr>
          <w:sz w:val="28"/>
          <w:szCs w:val="28"/>
        </w:rPr>
        <w:t>өзара</w:t>
      </w:r>
      <w:proofErr w:type="spellEnd"/>
      <w:r w:rsidRPr="00F922E3">
        <w:rPr>
          <w:sz w:val="28"/>
          <w:szCs w:val="28"/>
        </w:rPr>
        <w:t xml:space="preserve"> </w:t>
      </w:r>
      <w:proofErr w:type="spellStart"/>
      <w:r w:rsidRPr="00F922E3">
        <w:rPr>
          <w:sz w:val="28"/>
          <w:szCs w:val="28"/>
        </w:rPr>
        <w:t>көмек</w:t>
      </w:r>
      <w:proofErr w:type="spellEnd"/>
      <w:r w:rsidRPr="00F922E3">
        <w:rPr>
          <w:sz w:val="28"/>
          <w:szCs w:val="28"/>
        </w:rPr>
        <w:t xml:space="preserve">, </w:t>
      </w:r>
      <w:proofErr w:type="spellStart"/>
      <w:r w:rsidRPr="00F922E3">
        <w:rPr>
          <w:sz w:val="28"/>
          <w:szCs w:val="28"/>
        </w:rPr>
        <w:t>дербестік</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жауапкершілік</w:t>
      </w:r>
      <w:proofErr w:type="spellEnd"/>
      <w:r w:rsidRPr="00F922E3">
        <w:rPr>
          <w:sz w:val="28"/>
          <w:szCs w:val="28"/>
        </w:rPr>
        <w:t xml:space="preserve"> </w:t>
      </w:r>
      <w:proofErr w:type="spellStart"/>
      <w:r w:rsidRPr="00F922E3">
        <w:rPr>
          <w:sz w:val="28"/>
          <w:szCs w:val="28"/>
        </w:rPr>
        <w:t>дағдыларын</w:t>
      </w:r>
      <w:proofErr w:type="spellEnd"/>
      <w:r w:rsidRPr="00F922E3">
        <w:rPr>
          <w:sz w:val="28"/>
          <w:szCs w:val="28"/>
        </w:rPr>
        <w:t xml:space="preserve"> </w:t>
      </w:r>
      <w:proofErr w:type="spellStart"/>
      <w:r w:rsidRPr="00F922E3">
        <w:rPr>
          <w:sz w:val="28"/>
          <w:szCs w:val="28"/>
        </w:rPr>
        <w:t>дамыту</w:t>
      </w:r>
      <w:proofErr w:type="spellEnd"/>
      <w:r w:rsidRPr="00F922E3">
        <w:rPr>
          <w:sz w:val="28"/>
          <w:szCs w:val="28"/>
        </w:rPr>
        <w:t>.</w:t>
      </w:r>
    </w:p>
    <w:p w14:paraId="25900E39" w14:textId="6D285709" w:rsidR="00F922E3" w:rsidRPr="00F922E3" w:rsidRDefault="00F922E3"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proofErr w:type="spellStart"/>
      <w:r w:rsidRPr="00F922E3">
        <w:rPr>
          <w:sz w:val="28"/>
          <w:szCs w:val="28"/>
        </w:rPr>
        <w:t>Бағдарлама</w:t>
      </w:r>
      <w:proofErr w:type="spellEnd"/>
      <w:r w:rsidRPr="00F922E3">
        <w:rPr>
          <w:sz w:val="28"/>
          <w:szCs w:val="28"/>
        </w:rPr>
        <w:t xml:space="preserve"> </w:t>
      </w:r>
      <w:proofErr w:type="spellStart"/>
      <w:r w:rsidRPr="00F922E3">
        <w:rPr>
          <w:sz w:val="28"/>
          <w:szCs w:val="28"/>
        </w:rPr>
        <w:t>жүзеге</w:t>
      </w:r>
      <w:proofErr w:type="spellEnd"/>
      <w:r w:rsidRPr="00F922E3">
        <w:rPr>
          <w:sz w:val="28"/>
          <w:szCs w:val="28"/>
        </w:rPr>
        <w:t xml:space="preserve"> </w:t>
      </w:r>
      <w:proofErr w:type="spellStart"/>
      <w:r w:rsidRPr="00F922E3">
        <w:rPr>
          <w:sz w:val="28"/>
          <w:szCs w:val="28"/>
        </w:rPr>
        <w:t>асырылатын</w:t>
      </w:r>
      <w:proofErr w:type="spellEnd"/>
      <w:r w:rsidRPr="00F922E3">
        <w:rPr>
          <w:sz w:val="28"/>
          <w:szCs w:val="28"/>
        </w:rPr>
        <w:t xml:space="preserve"> </w:t>
      </w:r>
      <w:proofErr w:type="spellStart"/>
      <w:r w:rsidRPr="00F922E3">
        <w:rPr>
          <w:sz w:val="28"/>
          <w:szCs w:val="28"/>
        </w:rPr>
        <w:t>аумақтың</w:t>
      </w:r>
      <w:proofErr w:type="spellEnd"/>
      <w:r w:rsidRPr="00F922E3">
        <w:rPr>
          <w:sz w:val="28"/>
          <w:szCs w:val="28"/>
        </w:rPr>
        <w:t xml:space="preserve"> </w:t>
      </w:r>
      <w:proofErr w:type="spellStart"/>
      <w:r w:rsidRPr="00F922E3">
        <w:rPr>
          <w:sz w:val="28"/>
          <w:szCs w:val="28"/>
        </w:rPr>
        <w:t>табиғи</w:t>
      </w:r>
      <w:proofErr w:type="spellEnd"/>
      <w:r w:rsidRPr="00F922E3">
        <w:rPr>
          <w:sz w:val="28"/>
          <w:szCs w:val="28"/>
        </w:rPr>
        <w:t xml:space="preserve">, </w:t>
      </w:r>
      <w:proofErr w:type="spellStart"/>
      <w:r w:rsidRPr="00F922E3">
        <w:rPr>
          <w:sz w:val="28"/>
          <w:szCs w:val="28"/>
        </w:rPr>
        <w:t>тарихи-мәдени</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географиялық</w:t>
      </w:r>
      <w:proofErr w:type="spellEnd"/>
      <w:r w:rsidRPr="00F922E3">
        <w:rPr>
          <w:sz w:val="28"/>
          <w:szCs w:val="28"/>
        </w:rPr>
        <w:t xml:space="preserve"> </w:t>
      </w:r>
      <w:proofErr w:type="spellStart"/>
      <w:r w:rsidRPr="00F922E3">
        <w:rPr>
          <w:sz w:val="28"/>
          <w:szCs w:val="28"/>
        </w:rPr>
        <w:t>ерекшеліктеріне</w:t>
      </w:r>
      <w:proofErr w:type="spellEnd"/>
      <w:r w:rsidRPr="00F922E3">
        <w:rPr>
          <w:sz w:val="28"/>
          <w:szCs w:val="28"/>
        </w:rPr>
        <w:t xml:space="preserve"> </w:t>
      </w:r>
      <w:proofErr w:type="spellStart"/>
      <w:r w:rsidRPr="00F922E3">
        <w:rPr>
          <w:sz w:val="28"/>
          <w:szCs w:val="28"/>
        </w:rPr>
        <w:t>өлкетан</w:t>
      </w:r>
      <w:proofErr w:type="spellEnd"/>
      <w:r>
        <w:rPr>
          <w:sz w:val="28"/>
          <w:szCs w:val="28"/>
          <w:lang w:val="kk-KZ"/>
        </w:rPr>
        <w:t>ымдық</w:t>
      </w:r>
      <w:r w:rsidRPr="00F922E3">
        <w:rPr>
          <w:sz w:val="28"/>
          <w:szCs w:val="28"/>
        </w:rPr>
        <w:t xml:space="preserve"> </w:t>
      </w:r>
      <w:proofErr w:type="spellStart"/>
      <w:r w:rsidRPr="00F922E3">
        <w:rPr>
          <w:sz w:val="28"/>
          <w:szCs w:val="28"/>
        </w:rPr>
        <w:t>қызығушылықты</w:t>
      </w:r>
      <w:proofErr w:type="spellEnd"/>
      <w:r w:rsidRPr="00F922E3">
        <w:rPr>
          <w:sz w:val="28"/>
          <w:szCs w:val="28"/>
        </w:rPr>
        <w:t xml:space="preserve"> </w:t>
      </w:r>
      <w:proofErr w:type="spellStart"/>
      <w:r w:rsidRPr="00F922E3">
        <w:rPr>
          <w:sz w:val="28"/>
          <w:szCs w:val="28"/>
        </w:rPr>
        <w:t>қалыптастыру</w:t>
      </w:r>
      <w:proofErr w:type="spellEnd"/>
      <w:r w:rsidRPr="00F922E3">
        <w:rPr>
          <w:sz w:val="28"/>
          <w:szCs w:val="28"/>
        </w:rPr>
        <w:t>.</w:t>
      </w:r>
    </w:p>
    <w:p w14:paraId="227E723B" w14:textId="77777777" w:rsidR="00F922E3" w:rsidRPr="00F922E3" w:rsidRDefault="00F922E3"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proofErr w:type="spellStart"/>
      <w:r w:rsidRPr="00F922E3">
        <w:rPr>
          <w:sz w:val="28"/>
          <w:szCs w:val="28"/>
        </w:rPr>
        <w:t>Экологиялық</w:t>
      </w:r>
      <w:proofErr w:type="spellEnd"/>
      <w:r w:rsidRPr="00F922E3">
        <w:rPr>
          <w:sz w:val="28"/>
          <w:szCs w:val="28"/>
        </w:rPr>
        <w:t xml:space="preserve"> </w:t>
      </w:r>
      <w:proofErr w:type="spellStart"/>
      <w:r w:rsidRPr="00F922E3">
        <w:rPr>
          <w:sz w:val="28"/>
          <w:szCs w:val="28"/>
        </w:rPr>
        <w:t>жауапкершілікті</w:t>
      </w:r>
      <w:proofErr w:type="spellEnd"/>
      <w:r w:rsidRPr="00F922E3">
        <w:rPr>
          <w:sz w:val="28"/>
          <w:szCs w:val="28"/>
        </w:rPr>
        <w:t xml:space="preserve">, </w:t>
      </w:r>
      <w:proofErr w:type="spellStart"/>
      <w:r w:rsidRPr="00F922E3">
        <w:rPr>
          <w:sz w:val="28"/>
          <w:szCs w:val="28"/>
        </w:rPr>
        <w:t>табиғатқа</w:t>
      </w:r>
      <w:proofErr w:type="spellEnd"/>
      <w:r w:rsidRPr="00F922E3">
        <w:rPr>
          <w:sz w:val="28"/>
          <w:szCs w:val="28"/>
        </w:rPr>
        <w:t xml:space="preserve"> </w:t>
      </w:r>
      <w:proofErr w:type="spellStart"/>
      <w:r w:rsidRPr="00F922E3">
        <w:rPr>
          <w:sz w:val="28"/>
          <w:szCs w:val="28"/>
        </w:rPr>
        <w:t>ұқыпты</w:t>
      </w:r>
      <w:proofErr w:type="spellEnd"/>
      <w:r w:rsidRPr="00F922E3">
        <w:rPr>
          <w:sz w:val="28"/>
          <w:szCs w:val="28"/>
        </w:rPr>
        <w:t xml:space="preserve"> </w:t>
      </w:r>
      <w:proofErr w:type="spellStart"/>
      <w:r w:rsidRPr="00F922E3">
        <w:rPr>
          <w:sz w:val="28"/>
          <w:szCs w:val="28"/>
        </w:rPr>
        <w:t>қарауды</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маршруттағы</w:t>
      </w:r>
      <w:proofErr w:type="spellEnd"/>
      <w:r w:rsidRPr="00F922E3">
        <w:rPr>
          <w:sz w:val="28"/>
          <w:szCs w:val="28"/>
        </w:rPr>
        <w:t xml:space="preserve"> </w:t>
      </w:r>
      <w:proofErr w:type="spellStart"/>
      <w:r w:rsidRPr="00F922E3">
        <w:rPr>
          <w:sz w:val="28"/>
          <w:szCs w:val="28"/>
        </w:rPr>
        <w:t>мінез-құлық</w:t>
      </w:r>
      <w:proofErr w:type="spellEnd"/>
      <w:r w:rsidRPr="00F922E3">
        <w:rPr>
          <w:sz w:val="28"/>
          <w:szCs w:val="28"/>
        </w:rPr>
        <w:t xml:space="preserve"> </w:t>
      </w:r>
      <w:proofErr w:type="spellStart"/>
      <w:r w:rsidRPr="00F922E3">
        <w:rPr>
          <w:sz w:val="28"/>
          <w:szCs w:val="28"/>
        </w:rPr>
        <w:t>мәдениетін</w:t>
      </w:r>
      <w:proofErr w:type="spellEnd"/>
      <w:r w:rsidRPr="00F922E3">
        <w:rPr>
          <w:sz w:val="28"/>
          <w:szCs w:val="28"/>
        </w:rPr>
        <w:t xml:space="preserve"> </w:t>
      </w:r>
      <w:proofErr w:type="spellStart"/>
      <w:r w:rsidRPr="00F922E3">
        <w:rPr>
          <w:sz w:val="28"/>
          <w:szCs w:val="28"/>
        </w:rPr>
        <w:t>дамыту</w:t>
      </w:r>
      <w:proofErr w:type="spellEnd"/>
      <w:r w:rsidRPr="00F922E3">
        <w:rPr>
          <w:sz w:val="28"/>
          <w:szCs w:val="28"/>
        </w:rPr>
        <w:t>.</w:t>
      </w:r>
    </w:p>
    <w:p w14:paraId="67F10CE2" w14:textId="68E76230" w:rsidR="00F922E3" w:rsidRPr="00F922E3" w:rsidRDefault="00F922E3"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r w:rsidRPr="00F922E3">
        <w:rPr>
          <w:sz w:val="28"/>
          <w:szCs w:val="28"/>
        </w:rPr>
        <w:t>«</w:t>
      </w:r>
      <w:proofErr w:type="spellStart"/>
      <w:r w:rsidRPr="00F922E3">
        <w:rPr>
          <w:sz w:val="28"/>
          <w:szCs w:val="28"/>
        </w:rPr>
        <w:t>Адал</w:t>
      </w:r>
      <w:proofErr w:type="spellEnd"/>
      <w:r w:rsidRPr="00F922E3">
        <w:rPr>
          <w:sz w:val="28"/>
          <w:szCs w:val="28"/>
        </w:rPr>
        <w:t xml:space="preserve"> </w:t>
      </w:r>
      <w:proofErr w:type="spellStart"/>
      <w:r w:rsidRPr="00F922E3">
        <w:rPr>
          <w:sz w:val="28"/>
          <w:szCs w:val="28"/>
        </w:rPr>
        <w:t>Азамат</w:t>
      </w:r>
      <w:proofErr w:type="spellEnd"/>
      <w:r w:rsidRPr="00F922E3">
        <w:rPr>
          <w:sz w:val="28"/>
          <w:szCs w:val="28"/>
        </w:rPr>
        <w:t xml:space="preserve">» </w:t>
      </w:r>
      <w:proofErr w:type="spellStart"/>
      <w:r w:rsidRPr="00F922E3">
        <w:rPr>
          <w:sz w:val="28"/>
          <w:szCs w:val="28"/>
        </w:rPr>
        <w:t>бір</w:t>
      </w:r>
      <w:proofErr w:type="spellEnd"/>
      <w:r w:rsidR="00D903B2">
        <w:rPr>
          <w:sz w:val="28"/>
          <w:szCs w:val="28"/>
          <w:lang w:val="kk-KZ"/>
        </w:rPr>
        <w:t xml:space="preserve">тұтас </w:t>
      </w:r>
      <w:proofErr w:type="spellStart"/>
      <w:r w:rsidRPr="00F922E3">
        <w:rPr>
          <w:sz w:val="28"/>
          <w:szCs w:val="28"/>
        </w:rPr>
        <w:t>тәрбие</w:t>
      </w:r>
      <w:proofErr w:type="spellEnd"/>
      <w:r w:rsidRPr="00F922E3">
        <w:rPr>
          <w:sz w:val="28"/>
          <w:szCs w:val="28"/>
        </w:rPr>
        <w:t xml:space="preserve"> </w:t>
      </w:r>
      <w:proofErr w:type="spellStart"/>
      <w:r w:rsidRPr="00F922E3">
        <w:rPr>
          <w:sz w:val="28"/>
          <w:szCs w:val="28"/>
        </w:rPr>
        <w:t>бағдарламасының</w:t>
      </w:r>
      <w:proofErr w:type="spellEnd"/>
      <w:r w:rsidRPr="00F922E3">
        <w:rPr>
          <w:sz w:val="28"/>
          <w:szCs w:val="28"/>
        </w:rPr>
        <w:t xml:space="preserve"> </w:t>
      </w:r>
      <w:proofErr w:type="spellStart"/>
      <w:r w:rsidRPr="00F922E3">
        <w:rPr>
          <w:sz w:val="28"/>
          <w:szCs w:val="28"/>
        </w:rPr>
        <w:t>құндылықтық</w:t>
      </w:r>
      <w:proofErr w:type="spellEnd"/>
      <w:r w:rsidRPr="00F922E3">
        <w:rPr>
          <w:sz w:val="28"/>
          <w:szCs w:val="28"/>
        </w:rPr>
        <w:t xml:space="preserve"> </w:t>
      </w:r>
      <w:proofErr w:type="spellStart"/>
      <w:r w:rsidRPr="00F922E3">
        <w:rPr>
          <w:sz w:val="28"/>
          <w:szCs w:val="28"/>
        </w:rPr>
        <w:t>бағдарларына</w:t>
      </w:r>
      <w:proofErr w:type="spellEnd"/>
      <w:r w:rsidRPr="00F922E3">
        <w:rPr>
          <w:sz w:val="28"/>
          <w:szCs w:val="28"/>
        </w:rPr>
        <w:t xml:space="preserve"> </w:t>
      </w:r>
      <w:proofErr w:type="spellStart"/>
      <w:r w:rsidRPr="00F922E3">
        <w:rPr>
          <w:sz w:val="28"/>
          <w:szCs w:val="28"/>
        </w:rPr>
        <w:t>сәйкес</w:t>
      </w:r>
      <w:proofErr w:type="spellEnd"/>
      <w:r w:rsidRPr="00F922E3">
        <w:rPr>
          <w:sz w:val="28"/>
          <w:szCs w:val="28"/>
        </w:rPr>
        <w:t xml:space="preserve"> </w:t>
      </w:r>
      <w:proofErr w:type="spellStart"/>
      <w:r w:rsidRPr="00F922E3">
        <w:rPr>
          <w:sz w:val="28"/>
          <w:szCs w:val="28"/>
        </w:rPr>
        <w:t>азаматтық</w:t>
      </w:r>
      <w:proofErr w:type="spellEnd"/>
      <w:r w:rsidRPr="00F922E3">
        <w:rPr>
          <w:sz w:val="28"/>
          <w:szCs w:val="28"/>
        </w:rPr>
        <w:t xml:space="preserve"> </w:t>
      </w:r>
      <w:proofErr w:type="spellStart"/>
      <w:r w:rsidRPr="00F922E3">
        <w:rPr>
          <w:sz w:val="28"/>
          <w:szCs w:val="28"/>
        </w:rPr>
        <w:t>жауапкершілікті</w:t>
      </w:r>
      <w:proofErr w:type="spellEnd"/>
      <w:r w:rsidRPr="00F922E3">
        <w:rPr>
          <w:sz w:val="28"/>
          <w:szCs w:val="28"/>
        </w:rPr>
        <w:t xml:space="preserve">, </w:t>
      </w:r>
      <w:proofErr w:type="spellStart"/>
      <w:r w:rsidRPr="00F922E3">
        <w:rPr>
          <w:sz w:val="28"/>
          <w:szCs w:val="28"/>
        </w:rPr>
        <w:t>отансүйгіштікті</w:t>
      </w:r>
      <w:proofErr w:type="spellEnd"/>
      <w:r w:rsidRPr="00F922E3">
        <w:rPr>
          <w:sz w:val="28"/>
          <w:szCs w:val="28"/>
        </w:rPr>
        <w:t xml:space="preserve">, </w:t>
      </w:r>
      <w:proofErr w:type="spellStart"/>
      <w:r w:rsidRPr="00F922E3">
        <w:rPr>
          <w:sz w:val="28"/>
          <w:szCs w:val="28"/>
        </w:rPr>
        <w:t>ұлттық</w:t>
      </w:r>
      <w:proofErr w:type="spellEnd"/>
      <w:r w:rsidRPr="00F922E3">
        <w:rPr>
          <w:sz w:val="28"/>
          <w:szCs w:val="28"/>
        </w:rPr>
        <w:t xml:space="preserve"> </w:t>
      </w:r>
      <w:proofErr w:type="spellStart"/>
      <w:r w:rsidRPr="00F922E3">
        <w:rPr>
          <w:sz w:val="28"/>
          <w:szCs w:val="28"/>
        </w:rPr>
        <w:t>құндылықтарға</w:t>
      </w:r>
      <w:proofErr w:type="spellEnd"/>
      <w:r w:rsidRPr="00F922E3">
        <w:rPr>
          <w:sz w:val="28"/>
          <w:szCs w:val="28"/>
        </w:rPr>
        <w:t xml:space="preserve">, </w:t>
      </w:r>
      <w:proofErr w:type="spellStart"/>
      <w:r w:rsidRPr="00F922E3">
        <w:rPr>
          <w:sz w:val="28"/>
          <w:szCs w:val="28"/>
        </w:rPr>
        <w:t>мәдениетке</w:t>
      </w:r>
      <w:proofErr w:type="spellEnd"/>
      <w:r w:rsidRPr="00F922E3">
        <w:rPr>
          <w:sz w:val="28"/>
          <w:szCs w:val="28"/>
        </w:rPr>
        <w:t xml:space="preserve">, </w:t>
      </w:r>
      <w:proofErr w:type="spellStart"/>
      <w:r w:rsidRPr="00F922E3">
        <w:rPr>
          <w:sz w:val="28"/>
          <w:szCs w:val="28"/>
        </w:rPr>
        <w:t>еңбекке</w:t>
      </w:r>
      <w:proofErr w:type="spellEnd"/>
      <w:r w:rsidRPr="00F922E3">
        <w:rPr>
          <w:sz w:val="28"/>
          <w:szCs w:val="28"/>
        </w:rPr>
        <w:t xml:space="preserve">, </w:t>
      </w:r>
      <w:proofErr w:type="spellStart"/>
      <w:r w:rsidRPr="00F922E3">
        <w:rPr>
          <w:sz w:val="28"/>
          <w:szCs w:val="28"/>
        </w:rPr>
        <w:t>табиғатқа</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қоғамдық</w:t>
      </w:r>
      <w:proofErr w:type="spellEnd"/>
      <w:r w:rsidRPr="00F922E3">
        <w:rPr>
          <w:sz w:val="28"/>
          <w:szCs w:val="28"/>
        </w:rPr>
        <w:t xml:space="preserve"> </w:t>
      </w:r>
      <w:proofErr w:type="spellStart"/>
      <w:r w:rsidRPr="00F922E3">
        <w:rPr>
          <w:sz w:val="28"/>
          <w:szCs w:val="28"/>
        </w:rPr>
        <w:t>мүдделерге</w:t>
      </w:r>
      <w:proofErr w:type="spellEnd"/>
      <w:r w:rsidRPr="00F922E3">
        <w:rPr>
          <w:sz w:val="28"/>
          <w:szCs w:val="28"/>
        </w:rPr>
        <w:t xml:space="preserve"> </w:t>
      </w:r>
      <w:proofErr w:type="spellStart"/>
      <w:r w:rsidRPr="00F922E3">
        <w:rPr>
          <w:sz w:val="28"/>
          <w:szCs w:val="28"/>
        </w:rPr>
        <w:t>құрмет</w:t>
      </w:r>
      <w:proofErr w:type="spellEnd"/>
      <w:r w:rsidR="00D614A4">
        <w:rPr>
          <w:sz w:val="28"/>
          <w:szCs w:val="28"/>
          <w:lang w:val="kk-KZ"/>
        </w:rPr>
        <w:t xml:space="preserve"> дағдыларын</w:t>
      </w:r>
      <w:r w:rsidRPr="00F922E3">
        <w:rPr>
          <w:sz w:val="28"/>
          <w:szCs w:val="28"/>
        </w:rPr>
        <w:t xml:space="preserve"> </w:t>
      </w:r>
      <w:proofErr w:type="spellStart"/>
      <w:r w:rsidRPr="00F922E3">
        <w:rPr>
          <w:sz w:val="28"/>
          <w:szCs w:val="28"/>
        </w:rPr>
        <w:t>қалыптастыруға</w:t>
      </w:r>
      <w:proofErr w:type="spellEnd"/>
      <w:r w:rsidRPr="00F922E3">
        <w:rPr>
          <w:sz w:val="28"/>
          <w:szCs w:val="28"/>
        </w:rPr>
        <w:t xml:space="preserve"> </w:t>
      </w:r>
      <w:proofErr w:type="spellStart"/>
      <w:r w:rsidRPr="00F922E3">
        <w:rPr>
          <w:sz w:val="28"/>
          <w:szCs w:val="28"/>
        </w:rPr>
        <w:t>ықпал</w:t>
      </w:r>
      <w:proofErr w:type="spellEnd"/>
      <w:r w:rsidRPr="00F922E3">
        <w:rPr>
          <w:sz w:val="28"/>
          <w:szCs w:val="28"/>
        </w:rPr>
        <w:t xml:space="preserve"> </w:t>
      </w:r>
      <w:proofErr w:type="spellStart"/>
      <w:r w:rsidRPr="00F922E3">
        <w:rPr>
          <w:sz w:val="28"/>
          <w:szCs w:val="28"/>
        </w:rPr>
        <w:t>ету</w:t>
      </w:r>
      <w:proofErr w:type="spellEnd"/>
      <w:r w:rsidRPr="00F922E3">
        <w:rPr>
          <w:sz w:val="28"/>
          <w:szCs w:val="28"/>
        </w:rPr>
        <w:t>.</w:t>
      </w:r>
    </w:p>
    <w:p w14:paraId="258836EF" w14:textId="7D3C0B2E" w:rsidR="00F922E3" w:rsidRPr="00F922E3" w:rsidRDefault="00F922E3" w:rsidP="00F922E3">
      <w:pPr>
        <w:pStyle w:val="aff8"/>
        <w:numPr>
          <w:ilvl w:val="0"/>
          <w:numId w:val="12"/>
        </w:numPr>
        <w:tabs>
          <w:tab w:val="clear" w:pos="720"/>
          <w:tab w:val="num" w:pos="851"/>
          <w:tab w:val="left" w:pos="993"/>
        </w:tabs>
        <w:spacing w:before="0" w:beforeAutospacing="0" w:after="0" w:afterAutospacing="0"/>
        <w:ind w:left="0" w:firstLine="709"/>
        <w:jc w:val="both"/>
        <w:rPr>
          <w:sz w:val="28"/>
          <w:szCs w:val="28"/>
        </w:rPr>
      </w:pPr>
      <w:proofErr w:type="spellStart"/>
      <w:r w:rsidRPr="00F922E3">
        <w:rPr>
          <w:sz w:val="28"/>
          <w:szCs w:val="28"/>
        </w:rPr>
        <w:t>Ұжымдық</w:t>
      </w:r>
      <w:proofErr w:type="spellEnd"/>
      <w:r w:rsidRPr="00F922E3">
        <w:rPr>
          <w:sz w:val="28"/>
          <w:szCs w:val="28"/>
        </w:rPr>
        <w:t xml:space="preserve"> </w:t>
      </w:r>
      <w:proofErr w:type="spellStart"/>
      <w:r w:rsidRPr="00F922E3">
        <w:rPr>
          <w:sz w:val="28"/>
          <w:szCs w:val="28"/>
        </w:rPr>
        <w:t>іс-әрекеттер</w:t>
      </w:r>
      <w:proofErr w:type="spellEnd"/>
      <w:r w:rsidRPr="00F922E3">
        <w:rPr>
          <w:sz w:val="28"/>
          <w:szCs w:val="28"/>
        </w:rPr>
        <w:t xml:space="preserve">, </w:t>
      </w:r>
      <w:proofErr w:type="spellStart"/>
      <w:r w:rsidRPr="00F922E3">
        <w:rPr>
          <w:sz w:val="28"/>
          <w:szCs w:val="28"/>
        </w:rPr>
        <w:t>командалық</w:t>
      </w:r>
      <w:proofErr w:type="spellEnd"/>
      <w:r w:rsidRPr="00F922E3">
        <w:rPr>
          <w:sz w:val="28"/>
          <w:szCs w:val="28"/>
        </w:rPr>
        <w:t xml:space="preserve"> </w:t>
      </w:r>
      <w:proofErr w:type="spellStart"/>
      <w:r w:rsidRPr="00F922E3">
        <w:rPr>
          <w:sz w:val="28"/>
          <w:szCs w:val="28"/>
        </w:rPr>
        <w:t>маршруттар</w:t>
      </w:r>
      <w:proofErr w:type="spellEnd"/>
      <w:r w:rsidRPr="00F922E3">
        <w:rPr>
          <w:sz w:val="28"/>
          <w:szCs w:val="28"/>
        </w:rPr>
        <w:t xml:space="preserve">, </w:t>
      </w:r>
      <w:proofErr w:type="spellStart"/>
      <w:r w:rsidRPr="00F922E3">
        <w:rPr>
          <w:sz w:val="28"/>
          <w:szCs w:val="28"/>
        </w:rPr>
        <w:t>әлеуметтік</w:t>
      </w:r>
      <w:proofErr w:type="spellEnd"/>
      <w:r w:rsidRPr="00F922E3">
        <w:rPr>
          <w:sz w:val="28"/>
          <w:szCs w:val="28"/>
        </w:rPr>
        <w:t xml:space="preserve"> </w:t>
      </w:r>
      <w:proofErr w:type="spellStart"/>
      <w:r w:rsidRPr="00F922E3">
        <w:rPr>
          <w:sz w:val="28"/>
          <w:szCs w:val="28"/>
        </w:rPr>
        <w:t>бастамалар</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r w:rsidR="00195065">
        <w:rPr>
          <w:lang w:val="ru-RU"/>
        </w:rPr>
        <w:t>ББСО</w:t>
      </w:r>
      <w:r w:rsidRPr="00F922E3">
        <w:rPr>
          <w:sz w:val="28"/>
          <w:szCs w:val="28"/>
        </w:rPr>
        <w:t xml:space="preserve"> </w:t>
      </w:r>
      <w:proofErr w:type="spellStart"/>
      <w:r w:rsidRPr="00F922E3">
        <w:rPr>
          <w:sz w:val="28"/>
          <w:szCs w:val="28"/>
        </w:rPr>
        <w:t>күнделікті</w:t>
      </w:r>
      <w:proofErr w:type="spellEnd"/>
      <w:r w:rsidRPr="00F922E3">
        <w:rPr>
          <w:sz w:val="28"/>
          <w:szCs w:val="28"/>
        </w:rPr>
        <w:t xml:space="preserve"> </w:t>
      </w:r>
      <w:proofErr w:type="spellStart"/>
      <w:r w:rsidRPr="00F922E3">
        <w:rPr>
          <w:sz w:val="28"/>
          <w:szCs w:val="28"/>
        </w:rPr>
        <w:t>өзара</w:t>
      </w:r>
      <w:proofErr w:type="spellEnd"/>
      <w:r w:rsidRPr="00F922E3">
        <w:rPr>
          <w:sz w:val="28"/>
          <w:szCs w:val="28"/>
        </w:rPr>
        <w:t xml:space="preserve"> </w:t>
      </w:r>
      <w:proofErr w:type="spellStart"/>
      <w:r w:rsidRPr="00F922E3">
        <w:rPr>
          <w:sz w:val="28"/>
          <w:szCs w:val="28"/>
        </w:rPr>
        <w:t>әрекет</w:t>
      </w:r>
      <w:proofErr w:type="spellEnd"/>
      <w:r w:rsidRPr="00F922E3">
        <w:rPr>
          <w:sz w:val="28"/>
          <w:szCs w:val="28"/>
        </w:rPr>
        <w:t xml:space="preserve"> </w:t>
      </w:r>
      <w:proofErr w:type="spellStart"/>
      <w:r w:rsidRPr="00F922E3">
        <w:rPr>
          <w:sz w:val="28"/>
          <w:szCs w:val="28"/>
        </w:rPr>
        <w:t>мәдениеті</w:t>
      </w:r>
      <w:proofErr w:type="spellEnd"/>
      <w:r w:rsidRPr="00F922E3">
        <w:rPr>
          <w:sz w:val="28"/>
          <w:szCs w:val="28"/>
        </w:rPr>
        <w:t xml:space="preserve"> </w:t>
      </w:r>
      <w:proofErr w:type="spellStart"/>
      <w:r w:rsidRPr="00F922E3">
        <w:rPr>
          <w:sz w:val="28"/>
          <w:szCs w:val="28"/>
        </w:rPr>
        <w:t>арқылы</w:t>
      </w:r>
      <w:proofErr w:type="spellEnd"/>
      <w:r w:rsidRPr="00F922E3">
        <w:rPr>
          <w:sz w:val="28"/>
          <w:szCs w:val="28"/>
        </w:rPr>
        <w:t xml:space="preserve"> </w:t>
      </w:r>
      <w:proofErr w:type="spellStart"/>
      <w:r w:rsidRPr="00F922E3">
        <w:rPr>
          <w:sz w:val="28"/>
          <w:szCs w:val="28"/>
        </w:rPr>
        <w:t>адалдық</w:t>
      </w:r>
      <w:proofErr w:type="spellEnd"/>
      <w:r w:rsidRPr="00F922E3">
        <w:rPr>
          <w:sz w:val="28"/>
          <w:szCs w:val="28"/>
        </w:rPr>
        <w:t xml:space="preserve">, </w:t>
      </w:r>
      <w:proofErr w:type="spellStart"/>
      <w:r w:rsidRPr="00F922E3">
        <w:rPr>
          <w:sz w:val="28"/>
          <w:szCs w:val="28"/>
        </w:rPr>
        <w:t>әділдік</w:t>
      </w:r>
      <w:proofErr w:type="spellEnd"/>
      <w:r w:rsidRPr="00F922E3">
        <w:rPr>
          <w:sz w:val="28"/>
          <w:szCs w:val="28"/>
        </w:rPr>
        <w:t xml:space="preserve">, </w:t>
      </w:r>
      <w:proofErr w:type="spellStart"/>
      <w:r w:rsidRPr="00F922E3">
        <w:rPr>
          <w:sz w:val="28"/>
          <w:szCs w:val="28"/>
        </w:rPr>
        <w:t>жауапкершілік</w:t>
      </w:r>
      <w:proofErr w:type="spellEnd"/>
      <w:r w:rsidRPr="00F922E3">
        <w:rPr>
          <w:sz w:val="28"/>
          <w:szCs w:val="28"/>
        </w:rPr>
        <w:t xml:space="preserve">, </w:t>
      </w:r>
      <w:proofErr w:type="spellStart"/>
      <w:r w:rsidRPr="00F922E3">
        <w:rPr>
          <w:sz w:val="28"/>
          <w:szCs w:val="28"/>
        </w:rPr>
        <w:t>құрмет</w:t>
      </w:r>
      <w:proofErr w:type="spellEnd"/>
      <w:r w:rsidRPr="00F922E3">
        <w:rPr>
          <w:sz w:val="28"/>
          <w:szCs w:val="28"/>
        </w:rPr>
        <w:t xml:space="preserve">, </w:t>
      </w:r>
      <w:proofErr w:type="spellStart"/>
      <w:r w:rsidRPr="00F922E3">
        <w:rPr>
          <w:sz w:val="28"/>
          <w:szCs w:val="28"/>
        </w:rPr>
        <w:t>еңбекқорлық</w:t>
      </w:r>
      <w:proofErr w:type="spellEnd"/>
      <w:r w:rsidRPr="00F922E3">
        <w:rPr>
          <w:sz w:val="28"/>
          <w:szCs w:val="28"/>
        </w:rPr>
        <w:t xml:space="preserve">, </w:t>
      </w:r>
      <w:proofErr w:type="spellStart"/>
      <w:r w:rsidRPr="00F922E3">
        <w:rPr>
          <w:sz w:val="28"/>
          <w:szCs w:val="28"/>
        </w:rPr>
        <w:t>өзара</w:t>
      </w:r>
      <w:proofErr w:type="spellEnd"/>
      <w:r w:rsidRPr="00F922E3">
        <w:rPr>
          <w:sz w:val="28"/>
          <w:szCs w:val="28"/>
        </w:rPr>
        <w:t xml:space="preserve"> </w:t>
      </w:r>
      <w:proofErr w:type="spellStart"/>
      <w:r w:rsidRPr="00F922E3">
        <w:rPr>
          <w:sz w:val="28"/>
          <w:szCs w:val="28"/>
        </w:rPr>
        <w:t>көмек</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жасампаз</w:t>
      </w:r>
      <w:proofErr w:type="spellEnd"/>
      <w:r w:rsidRPr="00F922E3">
        <w:rPr>
          <w:sz w:val="28"/>
          <w:szCs w:val="28"/>
        </w:rPr>
        <w:t xml:space="preserve"> </w:t>
      </w:r>
      <w:proofErr w:type="spellStart"/>
      <w:r w:rsidRPr="00F922E3">
        <w:rPr>
          <w:sz w:val="28"/>
          <w:szCs w:val="28"/>
        </w:rPr>
        <w:t>мінез-құлық</w:t>
      </w:r>
      <w:proofErr w:type="spellEnd"/>
      <w:r w:rsidRPr="00F922E3">
        <w:rPr>
          <w:sz w:val="28"/>
          <w:szCs w:val="28"/>
        </w:rPr>
        <w:t xml:space="preserve"> </w:t>
      </w:r>
      <w:proofErr w:type="spellStart"/>
      <w:r w:rsidRPr="00F922E3">
        <w:rPr>
          <w:sz w:val="28"/>
          <w:szCs w:val="28"/>
        </w:rPr>
        <w:t>құндылықтарын</w:t>
      </w:r>
      <w:proofErr w:type="spellEnd"/>
      <w:r w:rsidRPr="00F922E3">
        <w:rPr>
          <w:sz w:val="28"/>
          <w:szCs w:val="28"/>
        </w:rPr>
        <w:t xml:space="preserve"> </w:t>
      </w:r>
      <w:proofErr w:type="spellStart"/>
      <w:r w:rsidRPr="00F922E3">
        <w:rPr>
          <w:sz w:val="28"/>
          <w:szCs w:val="28"/>
        </w:rPr>
        <w:t>тәжірибеде</w:t>
      </w:r>
      <w:proofErr w:type="spellEnd"/>
      <w:r w:rsidRPr="00F922E3">
        <w:rPr>
          <w:sz w:val="28"/>
          <w:szCs w:val="28"/>
        </w:rPr>
        <w:t xml:space="preserve"> </w:t>
      </w:r>
      <w:proofErr w:type="spellStart"/>
      <w:r w:rsidRPr="00F922E3">
        <w:rPr>
          <w:sz w:val="28"/>
          <w:szCs w:val="28"/>
        </w:rPr>
        <w:t>меңгеруді</w:t>
      </w:r>
      <w:proofErr w:type="spellEnd"/>
      <w:r w:rsidRPr="00F922E3">
        <w:rPr>
          <w:sz w:val="28"/>
          <w:szCs w:val="28"/>
        </w:rPr>
        <w:t xml:space="preserve"> </w:t>
      </w:r>
      <w:proofErr w:type="spellStart"/>
      <w:r w:rsidRPr="00F922E3">
        <w:rPr>
          <w:sz w:val="28"/>
          <w:szCs w:val="28"/>
        </w:rPr>
        <w:t>қамтамасыз</w:t>
      </w:r>
      <w:proofErr w:type="spellEnd"/>
      <w:r w:rsidRPr="00F922E3">
        <w:rPr>
          <w:sz w:val="28"/>
          <w:szCs w:val="28"/>
        </w:rPr>
        <w:t xml:space="preserve"> </w:t>
      </w:r>
      <w:proofErr w:type="spellStart"/>
      <w:r w:rsidRPr="00F922E3">
        <w:rPr>
          <w:sz w:val="28"/>
          <w:szCs w:val="28"/>
        </w:rPr>
        <w:t>ету</w:t>
      </w:r>
      <w:proofErr w:type="spellEnd"/>
      <w:r w:rsidRPr="00F922E3">
        <w:rPr>
          <w:sz w:val="28"/>
          <w:szCs w:val="28"/>
        </w:rPr>
        <w:t>.</w:t>
      </w:r>
    </w:p>
    <w:p w14:paraId="6F36F5FB" w14:textId="77E3B6E8" w:rsidR="00F922E3" w:rsidRPr="00F922E3" w:rsidRDefault="00F922E3" w:rsidP="0001394D">
      <w:pPr>
        <w:pStyle w:val="aff8"/>
        <w:spacing w:before="0" w:beforeAutospacing="0" w:after="0" w:afterAutospacing="0"/>
        <w:ind w:firstLine="709"/>
        <w:jc w:val="both"/>
        <w:rPr>
          <w:b/>
          <w:sz w:val="28"/>
          <w:szCs w:val="28"/>
        </w:rPr>
      </w:pPr>
      <w:proofErr w:type="spellStart"/>
      <w:r w:rsidRPr="00F922E3">
        <w:rPr>
          <w:b/>
          <w:sz w:val="28"/>
          <w:szCs w:val="28"/>
        </w:rPr>
        <w:t>Сауықтыру</w:t>
      </w:r>
      <w:proofErr w:type="spellEnd"/>
      <w:r w:rsidRPr="00F922E3">
        <w:rPr>
          <w:b/>
          <w:sz w:val="28"/>
          <w:szCs w:val="28"/>
        </w:rPr>
        <w:t xml:space="preserve"> </w:t>
      </w:r>
      <w:proofErr w:type="spellStart"/>
      <w:r w:rsidRPr="00F922E3">
        <w:rPr>
          <w:b/>
          <w:sz w:val="28"/>
          <w:szCs w:val="28"/>
        </w:rPr>
        <w:t>міндеттері</w:t>
      </w:r>
      <w:proofErr w:type="spellEnd"/>
    </w:p>
    <w:p w14:paraId="2A87A1E9" w14:textId="435CC63E"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t>Қатысушылардың</w:t>
      </w:r>
      <w:proofErr w:type="spellEnd"/>
      <w:r w:rsidRPr="00F922E3">
        <w:rPr>
          <w:sz w:val="28"/>
          <w:szCs w:val="28"/>
        </w:rPr>
        <w:t xml:space="preserve"> </w:t>
      </w:r>
      <w:proofErr w:type="spellStart"/>
      <w:r w:rsidRPr="00F922E3">
        <w:rPr>
          <w:sz w:val="28"/>
          <w:szCs w:val="28"/>
        </w:rPr>
        <w:t>денсаулығын</w:t>
      </w:r>
      <w:proofErr w:type="spellEnd"/>
      <w:r w:rsidRPr="00F922E3">
        <w:rPr>
          <w:sz w:val="28"/>
          <w:szCs w:val="28"/>
        </w:rPr>
        <w:t xml:space="preserve"> </w:t>
      </w:r>
      <w:r>
        <w:rPr>
          <w:sz w:val="28"/>
          <w:szCs w:val="28"/>
          <w:lang w:val="kk-KZ"/>
        </w:rPr>
        <w:t>күшейтуге</w:t>
      </w:r>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қимыл-қозғалыс</w:t>
      </w:r>
      <w:proofErr w:type="spellEnd"/>
      <w:r w:rsidRPr="00F922E3">
        <w:rPr>
          <w:sz w:val="28"/>
          <w:szCs w:val="28"/>
        </w:rPr>
        <w:t xml:space="preserve"> </w:t>
      </w:r>
      <w:proofErr w:type="spellStart"/>
      <w:r w:rsidRPr="00F922E3">
        <w:rPr>
          <w:sz w:val="28"/>
          <w:szCs w:val="28"/>
        </w:rPr>
        <w:t>белсенділігін</w:t>
      </w:r>
      <w:proofErr w:type="spellEnd"/>
      <w:r w:rsidRPr="00F922E3">
        <w:rPr>
          <w:sz w:val="28"/>
          <w:szCs w:val="28"/>
        </w:rPr>
        <w:t xml:space="preserve"> </w:t>
      </w:r>
      <w:proofErr w:type="spellStart"/>
      <w:r w:rsidRPr="00F922E3">
        <w:rPr>
          <w:sz w:val="28"/>
          <w:szCs w:val="28"/>
        </w:rPr>
        <w:t>арттыруға</w:t>
      </w:r>
      <w:proofErr w:type="spellEnd"/>
      <w:r w:rsidRPr="00F922E3">
        <w:rPr>
          <w:sz w:val="28"/>
          <w:szCs w:val="28"/>
        </w:rPr>
        <w:t xml:space="preserve"> </w:t>
      </w:r>
      <w:proofErr w:type="spellStart"/>
      <w:r w:rsidRPr="00F922E3">
        <w:rPr>
          <w:sz w:val="28"/>
          <w:szCs w:val="28"/>
        </w:rPr>
        <w:t>жағдай</w:t>
      </w:r>
      <w:proofErr w:type="spellEnd"/>
      <w:r w:rsidRPr="00F922E3">
        <w:rPr>
          <w:sz w:val="28"/>
          <w:szCs w:val="28"/>
        </w:rPr>
        <w:t xml:space="preserve"> </w:t>
      </w:r>
      <w:proofErr w:type="spellStart"/>
      <w:r w:rsidRPr="00F922E3">
        <w:rPr>
          <w:sz w:val="28"/>
          <w:szCs w:val="28"/>
        </w:rPr>
        <w:t>жасау</w:t>
      </w:r>
      <w:proofErr w:type="spellEnd"/>
      <w:r w:rsidRPr="00F922E3">
        <w:rPr>
          <w:sz w:val="28"/>
          <w:szCs w:val="28"/>
        </w:rPr>
        <w:t>.</w:t>
      </w:r>
    </w:p>
    <w:p w14:paraId="305B27B6" w14:textId="77777777"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lastRenderedPageBreak/>
        <w:t>Белсенділік</w:t>
      </w:r>
      <w:proofErr w:type="spellEnd"/>
      <w:r w:rsidRPr="00F922E3">
        <w:rPr>
          <w:sz w:val="28"/>
          <w:szCs w:val="28"/>
        </w:rPr>
        <w:t xml:space="preserve">, </w:t>
      </w:r>
      <w:proofErr w:type="spellStart"/>
      <w:r w:rsidRPr="00F922E3">
        <w:rPr>
          <w:sz w:val="28"/>
          <w:szCs w:val="28"/>
        </w:rPr>
        <w:t>демалыс</w:t>
      </w:r>
      <w:proofErr w:type="spellEnd"/>
      <w:r w:rsidRPr="00F922E3">
        <w:rPr>
          <w:sz w:val="28"/>
          <w:szCs w:val="28"/>
        </w:rPr>
        <w:t xml:space="preserve">, </w:t>
      </w:r>
      <w:proofErr w:type="spellStart"/>
      <w:r w:rsidRPr="00F922E3">
        <w:rPr>
          <w:sz w:val="28"/>
          <w:szCs w:val="28"/>
        </w:rPr>
        <w:t>тамақтану</w:t>
      </w:r>
      <w:proofErr w:type="spellEnd"/>
      <w:r w:rsidRPr="00F922E3">
        <w:rPr>
          <w:sz w:val="28"/>
          <w:szCs w:val="28"/>
        </w:rPr>
        <w:t xml:space="preserve">, </w:t>
      </w:r>
      <w:proofErr w:type="spellStart"/>
      <w:r w:rsidRPr="00F922E3">
        <w:rPr>
          <w:sz w:val="28"/>
          <w:szCs w:val="28"/>
        </w:rPr>
        <w:t>ұйқы</w:t>
      </w:r>
      <w:proofErr w:type="spellEnd"/>
      <w:r w:rsidRPr="00F922E3">
        <w:rPr>
          <w:sz w:val="28"/>
          <w:szCs w:val="28"/>
        </w:rPr>
        <w:t xml:space="preserve">, </w:t>
      </w:r>
      <w:proofErr w:type="spellStart"/>
      <w:r w:rsidRPr="00F922E3">
        <w:rPr>
          <w:sz w:val="28"/>
          <w:szCs w:val="28"/>
        </w:rPr>
        <w:t>білім</w:t>
      </w:r>
      <w:proofErr w:type="spellEnd"/>
      <w:r w:rsidRPr="00F922E3">
        <w:rPr>
          <w:sz w:val="28"/>
          <w:szCs w:val="28"/>
        </w:rPr>
        <w:t xml:space="preserve"> </w:t>
      </w:r>
      <w:proofErr w:type="spellStart"/>
      <w:r w:rsidRPr="00F922E3">
        <w:rPr>
          <w:sz w:val="28"/>
          <w:szCs w:val="28"/>
        </w:rPr>
        <w:t>беру</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сауықтыру</w:t>
      </w:r>
      <w:proofErr w:type="spellEnd"/>
      <w:r w:rsidRPr="00F922E3">
        <w:rPr>
          <w:sz w:val="28"/>
          <w:szCs w:val="28"/>
        </w:rPr>
        <w:t xml:space="preserve"> </w:t>
      </w:r>
      <w:proofErr w:type="spellStart"/>
      <w:r w:rsidRPr="00F922E3">
        <w:rPr>
          <w:sz w:val="28"/>
          <w:szCs w:val="28"/>
        </w:rPr>
        <w:t>қызметтерінің</w:t>
      </w:r>
      <w:proofErr w:type="spellEnd"/>
      <w:r w:rsidRPr="00F922E3">
        <w:rPr>
          <w:sz w:val="28"/>
          <w:szCs w:val="28"/>
        </w:rPr>
        <w:t xml:space="preserve"> </w:t>
      </w:r>
      <w:proofErr w:type="spellStart"/>
      <w:r w:rsidRPr="00F922E3">
        <w:rPr>
          <w:sz w:val="28"/>
          <w:szCs w:val="28"/>
        </w:rPr>
        <w:t>ұтымды</w:t>
      </w:r>
      <w:proofErr w:type="spellEnd"/>
      <w:r w:rsidRPr="00F922E3">
        <w:rPr>
          <w:sz w:val="28"/>
          <w:szCs w:val="28"/>
        </w:rPr>
        <w:t xml:space="preserve"> </w:t>
      </w:r>
      <w:proofErr w:type="spellStart"/>
      <w:r w:rsidRPr="00F922E3">
        <w:rPr>
          <w:sz w:val="28"/>
          <w:szCs w:val="28"/>
        </w:rPr>
        <w:t>алмасуын</w:t>
      </w:r>
      <w:proofErr w:type="spellEnd"/>
      <w:r w:rsidRPr="00F922E3">
        <w:rPr>
          <w:sz w:val="28"/>
          <w:szCs w:val="28"/>
        </w:rPr>
        <w:t xml:space="preserve"> </w:t>
      </w:r>
      <w:proofErr w:type="spellStart"/>
      <w:r w:rsidRPr="00F922E3">
        <w:rPr>
          <w:sz w:val="28"/>
          <w:szCs w:val="28"/>
        </w:rPr>
        <w:t>қамтамасыз</w:t>
      </w:r>
      <w:proofErr w:type="spellEnd"/>
      <w:r w:rsidRPr="00F922E3">
        <w:rPr>
          <w:sz w:val="28"/>
          <w:szCs w:val="28"/>
        </w:rPr>
        <w:t xml:space="preserve"> </w:t>
      </w:r>
      <w:proofErr w:type="spellStart"/>
      <w:r w:rsidRPr="00F922E3">
        <w:rPr>
          <w:sz w:val="28"/>
          <w:szCs w:val="28"/>
        </w:rPr>
        <w:t>ету</w:t>
      </w:r>
      <w:proofErr w:type="spellEnd"/>
      <w:r w:rsidRPr="00F922E3">
        <w:rPr>
          <w:sz w:val="28"/>
          <w:szCs w:val="28"/>
        </w:rPr>
        <w:t>.</w:t>
      </w:r>
    </w:p>
    <w:p w14:paraId="340F3035" w14:textId="5507CDA3"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t>Салауатты</w:t>
      </w:r>
      <w:proofErr w:type="spellEnd"/>
      <w:r w:rsidRPr="00F922E3">
        <w:rPr>
          <w:sz w:val="28"/>
          <w:szCs w:val="28"/>
        </w:rPr>
        <w:t xml:space="preserve"> </w:t>
      </w:r>
      <w:proofErr w:type="spellStart"/>
      <w:r w:rsidRPr="00F922E3">
        <w:rPr>
          <w:sz w:val="28"/>
          <w:szCs w:val="28"/>
        </w:rPr>
        <w:t>өмір</w:t>
      </w:r>
      <w:proofErr w:type="spellEnd"/>
      <w:r w:rsidRPr="00F922E3">
        <w:rPr>
          <w:sz w:val="28"/>
          <w:szCs w:val="28"/>
        </w:rPr>
        <w:t xml:space="preserve"> </w:t>
      </w:r>
      <w:proofErr w:type="spellStart"/>
      <w:r w:rsidRPr="00F922E3">
        <w:rPr>
          <w:sz w:val="28"/>
          <w:szCs w:val="28"/>
        </w:rPr>
        <w:t>салтына</w:t>
      </w:r>
      <w:proofErr w:type="spellEnd"/>
      <w:r w:rsidRPr="00F922E3">
        <w:rPr>
          <w:sz w:val="28"/>
          <w:szCs w:val="28"/>
        </w:rPr>
        <w:t xml:space="preserve">, </w:t>
      </w:r>
      <w:proofErr w:type="spellStart"/>
      <w:r w:rsidRPr="00F922E3">
        <w:rPr>
          <w:sz w:val="28"/>
          <w:szCs w:val="28"/>
        </w:rPr>
        <w:t>жеке</w:t>
      </w:r>
      <w:proofErr w:type="spellEnd"/>
      <w:r w:rsidRPr="00F922E3">
        <w:rPr>
          <w:sz w:val="28"/>
          <w:szCs w:val="28"/>
        </w:rPr>
        <w:t xml:space="preserve"> </w:t>
      </w:r>
      <w:r>
        <w:rPr>
          <w:sz w:val="28"/>
          <w:szCs w:val="28"/>
          <w:lang w:val="kk-KZ"/>
        </w:rPr>
        <w:t>тазалық сақтауға</w:t>
      </w:r>
      <w:r w:rsidRPr="00F922E3">
        <w:rPr>
          <w:sz w:val="28"/>
          <w:szCs w:val="28"/>
        </w:rPr>
        <w:t xml:space="preserve">, </w:t>
      </w:r>
      <w:proofErr w:type="spellStart"/>
      <w:r w:rsidRPr="00F922E3">
        <w:rPr>
          <w:sz w:val="28"/>
          <w:szCs w:val="28"/>
        </w:rPr>
        <w:t>қауіпсіз</w:t>
      </w:r>
      <w:proofErr w:type="spellEnd"/>
      <w:r w:rsidRPr="00F922E3">
        <w:rPr>
          <w:sz w:val="28"/>
          <w:szCs w:val="28"/>
        </w:rPr>
        <w:t xml:space="preserve"> </w:t>
      </w:r>
      <w:proofErr w:type="spellStart"/>
      <w:r w:rsidRPr="00F922E3">
        <w:rPr>
          <w:sz w:val="28"/>
          <w:szCs w:val="28"/>
        </w:rPr>
        <w:t>мінез-құлыққа</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белсенді</w:t>
      </w:r>
      <w:proofErr w:type="spellEnd"/>
      <w:r w:rsidRPr="00F922E3">
        <w:rPr>
          <w:sz w:val="28"/>
          <w:szCs w:val="28"/>
        </w:rPr>
        <w:t xml:space="preserve"> </w:t>
      </w:r>
      <w:proofErr w:type="spellStart"/>
      <w:r w:rsidRPr="00F922E3">
        <w:rPr>
          <w:sz w:val="28"/>
          <w:szCs w:val="28"/>
        </w:rPr>
        <w:t>демалысқа</w:t>
      </w:r>
      <w:proofErr w:type="spellEnd"/>
      <w:r w:rsidRPr="00F922E3">
        <w:rPr>
          <w:sz w:val="28"/>
          <w:szCs w:val="28"/>
        </w:rPr>
        <w:t xml:space="preserve"> </w:t>
      </w:r>
      <w:proofErr w:type="spellStart"/>
      <w:r w:rsidRPr="00F922E3">
        <w:rPr>
          <w:sz w:val="28"/>
          <w:szCs w:val="28"/>
        </w:rPr>
        <w:t>тұрақты</w:t>
      </w:r>
      <w:proofErr w:type="spellEnd"/>
      <w:r w:rsidRPr="00F922E3">
        <w:rPr>
          <w:sz w:val="28"/>
          <w:szCs w:val="28"/>
        </w:rPr>
        <w:t xml:space="preserve"> </w:t>
      </w:r>
      <w:proofErr w:type="spellStart"/>
      <w:r w:rsidRPr="00F922E3">
        <w:rPr>
          <w:sz w:val="28"/>
          <w:szCs w:val="28"/>
        </w:rPr>
        <w:t>мотивация</w:t>
      </w:r>
      <w:proofErr w:type="spellEnd"/>
      <w:r w:rsidRPr="00F922E3">
        <w:rPr>
          <w:sz w:val="28"/>
          <w:szCs w:val="28"/>
        </w:rPr>
        <w:t xml:space="preserve"> </w:t>
      </w:r>
      <w:proofErr w:type="spellStart"/>
      <w:r w:rsidRPr="00F922E3">
        <w:rPr>
          <w:sz w:val="28"/>
          <w:szCs w:val="28"/>
        </w:rPr>
        <w:t>қалыптастыру</w:t>
      </w:r>
      <w:proofErr w:type="spellEnd"/>
      <w:r w:rsidRPr="00F922E3">
        <w:rPr>
          <w:sz w:val="28"/>
          <w:szCs w:val="28"/>
        </w:rPr>
        <w:t>.</w:t>
      </w:r>
    </w:p>
    <w:p w14:paraId="45B938D8" w14:textId="77777777"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t>Спорттық</w:t>
      </w:r>
      <w:proofErr w:type="spellEnd"/>
      <w:r w:rsidRPr="00F922E3">
        <w:rPr>
          <w:sz w:val="28"/>
          <w:szCs w:val="28"/>
        </w:rPr>
        <w:t xml:space="preserve">, </w:t>
      </w:r>
      <w:proofErr w:type="spellStart"/>
      <w:r w:rsidRPr="00F922E3">
        <w:rPr>
          <w:sz w:val="28"/>
          <w:szCs w:val="28"/>
        </w:rPr>
        <w:t>туристік</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қимылды</w:t>
      </w:r>
      <w:proofErr w:type="spellEnd"/>
      <w:r w:rsidRPr="00F922E3">
        <w:rPr>
          <w:sz w:val="28"/>
          <w:szCs w:val="28"/>
        </w:rPr>
        <w:t xml:space="preserve"> </w:t>
      </w:r>
      <w:proofErr w:type="spellStart"/>
      <w:r w:rsidRPr="00F922E3">
        <w:rPr>
          <w:sz w:val="28"/>
          <w:szCs w:val="28"/>
        </w:rPr>
        <w:t>іс-шаралар</w:t>
      </w:r>
      <w:proofErr w:type="spellEnd"/>
      <w:r w:rsidRPr="00F922E3">
        <w:rPr>
          <w:sz w:val="28"/>
          <w:szCs w:val="28"/>
        </w:rPr>
        <w:t xml:space="preserve"> </w:t>
      </w:r>
      <w:proofErr w:type="spellStart"/>
      <w:r w:rsidRPr="00F922E3">
        <w:rPr>
          <w:sz w:val="28"/>
          <w:szCs w:val="28"/>
        </w:rPr>
        <w:t>арқылы</w:t>
      </w:r>
      <w:proofErr w:type="spellEnd"/>
      <w:r w:rsidRPr="00F922E3">
        <w:rPr>
          <w:sz w:val="28"/>
          <w:szCs w:val="28"/>
        </w:rPr>
        <w:t xml:space="preserve"> </w:t>
      </w:r>
      <w:proofErr w:type="spellStart"/>
      <w:r w:rsidRPr="00F922E3">
        <w:rPr>
          <w:sz w:val="28"/>
          <w:szCs w:val="28"/>
        </w:rPr>
        <w:t>төзімділік</w:t>
      </w:r>
      <w:proofErr w:type="spellEnd"/>
      <w:r w:rsidRPr="00F922E3">
        <w:rPr>
          <w:sz w:val="28"/>
          <w:szCs w:val="28"/>
        </w:rPr>
        <w:t xml:space="preserve">, </w:t>
      </w:r>
      <w:proofErr w:type="spellStart"/>
      <w:r w:rsidRPr="00F922E3">
        <w:rPr>
          <w:sz w:val="28"/>
          <w:szCs w:val="28"/>
        </w:rPr>
        <w:t>үйлесімділік</w:t>
      </w:r>
      <w:proofErr w:type="spellEnd"/>
      <w:r w:rsidRPr="00F922E3">
        <w:rPr>
          <w:sz w:val="28"/>
          <w:szCs w:val="28"/>
        </w:rPr>
        <w:t xml:space="preserve">, </w:t>
      </w:r>
      <w:proofErr w:type="spellStart"/>
      <w:r w:rsidRPr="00F922E3">
        <w:rPr>
          <w:sz w:val="28"/>
          <w:szCs w:val="28"/>
        </w:rPr>
        <w:t>ептілік</w:t>
      </w:r>
      <w:proofErr w:type="spellEnd"/>
      <w:r w:rsidRPr="00F922E3">
        <w:rPr>
          <w:sz w:val="28"/>
          <w:szCs w:val="28"/>
        </w:rPr>
        <w:t xml:space="preserve">, </w:t>
      </w:r>
      <w:proofErr w:type="spellStart"/>
      <w:r w:rsidRPr="00F922E3">
        <w:rPr>
          <w:sz w:val="28"/>
          <w:szCs w:val="28"/>
        </w:rPr>
        <w:t>зейін</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командалық</w:t>
      </w:r>
      <w:proofErr w:type="spellEnd"/>
      <w:r w:rsidRPr="00F922E3">
        <w:rPr>
          <w:sz w:val="28"/>
          <w:szCs w:val="28"/>
        </w:rPr>
        <w:t xml:space="preserve"> </w:t>
      </w:r>
      <w:proofErr w:type="spellStart"/>
      <w:r w:rsidRPr="00F922E3">
        <w:rPr>
          <w:sz w:val="28"/>
          <w:szCs w:val="28"/>
        </w:rPr>
        <w:t>өзара</w:t>
      </w:r>
      <w:proofErr w:type="spellEnd"/>
      <w:r w:rsidRPr="00F922E3">
        <w:rPr>
          <w:sz w:val="28"/>
          <w:szCs w:val="28"/>
        </w:rPr>
        <w:t xml:space="preserve"> </w:t>
      </w:r>
      <w:proofErr w:type="spellStart"/>
      <w:r w:rsidRPr="00F922E3">
        <w:rPr>
          <w:sz w:val="28"/>
          <w:szCs w:val="28"/>
        </w:rPr>
        <w:t>әрекет</w:t>
      </w:r>
      <w:proofErr w:type="spellEnd"/>
      <w:r w:rsidRPr="00F922E3">
        <w:rPr>
          <w:sz w:val="28"/>
          <w:szCs w:val="28"/>
        </w:rPr>
        <w:t xml:space="preserve"> </w:t>
      </w:r>
      <w:proofErr w:type="spellStart"/>
      <w:r w:rsidRPr="00F922E3">
        <w:rPr>
          <w:sz w:val="28"/>
          <w:szCs w:val="28"/>
        </w:rPr>
        <w:t>дағдыларын</w:t>
      </w:r>
      <w:proofErr w:type="spellEnd"/>
      <w:r w:rsidRPr="00F922E3">
        <w:rPr>
          <w:sz w:val="28"/>
          <w:szCs w:val="28"/>
        </w:rPr>
        <w:t xml:space="preserve"> </w:t>
      </w:r>
      <w:proofErr w:type="spellStart"/>
      <w:r w:rsidRPr="00F922E3">
        <w:rPr>
          <w:sz w:val="28"/>
          <w:szCs w:val="28"/>
        </w:rPr>
        <w:t>дамыту</w:t>
      </w:r>
      <w:proofErr w:type="spellEnd"/>
      <w:r w:rsidRPr="00F922E3">
        <w:rPr>
          <w:sz w:val="28"/>
          <w:szCs w:val="28"/>
        </w:rPr>
        <w:t>.</w:t>
      </w:r>
    </w:p>
    <w:p w14:paraId="6DC69D45" w14:textId="77777777"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t>Артық</w:t>
      </w:r>
      <w:proofErr w:type="spellEnd"/>
      <w:r w:rsidRPr="00F922E3">
        <w:rPr>
          <w:sz w:val="28"/>
          <w:szCs w:val="28"/>
        </w:rPr>
        <w:t xml:space="preserve"> </w:t>
      </w:r>
      <w:proofErr w:type="spellStart"/>
      <w:r w:rsidRPr="00F922E3">
        <w:rPr>
          <w:sz w:val="28"/>
          <w:szCs w:val="28"/>
        </w:rPr>
        <w:t>шаршаудың</w:t>
      </w:r>
      <w:proofErr w:type="spellEnd"/>
      <w:r w:rsidRPr="00F922E3">
        <w:rPr>
          <w:sz w:val="28"/>
          <w:szCs w:val="28"/>
        </w:rPr>
        <w:t xml:space="preserve">, </w:t>
      </w:r>
      <w:proofErr w:type="spellStart"/>
      <w:r w:rsidRPr="00F922E3">
        <w:rPr>
          <w:sz w:val="28"/>
          <w:szCs w:val="28"/>
        </w:rPr>
        <w:t>жарақаттанудың</w:t>
      </w:r>
      <w:proofErr w:type="spellEnd"/>
      <w:r w:rsidRPr="00F922E3">
        <w:rPr>
          <w:sz w:val="28"/>
          <w:szCs w:val="28"/>
        </w:rPr>
        <w:t xml:space="preserve">, </w:t>
      </w:r>
      <w:proofErr w:type="spellStart"/>
      <w:r w:rsidRPr="00F922E3">
        <w:rPr>
          <w:sz w:val="28"/>
          <w:szCs w:val="28"/>
        </w:rPr>
        <w:t>эмоционалдық</w:t>
      </w:r>
      <w:proofErr w:type="spellEnd"/>
      <w:r w:rsidRPr="00F922E3">
        <w:rPr>
          <w:sz w:val="28"/>
          <w:szCs w:val="28"/>
        </w:rPr>
        <w:t xml:space="preserve"> </w:t>
      </w:r>
      <w:proofErr w:type="spellStart"/>
      <w:r w:rsidRPr="00F922E3">
        <w:rPr>
          <w:sz w:val="28"/>
          <w:szCs w:val="28"/>
        </w:rPr>
        <w:t>кернеудің</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жанжалдық</w:t>
      </w:r>
      <w:proofErr w:type="spellEnd"/>
      <w:r w:rsidRPr="00F922E3">
        <w:rPr>
          <w:sz w:val="28"/>
          <w:szCs w:val="28"/>
        </w:rPr>
        <w:t xml:space="preserve"> </w:t>
      </w:r>
      <w:proofErr w:type="spellStart"/>
      <w:r w:rsidRPr="00F922E3">
        <w:rPr>
          <w:sz w:val="28"/>
          <w:szCs w:val="28"/>
        </w:rPr>
        <w:t>жағдайлардың</w:t>
      </w:r>
      <w:proofErr w:type="spellEnd"/>
      <w:r w:rsidRPr="00F922E3">
        <w:rPr>
          <w:sz w:val="28"/>
          <w:szCs w:val="28"/>
        </w:rPr>
        <w:t xml:space="preserve"> </w:t>
      </w:r>
      <w:proofErr w:type="spellStart"/>
      <w:r w:rsidRPr="00F922E3">
        <w:rPr>
          <w:sz w:val="28"/>
          <w:szCs w:val="28"/>
        </w:rPr>
        <w:t>алдын</w:t>
      </w:r>
      <w:proofErr w:type="spellEnd"/>
      <w:r w:rsidRPr="00F922E3">
        <w:rPr>
          <w:sz w:val="28"/>
          <w:szCs w:val="28"/>
        </w:rPr>
        <w:t xml:space="preserve"> </w:t>
      </w:r>
      <w:proofErr w:type="spellStart"/>
      <w:r w:rsidRPr="00F922E3">
        <w:rPr>
          <w:sz w:val="28"/>
          <w:szCs w:val="28"/>
        </w:rPr>
        <w:t>алу</w:t>
      </w:r>
      <w:proofErr w:type="spellEnd"/>
      <w:r w:rsidRPr="00F922E3">
        <w:rPr>
          <w:sz w:val="28"/>
          <w:szCs w:val="28"/>
        </w:rPr>
        <w:t>.</w:t>
      </w:r>
    </w:p>
    <w:p w14:paraId="778C41FF" w14:textId="77777777"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t>Балалардың</w:t>
      </w:r>
      <w:proofErr w:type="spellEnd"/>
      <w:r w:rsidRPr="00F922E3">
        <w:rPr>
          <w:sz w:val="28"/>
          <w:szCs w:val="28"/>
        </w:rPr>
        <w:t xml:space="preserve"> </w:t>
      </w:r>
      <w:proofErr w:type="spellStart"/>
      <w:r w:rsidRPr="00F922E3">
        <w:rPr>
          <w:sz w:val="28"/>
          <w:szCs w:val="28"/>
        </w:rPr>
        <w:t>болуына</w:t>
      </w:r>
      <w:proofErr w:type="spellEnd"/>
      <w:r w:rsidRPr="00F922E3">
        <w:rPr>
          <w:sz w:val="28"/>
          <w:szCs w:val="28"/>
        </w:rPr>
        <w:t xml:space="preserve"> </w:t>
      </w:r>
      <w:proofErr w:type="spellStart"/>
      <w:r w:rsidRPr="00F922E3">
        <w:rPr>
          <w:sz w:val="28"/>
          <w:szCs w:val="28"/>
        </w:rPr>
        <w:t>қолайлы</w:t>
      </w:r>
      <w:proofErr w:type="spellEnd"/>
      <w:r w:rsidRPr="00F922E3">
        <w:rPr>
          <w:sz w:val="28"/>
          <w:szCs w:val="28"/>
        </w:rPr>
        <w:t xml:space="preserve"> </w:t>
      </w:r>
      <w:proofErr w:type="spellStart"/>
      <w:r w:rsidRPr="00F922E3">
        <w:rPr>
          <w:sz w:val="28"/>
          <w:szCs w:val="28"/>
        </w:rPr>
        <w:t>психологиялық</w:t>
      </w:r>
      <w:proofErr w:type="spellEnd"/>
      <w:r w:rsidRPr="00F922E3">
        <w:rPr>
          <w:sz w:val="28"/>
          <w:szCs w:val="28"/>
        </w:rPr>
        <w:t xml:space="preserve"> </w:t>
      </w:r>
      <w:proofErr w:type="spellStart"/>
      <w:r w:rsidRPr="00F922E3">
        <w:rPr>
          <w:sz w:val="28"/>
          <w:szCs w:val="28"/>
        </w:rPr>
        <w:t>қауіпсіз</w:t>
      </w:r>
      <w:proofErr w:type="spellEnd"/>
      <w:r w:rsidRPr="00F922E3">
        <w:rPr>
          <w:sz w:val="28"/>
          <w:szCs w:val="28"/>
        </w:rPr>
        <w:t xml:space="preserve">, </w:t>
      </w:r>
      <w:proofErr w:type="spellStart"/>
      <w:r w:rsidRPr="00F922E3">
        <w:rPr>
          <w:sz w:val="28"/>
          <w:szCs w:val="28"/>
        </w:rPr>
        <w:t>қолдаушы</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достық</w:t>
      </w:r>
      <w:proofErr w:type="spellEnd"/>
      <w:r w:rsidRPr="00F922E3">
        <w:rPr>
          <w:sz w:val="28"/>
          <w:szCs w:val="28"/>
        </w:rPr>
        <w:t xml:space="preserve"> </w:t>
      </w:r>
      <w:proofErr w:type="spellStart"/>
      <w:r w:rsidRPr="00F922E3">
        <w:rPr>
          <w:sz w:val="28"/>
          <w:szCs w:val="28"/>
        </w:rPr>
        <w:t>орта</w:t>
      </w:r>
      <w:proofErr w:type="spellEnd"/>
      <w:r w:rsidRPr="00F922E3">
        <w:rPr>
          <w:sz w:val="28"/>
          <w:szCs w:val="28"/>
        </w:rPr>
        <w:t xml:space="preserve"> </w:t>
      </w:r>
      <w:proofErr w:type="spellStart"/>
      <w:r w:rsidRPr="00F922E3">
        <w:rPr>
          <w:sz w:val="28"/>
          <w:szCs w:val="28"/>
        </w:rPr>
        <w:t>құру</w:t>
      </w:r>
      <w:proofErr w:type="spellEnd"/>
      <w:r w:rsidRPr="00F922E3">
        <w:rPr>
          <w:sz w:val="28"/>
          <w:szCs w:val="28"/>
        </w:rPr>
        <w:t>.</w:t>
      </w:r>
    </w:p>
    <w:p w14:paraId="5ACCBD0F" w14:textId="77777777"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t>Табиғи</w:t>
      </w:r>
      <w:proofErr w:type="spellEnd"/>
      <w:r w:rsidRPr="00F922E3">
        <w:rPr>
          <w:sz w:val="28"/>
          <w:szCs w:val="28"/>
        </w:rPr>
        <w:t xml:space="preserve">, </w:t>
      </w:r>
      <w:proofErr w:type="spellStart"/>
      <w:r w:rsidRPr="00F922E3">
        <w:rPr>
          <w:sz w:val="28"/>
          <w:szCs w:val="28"/>
        </w:rPr>
        <w:t>тұрмыстық</w:t>
      </w:r>
      <w:proofErr w:type="spellEnd"/>
      <w:r w:rsidRPr="00F922E3">
        <w:rPr>
          <w:sz w:val="28"/>
          <w:szCs w:val="28"/>
        </w:rPr>
        <w:t xml:space="preserve">, </w:t>
      </w:r>
      <w:proofErr w:type="spellStart"/>
      <w:r w:rsidRPr="00F922E3">
        <w:rPr>
          <w:sz w:val="28"/>
          <w:szCs w:val="28"/>
        </w:rPr>
        <w:t>спорттық</w:t>
      </w:r>
      <w:proofErr w:type="spellEnd"/>
      <w:r w:rsidRPr="00F922E3">
        <w:rPr>
          <w:sz w:val="28"/>
          <w:szCs w:val="28"/>
        </w:rPr>
        <w:t xml:space="preserve">, </w:t>
      </w:r>
      <w:proofErr w:type="spellStart"/>
      <w:r w:rsidRPr="00F922E3">
        <w:rPr>
          <w:sz w:val="28"/>
          <w:szCs w:val="28"/>
        </w:rPr>
        <w:t>туристік</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әлеуметтік</w:t>
      </w:r>
      <w:proofErr w:type="spellEnd"/>
      <w:r w:rsidRPr="00F922E3">
        <w:rPr>
          <w:sz w:val="28"/>
          <w:szCs w:val="28"/>
        </w:rPr>
        <w:t xml:space="preserve"> </w:t>
      </w:r>
      <w:proofErr w:type="spellStart"/>
      <w:r w:rsidRPr="00F922E3">
        <w:rPr>
          <w:sz w:val="28"/>
          <w:szCs w:val="28"/>
        </w:rPr>
        <w:t>ортада</w:t>
      </w:r>
      <w:proofErr w:type="spellEnd"/>
      <w:r w:rsidRPr="00F922E3">
        <w:rPr>
          <w:sz w:val="28"/>
          <w:szCs w:val="28"/>
        </w:rPr>
        <w:t xml:space="preserve"> </w:t>
      </w:r>
      <w:proofErr w:type="spellStart"/>
      <w:r w:rsidRPr="00F922E3">
        <w:rPr>
          <w:sz w:val="28"/>
          <w:szCs w:val="28"/>
        </w:rPr>
        <w:t>қауіпсіз</w:t>
      </w:r>
      <w:proofErr w:type="spellEnd"/>
      <w:r w:rsidRPr="00F922E3">
        <w:rPr>
          <w:sz w:val="28"/>
          <w:szCs w:val="28"/>
        </w:rPr>
        <w:t xml:space="preserve"> </w:t>
      </w:r>
      <w:proofErr w:type="spellStart"/>
      <w:r w:rsidRPr="00F922E3">
        <w:rPr>
          <w:sz w:val="28"/>
          <w:szCs w:val="28"/>
        </w:rPr>
        <w:t>мінез-құлық</w:t>
      </w:r>
      <w:proofErr w:type="spellEnd"/>
      <w:r w:rsidRPr="00F922E3">
        <w:rPr>
          <w:sz w:val="28"/>
          <w:szCs w:val="28"/>
        </w:rPr>
        <w:t xml:space="preserve"> </w:t>
      </w:r>
      <w:proofErr w:type="spellStart"/>
      <w:r w:rsidRPr="00F922E3">
        <w:rPr>
          <w:sz w:val="28"/>
          <w:szCs w:val="28"/>
        </w:rPr>
        <w:t>дағдыларын</w:t>
      </w:r>
      <w:proofErr w:type="spellEnd"/>
      <w:r w:rsidRPr="00F922E3">
        <w:rPr>
          <w:sz w:val="28"/>
          <w:szCs w:val="28"/>
        </w:rPr>
        <w:t xml:space="preserve"> </w:t>
      </w:r>
      <w:proofErr w:type="spellStart"/>
      <w:r w:rsidRPr="00F922E3">
        <w:rPr>
          <w:sz w:val="28"/>
          <w:szCs w:val="28"/>
        </w:rPr>
        <w:t>қалыптастыру</w:t>
      </w:r>
      <w:proofErr w:type="spellEnd"/>
      <w:r w:rsidRPr="00F922E3">
        <w:rPr>
          <w:sz w:val="28"/>
          <w:szCs w:val="28"/>
        </w:rPr>
        <w:t>.</w:t>
      </w:r>
    </w:p>
    <w:p w14:paraId="7B7DD82A" w14:textId="06CFE8CC" w:rsidR="00F922E3" w:rsidRPr="00F922E3" w:rsidRDefault="00F922E3" w:rsidP="00F922E3">
      <w:pPr>
        <w:pStyle w:val="aff8"/>
        <w:numPr>
          <w:ilvl w:val="0"/>
          <w:numId w:val="13"/>
        </w:numPr>
        <w:tabs>
          <w:tab w:val="clear" w:pos="720"/>
          <w:tab w:val="left" w:pos="851"/>
          <w:tab w:val="left" w:pos="993"/>
        </w:tabs>
        <w:spacing w:before="0" w:beforeAutospacing="0" w:after="0" w:afterAutospacing="0"/>
        <w:ind w:left="0" w:firstLine="709"/>
        <w:jc w:val="both"/>
        <w:rPr>
          <w:sz w:val="28"/>
          <w:szCs w:val="28"/>
        </w:rPr>
      </w:pPr>
      <w:proofErr w:type="spellStart"/>
      <w:r w:rsidRPr="00F922E3">
        <w:rPr>
          <w:sz w:val="28"/>
          <w:szCs w:val="28"/>
        </w:rPr>
        <w:t>Өзіне</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айналасына</w:t>
      </w:r>
      <w:proofErr w:type="spellEnd"/>
      <w:r w:rsidRPr="00F922E3">
        <w:rPr>
          <w:sz w:val="28"/>
          <w:szCs w:val="28"/>
        </w:rPr>
        <w:t xml:space="preserve"> </w:t>
      </w:r>
      <w:proofErr w:type="spellStart"/>
      <w:r w:rsidRPr="00F922E3">
        <w:rPr>
          <w:sz w:val="28"/>
          <w:szCs w:val="28"/>
        </w:rPr>
        <w:t>қамқорлық</w:t>
      </w:r>
      <w:proofErr w:type="spellEnd"/>
      <w:r w:rsidRPr="00F922E3">
        <w:rPr>
          <w:sz w:val="28"/>
          <w:szCs w:val="28"/>
        </w:rPr>
        <w:t xml:space="preserve"> </w:t>
      </w:r>
      <w:proofErr w:type="spellStart"/>
      <w:r w:rsidRPr="00F922E3">
        <w:rPr>
          <w:sz w:val="28"/>
          <w:szCs w:val="28"/>
        </w:rPr>
        <w:t>жасау</w:t>
      </w:r>
      <w:proofErr w:type="spellEnd"/>
      <w:r w:rsidRPr="00F922E3">
        <w:rPr>
          <w:sz w:val="28"/>
          <w:szCs w:val="28"/>
        </w:rPr>
        <w:t xml:space="preserve"> </w:t>
      </w:r>
      <w:proofErr w:type="spellStart"/>
      <w:r w:rsidRPr="00F922E3">
        <w:rPr>
          <w:sz w:val="28"/>
          <w:szCs w:val="28"/>
        </w:rPr>
        <w:t>мәдениетін</w:t>
      </w:r>
      <w:proofErr w:type="spellEnd"/>
      <w:r w:rsidRPr="00F922E3">
        <w:rPr>
          <w:sz w:val="28"/>
          <w:szCs w:val="28"/>
        </w:rPr>
        <w:t xml:space="preserve">, </w:t>
      </w:r>
      <w:proofErr w:type="spellStart"/>
      <w:r w:rsidRPr="00F922E3">
        <w:rPr>
          <w:sz w:val="28"/>
          <w:szCs w:val="28"/>
        </w:rPr>
        <w:t>сыйластық</w:t>
      </w:r>
      <w:proofErr w:type="spellEnd"/>
      <w:r w:rsidRPr="00F922E3">
        <w:rPr>
          <w:sz w:val="28"/>
          <w:szCs w:val="28"/>
        </w:rPr>
        <w:t xml:space="preserve"> </w:t>
      </w:r>
      <w:proofErr w:type="spellStart"/>
      <w:r w:rsidRPr="00F922E3">
        <w:rPr>
          <w:sz w:val="28"/>
          <w:szCs w:val="28"/>
        </w:rPr>
        <w:t>қарым-қатынасты</w:t>
      </w:r>
      <w:proofErr w:type="spellEnd"/>
      <w:r w:rsidRPr="00F922E3">
        <w:rPr>
          <w:sz w:val="28"/>
          <w:szCs w:val="28"/>
        </w:rPr>
        <w:t xml:space="preserve">, </w:t>
      </w:r>
      <w:proofErr w:type="spellStart"/>
      <w:r w:rsidRPr="00F922E3">
        <w:rPr>
          <w:sz w:val="28"/>
          <w:szCs w:val="28"/>
        </w:rPr>
        <w:t>денсаулыққа</w:t>
      </w:r>
      <w:proofErr w:type="spellEnd"/>
      <w:r w:rsidRPr="00F922E3">
        <w:rPr>
          <w:sz w:val="28"/>
          <w:szCs w:val="28"/>
        </w:rPr>
        <w:t xml:space="preserve">, </w:t>
      </w:r>
      <w:proofErr w:type="spellStart"/>
      <w:r w:rsidRPr="00F922E3">
        <w:rPr>
          <w:sz w:val="28"/>
          <w:szCs w:val="28"/>
        </w:rPr>
        <w:t>күн</w:t>
      </w:r>
      <w:proofErr w:type="spellEnd"/>
      <w:r w:rsidRPr="00F922E3">
        <w:rPr>
          <w:sz w:val="28"/>
          <w:szCs w:val="28"/>
        </w:rPr>
        <w:t xml:space="preserve"> </w:t>
      </w:r>
      <w:proofErr w:type="spellStart"/>
      <w:r w:rsidRPr="00F922E3">
        <w:rPr>
          <w:sz w:val="28"/>
          <w:szCs w:val="28"/>
        </w:rPr>
        <w:t>тәртібіне</w:t>
      </w:r>
      <w:proofErr w:type="spellEnd"/>
      <w:r w:rsidRPr="00F922E3">
        <w:rPr>
          <w:sz w:val="28"/>
          <w:szCs w:val="28"/>
        </w:rPr>
        <w:t xml:space="preserve">, </w:t>
      </w:r>
      <w:r w:rsidR="00195065">
        <w:rPr>
          <w:lang w:val="ru-RU"/>
        </w:rPr>
        <w:t>ББСО</w:t>
      </w:r>
      <w:r w:rsidRPr="00F922E3">
        <w:rPr>
          <w:sz w:val="28"/>
          <w:szCs w:val="28"/>
        </w:rPr>
        <w:t xml:space="preserve"> </w:t>
      </w:r>
      <w:proofErr w:type="spellStart"/>
      <w:r w:rsidRPr="00F922E3">
        <w:rPr>
          <w:sz w:val="28"/>
          <w:szCs w:val="28"/>
        </w:rPr>
        <w:t>ортақ</w:t>
      </w:r>
      <w:proofErr w:type="spellEnd"/>
      <w:r w:rsidRPr="00F922E3">
        <w:rPr>
          <w:sz w:val="28"/>
          <w:szCs w:val="28"/>
        </w:rPr>
        <w:t xml:space="preserve"> </w:t>
      </w:r>
      <w:proofErr w:type="spellStart"/>
      <w:r w:rsidRPr="00F922E3">
        <w:rPr>
          <w:sz w:val="28"/>
          <w:szCs w:val="28"/>
        </w:rPr>
        <w:t>кеңістігіне</w:t>
      </w:r>
      <w:proofErr w:type="spellEnd"/>
      <w:r w:rsidRPr="00F922E3">
        <w:rPr>
          <w:sz w:val="28"/>
          <w:szCs w:val="28"/>
        </w:rPr>
        <w:t xml:space="preserve"> </w:t>
      </w:r>
      <w:proofErr w:type="spellStart"/>
      <w:r w:rsidRPr="00F922E3">
        <w:rPr>
          <w:sz w:val="28"/>
          <w:szCs w:val="28"/>
        </w:rPr>
        <w:t>және</w:t>
      </w:r>
      <w:proofErr w:type="spellEnd"/>
      <w:r w:rsidRPr="00F922E3">
        <w:rPr>
          <w:sz w:val="28"/>
          <w:szCs w:val="28"/>
        </w:rPr>
        <w:t xml:space="preserve"> </w:t>
      </w:r>
      <w:proofErr w:type="spellStart"/>
      <w:r w:rsidRPr="00F922E3">
        <w:rPr>
          <w:sz w:val="28"/>
          <w:szCs w:val="28"/>
        </w:rPr>
        <w:t>бірлесіп</w:t>
      </w:r>
      <w:proofErr w:type="spellEnd"/>
      <w:r w:rsidRPr="00F922E3">
        <w:rPr>
          <w:sz w:val="28"/>
          <w:szCs w:val="28"/>
        </w:rPr>
        <w:t xml:space="preserve"> </w:t>
      </w:r>
      <w:proofErr w:type="spellStart"/>
      <w:r w:rsidRPr="00F922E3">
        <w:rPr>
          <w:sz w:val="28"/>
          <w:szCs w:val="28"/>
        </w:rPr>
        <w:t>өмір</w:t>
      </w:r>
      <w:proofErr w:type="spellEnd"/>
      <w:r w:rsidRPr="00F922E3">
        <w:rPr>
          <w:sz w:val="28"/>
          <w:szCs w:val="28"/>
        </w:rPr>
        <w:t xml:space="preserve"> </w:t>
      </w:r>
      <w:proofErr w:type="spellStart"/>
      <w:r w:rsidRPr="00F922E3">
        <w:rPr>
          <w:sz w:val="28"/>
          <w:szCs w:val="28"/>
        </w:rPr>
        <w:t>сүру</w:t>
      </w:r>
      <w:proofErr w:type="spellEnd"/>
      <w:r w:rsidRPr="00F922E3">
        <w:rPr>
          <w:sz w:val="28"/>
          <w:szCs w:val="28"/>
        </w:rPr>
        <w:t xml:space="preserve"> </w:t>
      </w:r>
      <w:proofErr w:type="spellStart"/>
      <w:r w:rsidRPr="00F922E3">
        <w:rPr>
          <w:sz w:val="28"/>
          <w:szCs w:val="28"/>
        </w:rPr>
        <w:t>ережелеріне</w:t>
      </w:r>
      <w:proofErr w:type="spellEnd"/>
      <w:r w:rsidRPr="00F922E3">
        <w:rPr>
          <w:sz w:val="28"/>
          <w:szCs w:val="28"/>
        </w:rPr>
        <w:t xml:space="preserve"> </w:t>
      </w:r>
      <w:proofErr w:type="spellStart"/>
      <w:r w:rsidRPr="00F922E3">
        <w:rPr>
          <w:sz w:val="28"/>
          <w:szCs w:val="28"/>
        </w:rPr>
        <w:t>жауапты</w:t>
      </w:r>
      <w:proofErr w:type="spellEnd"/>
      <w:r w:rsidRPr="00F922E3">
        <w:rPr>
          <w:sz w:val="28"/>
          <w:szCs w:val="28"/>
        </w:rPr>
        <w:t xml:space="preserve"> </w:t>
      </w:r>
      <w:proofErr w:type="spellStart"/>
      <w:r w:rsidRPr="00F922E3">
        <w:rPr>
          <w:sz w:val="28"/>
          <w:szCs w:val="28"/>
        </w:rPr>
        <w:t>көзқарасты</w:t>
      </w:r>
      <w:proofErr w:type="spellEnd"/>
      <w:r w:rsidRPr="00F922E3">
        <w:rPr>
          <w:sz w:val="28"/>
          <w:szCs w:val="28"/>
        </w:rPr>
        <w:t xml:space="preserve"> </w:t>
      </w:r>
      <w:proofErr w:type="spellStart"/>
      <w:r w:rsidRPr="00F922E3">
        <w:rPr>
          <w:sz w:val="28"/>
          <w:szCs w:val="28"/>
        </w:rPr>
        <w:t>қалыптастыруға</w:t>
      </w:r>
      <w:proofErr w:type="spellEnd"/>
      <w:r w:rsidRPr="00F922E3">
        <w:rPr>
          <w:sz w:val="28"/>
          <w:szCs w:val="28"/>
        </w:rPr>
        <w:t xml:space="preserve"> </w:t>
      </w:r>
      <w:proofErr w:type="spellStart"/>
      <w:r w:rsidRPr="00F922E3">
        <w:rPr>
          <w:sz w:val="28"/>
          <w:szCs w:val="28"/>
        </w:rPr>
        <w:t>ықпал</w:t>
      </w:r>
      <w:proofErr w:type="spellEnd"/>
      <w:r w:rsidRPr="00F922E3">
        <w:rPr>
          <w:sz w:val="28"/>
          <w:szCs w:val="28"/>
        </w:rPr>
        <w:t xml:space="preserve"> </w:t>
      </w:r>
      <w:proofErr w:type="spellStart"/>
      <w:r w:rsidRPr="00F922E3">
        <w:rPr>
          <w:sz w:val="28"/>
          <w:szCs w:val="28"/>
        </w:rPr>
        <w:t>ету</w:t>
      </w:r>
      <w:proofErr w:type="spellEnd"/>
      <w:r w:rsidRPr="00F922E3">
        <w:rPr>
          <w:sz w:val="28"/>
          <w:szCs w:val="28"/>
        </w:rPr>
        <w:t xml:space="preserve">, </w:t>
      </w:r>
      <w:proofErr w:type="spellStart"/>
      <w:r w:rsidRPr="00F922E3">
        <w:rPr>
          <w:sz w:val="28"/>
          <w:szCs w:val="28"/>
        </w:rPr>
        <w:t>бұл</w:t>
      </w:r>
      <w:proofErr w:type="spellEnd"/>
      <w:r w:rsidRPr="00F922E3">
        <w:rPr>
          <w:sz w:val="28"/>
          <w:szCs w:val="28"/>
        </w:rPr>
        <w:t xml:space="preserve"> «</w:t>
      </w:r>
      <w:proofErr w:type="spellStart"/>
      <w:r w:rsidRPr="00F922E3">
        <w:rPr>
          <w:sz w:val="28"/>
          <w:szCs w:val="28"/>
        </w:rPr>
        <w:t>Адал</w:t>
      </w:r>
      <w:proofErr w:type="spellEnd"/>
      <w:r w:rsidRPr="00F922E3">
        <w:rPr>
          <w:sz w:val="28"/>
          <w:szCs w:val="28"/>
        </w:rPr>
        <w:t xml:space="preserve"> </w:t>
      </w:r>
      <w:proofErr w:type="spellStart"/>
      <w:r w:rsidRPr="00F922E3">
        <w:rPr>
          <w:sz w:val="28"/>
          <w:szCs w:val="28"/>
        </w:rPr>
        <w:t>Азамат</w:t>
      </w:r>
      <w:proofErr w:type="spellEnd"/>
      <w:r w:rsidRPr="00F922E3">
        <w:rPr>
          <w:sz w:val="28"/>
          <w:szCs w:val="28"/>
        </w:rPr>
        <w:t xml:space="preserve">» </w:t>
      </w:r>
      <w:proofErr w:type="spellStart"/>
      <w:r w:rsidRPr="00F922E3">
        <w:rPr>
          <w:sz w:val="28"/>
          <w:szCs w:val="28"/>
        </w:rPr>
        <w:t>құндылықтарының</w:t>
      </w:r>
      <w:proofErr w:type="spellEnd"/>
      <w:r w:rsidRPr="00F922E3">
        <w:rPr>
          <w:sz w:val="28"/>
          <w:szCs w:val="28"/>
        </w:rPr>
        <w:t xml:space="preserve"> </w:t>
      </w:r>
      <w:proofErr w:type="spellStart"/>
      <w:r w:rsidRPr="00F922E3">
        <w:rPr>
          <w:sz w:val="28"/>
          <w:szCs w:val="28"/>
        </w:rPr>
        <w:t>практикалық</w:t>
      </w:r>
      <w:proofErr w:type="spellEnd"/>
      <w:r w:rsidRPr="00F922E3">
        <w:rPr>
          <w:sz w:val="28"/>
          <w:szCs w:val="28"/>
        </w:rPr>
        <w:t xml:space="preserve"> </w:t>
      </w:r>
      <w:proofErr w:type="spellStart"/>
      <w:r w:rsidRPr="00F922E3">
        <w:rPr>
          <w:sz w:val="28"/>
          <w:szCs w:val="28"/>
        </w:rPr>
        <w:t>көрінісі</w:t>
      </w:r>
      <w:proofErr w:type="spellEnd"/>
      <w:r w:rsidRPr="00F922E3">
        <w:rPr>
          <w:sz w:val="28"/>
          <w:szCs w:val="28"/>
        </w:rPr>
        <w:t xml:space="preserve"> </w:t>
      </w:r>
      <w:proofErr w:type="spellStart"/>
      <w:r w:rsidRPr="00F922E3">
        <w:rPr>
          <w:sz w:val="28"/>
          <w:szCs w:val="28"/>
        </w:rPr>
        <w:t>болып</w:t>
      </w:r>
      <w:proofErr w:type="spellEnd"/>
      <w:r w:rsidRPr="00F922E3">
        <w:rPr>
          <w:sz w:val="28"/>
          <w:szCs w:val="28"/>
        </w:rPr>
        <w:t xml:space="preserve"> </w:t>
      </w:r>
      <w:proofErr w:type="spellStart"/>
      <w:r w:rsidRPr="00F922E3">
        <w:rPr>
          <w:sz w:val="28"/>
          <w:szCs w:val="28"/>
        </w:rPr>
        <w:t>табылады</w:t>
      </w:r>
      <w:proofErr w:type="spellEnd"/>
      <w:r w:rsidRPr="00F922E3">
        <w:rPr>
          <w:sz w:val="28"/>
          <w:szCs w:val="28"/>
        </w:rPr>
        <w:t>.</w:t>
      </w:r>
    </w:p>
    <w:p w14:paraId="18846E03" w14:textId="77777777" w:rsidR="0001394D" w:rsidRPr="00E200D0" w:rsidRDefault="0001394D" w:rsidP="0001394D">
      <w:pPr>
        <w:pStyle w:val="aff8"/>
        <w:spacing w:before="0" w:beforeAutospacing="0" w:after="0" w:afterAutospacing="0"/>
        <w:ind w:firstLine="709"/>
        <w:jc w:val="both"/>
        <w:rPr>
          <w:b/>
          <w:sz w:val="28"/>
          <w:szCs w:val="28"/>
        </w:rPr>
      </w:pPr>
      <w:proofErr w:type="spellStart"/>
      <w:r w:rsidRPr="0001394D">
        <w:rPr>
          <w:b/>
          <w:sz w:val="28"/>
          <w:szCs w:val="28"/>
          <w:lang w:val="ru-RU"/>
        </w:rPr>
        <w:t>Бағдарламаны</w:t>
      </w:r>
      <w:proofErr w:type="spellEnd"/>
      <w:r w:rsidRPr="00E200D0">
        <w:rPr>
          <w:b/>
          <w:sz w:val="28"/>
          <w:szCs w:val="28"/>
        </w:rPr>
        <w:t xml:space="preserve"> </w:t>
      </w:r>
      <w:proofErr w:type="spellStart"/>
      <w:r w:rsidRPr="0001394D">
        <w:rPr>
          <w:b/>
          <w:sz w:val="28"/>
          <w:szCs w:val="28"/>
          <w:lang w:val="ru-RU"/>
        </w:rPr>
        <w:t>іске</w:t>
      </w:r>
      <w:proofErr w:type="spellEnd"/>
      <w:r w:rsidRPr="00E200D0">
        <w:rPr>
          <w:b/>
          <w:sz w:val="28"/>
          <w:szCs w:val="28"/>
        </w:rPr>
        <w:t xml:space="preserve"> </w:t>
      </w:r>
      <w:proofErr w:type="spellStart"/>
      <w:r w:rsidRPr="0001394D">
        <w:rPr>
          <w:b/>
          <w:sz w:val="28"/>
          <w:szCs w:val="28"/>
          <w:lang w:val="ru-RU"/>
        </w:rPr>
        <w:t>асырудың</w:t>
      </w:r>
      <w:proofErr w:type="spellEnd"/>
      <w:r w:rsidRPr="00E200D0">
        <w:rPr>
          <w:b/>
          <w:sz w:val="28"/>
          <w:szCs w:val="28"/>
        </w:rPr>
        <w:t xml:space="preserve"> </w:t>
      </w:r>
      <w:proofErr w:type="spellStart"/>
      <w:r w:rsidRPr="0001394D">
        <w:rPr>
          <w:b/>
          <w:sz w:val="28"/>
          <w:szCs w:val="28"/>
          <w:lang w:val="ru-RU"/>
        </w:rPr>
        <w:t>күтілетін</w:t>
      </w:r>
      <w:proofErr w:type="spellEnd"/>
      <w:r w:rsidRPr="00E200D0">
        <w:rPr>
          <w:b/>
          <w:sz w:val="28"/>
          <w:szCs w:val="28"/>
        </w:rPr>
        <w:t xml:space="preserve"> </w:t>
      </w:r>
      <w:proofErr w:type="spellStart"/>
      <w:r w:rsidRPr="0001394D">
        <w:rPr>
          <w:b/>
          <w:sz w:val="28"/>
          <w:szCs w:val="28"/>
          <w:lang w:val="ru-RU"/>
        </w:rPr>
        <w:t>нәтижелері</w:t>
      </w:r>
      <w:proofErr w:type="spellEnd"/>
    </w:p>
    <w:p w14:paraId="2B7D3478" w14:textId="3A314CA1" w:rsidR="0001394D" w:rsidRPr="00E200D0" w:rsidRDefault="0001394D" w:rsidP="0001394D">
      <w:pPr>
        <w:pStyle w:val="aff8"/>
        <w:spacing w:before="0" w:beforeAutospacing="0" w:after="0" w:afterAutospacing="0"/>
        <w:ind w:firstLine="709"/>
        <w:jc w:val="both"/>
        <w:rPr>
          <w:sz w:val="28"/>
          <w:szCs w:val="28"/>
        </w:rPr>
      </w:pPr>
      <w:proofErr w:type="spellStart"/>
      <w:r w:rsidRPr="0001394D">
        <w:rPr>
          <w:sz w:val="28"/>
          <w:szCs w:val="28"/>
          <w:lang w:val="ru-RU"/>
        </w:rPr>
        <w:t>Бағдарламаның</w:t>
      </w:r>
      <w:proofErr w:type="spellEnd"/>
      <w:r w:rsidRPr="00E200D0">
        <w:rPr>
          <w:sz w:val="28"/>
          <w:szCs w:val="28"/>
        </w:rPr>
        <w:t xml:space="preserve"> </w:t>
      </w:r>
      <w:proofErr w:type="spellStart"/>
      <w:r w:rsidRPr="0001394D">
        <w:rPr>
          <w:sz w:val="28"/>
          <w:szCs w:val="28"/>
          <w:lang w:val="ru-RU"/>
        </w:rPr>
        <w:t>күтілетін</w:t>
      </w:r>
      <w:proofErr w:type="spellEnd"/>
      <w:r w:rsidRPr="00E200D0">
        <w:rPr>
          <w:sz w:val="28"/>
          <w:szCs w:val="28"/>
        </w:rPr>
        <w:t xml:space="preserve"> </w:t>
      </w:r>
      <w:proofErr w:type="spellStart"/>
      <w:r w:rsidRPr="0001394D">
        <w:rPr>
          <w:sz w:val="28"/>
          <w:szCs w:val="28"/>
          <w:lang w:val="ru-RU"/>
        </w:rPr>
        <w:t>нәтижелері</w:t>
      </w:r>
      <w:proofErr w:type="spellEnd"/>
      <w:r w:rsidRPr="00E200D0">
        <w:rPr>
          <w:sz w:val="28"/>
          <w:szCs w:val="28"/>
        </w:rPr>
        <w:t xml:space="preserve"> </w:t>
      </w:r>
      <w:proofErr w:type="spellStart"/>
      <w:r w:rsidRPr="0001394D">
        <w:rPr>
          <w:sz w:val="28"/>
          <w:szCs w:val="28"/>
          <w:lang w:val="ru-RU"/>
        </w:rPr>
        <w:t>ауысым</w:t>
      </w:r>
      <w:proofErr w:type="spellEnd"/>
      <w:r w:rsidRPr="00E200D0">
        <w:rPr>
          <w:sz w:val="28"/>
          <w:szCs w:val="28"/>
        </w:rPr>
        <w:t xml:space="preserve"> </w:t>
      </w:r>
      <w:proofErr w:type="spellStart"/>
      <w:r w:rsidRPr="0001394D">
        <w:rPr>
          <w:sz w:val="28"/>
          <w:szCs w:val="28"/>
          <w:lang w:val="ru-RU"/>
        </w:rPr>
        <w:t>қорытындысы</w:t>
      </w:r>
      <w:r w:rsidR="006B48BD">
        <w:rPr>
          <w:sz w:val="28"/>
          <w:szCs w:val="28"/>
          <w:lang w:val="ru-RU"/>
        </w:rPr>
        <w:t>на</w:t>
      </w:r>
      <w:proofErr w:type="spellEnd"/>
      <w:r w:rsidRPr="00E200D0">
        <w:rPr>
          <w:sz w:val="28"/>
          <w:szCs w:val="28"/>
        </w:rPr>
        <w:t xml:space="preserve"> </w:t>
      </w:r>
      <w:proofErr w:type="spellStart"/>
      <w:r w:rsidRPr="0001394D">
        <w:rPr>
          <w:sz w:val="28"/>
          <w:szCs w:val="28"/>
          <w:lang w:val="ru-RU"/>
        </w:rPr>
        <w:t>педагогикалық</w:t>
      </w:r>
      <w:proofErr w:type="spellEnd"/>
      <w:r w:rsidRPr="00E200D0">
        <w:rPr>
          <w:sz w:val="28"/>
          <w:szCs w:val="28"/>
        </w:rPr>
        <w:t xml:space="preserve"> </w:t>
      </w:r>
      <w:proofErr w:type="spellStart"/>
      <w:r w:rsidRPr="0001394D">
        <w:rPr>
          <w:sz w:val="28"/>
          <w:szCs w:val="28"/>
          <w:lang w:val="ru-RU"/>
        </w:rPr>
        <w:t>бақылау</w:t>
      </w:r>
      <w:proofErr w:type="spellEnd"/>
      <w:r w:rsidRPr="00E200D0">
        <w:rPr>
          <w:sz w:val="28"/>
          <w:szCs w:val="28"/>
        </w:rPr>
        <w:t xml:space="preserve">, </w:t>
      </w:r>
      <w:proofErr w:type="spellStart"/>
      <w:r w:rsidRPr="0001394D">
        <w:rPr>
          <w:sz w:val="28"/>
          <w:szCs w:val="28"/>
          <w:lang w:val="ru-RU"/>
        </w:rPr>
        <w:t>қатысу</w:t>
      </w:r>
      <w:proofErr w:type="spellEnd"/>
      <w:r w:rsidRPr="00E200D0">
        <w:rPr>
          <w:sz w:val="28"/>
          <w:szCs w:val="28"/>
        </w:rPr>
        <w:t xml:space="preserve"> </w:t>
      </w:r>
      <w:proofErr w:type="spellStart"/>
      <w:r w:rsidRPr="0001394D">
        <w:rPr>
          <w:sz w:val="28"/>
          <w:szCs w:val="28"/>
          <w:lang w:val="ru-RU"/>
        </w:rPr>
        <w:t>есебін</w:t>
      </w:r>
      <w:proofErr w:type="spellEnd"/>
      <w:r w:rsidRPr="00E200D0">
        <w:rPr>
          <w:sz w:val="28"/>
          <w:szCs w:val="28"/>
        </w:rPr>
        <w:t xml:space="preserve"> </w:t>
      </w:r>
      <w:proofErr w:type="spellStart"/>
      <w:r w:rsidRPr="0001394D">
        <w:rPr>
          <w:sz w:val="28"/>
          <w:szCs w:val="28"/>
          <w:lang w:val="ru-RU"/>
        </w:rPr>
        <w:t>жүргізу</w:t>
      </w:r>
      <w:proofErr w:type="spellEnd"/>
      <w:r w:rsidRPr="00E200D0">
        <w:rPr>
          <w:sz w:val="28"/>
          <w:szCs w:val="28"/>
        </w:rPr>
        <w:t xml:space="preserve">, </w:t>
      </w:r>
      <w:proofErr w:type="spellStart"/>
      <w:r w:rsidRPr="0001394D">
        <w:rPr>
          <w:sz w:val="28"/>
          <w:szCs w:val="28"/>
          <w:lang w:val="ru-RU"/>
        </w:rPr>
        <w:t>қызмет</w:t>
      </w:r>
      <w:proofErr w:type="spellEnd"/>
      <w:r w:rsidRPr="00E200D0">
        <w:rPr>
          <w:sz w:val="28"/>
          <w:szCs w:val="28"/>
        </w:rPr>
        <w:t xml:space="preserve"> </w:t>
      </w:r>
      <w:proofErr w:type="spellStart"/>
      <w:r w:rsidRPr="0001394D">
        <w:rPr>
          <w:sz w:val="28"/>
          <w:szCs w:val="28"/>
          <w:lang w:val="ru-RU"/>
        </w:rPr>
        <w:t>өнімдерін</w:t>
      </w:r>
      <w:proofErr w:type="spellEnd"/>
      <w:r w:rsidRPr="00E200D0">
        <w:rPr>
          <w:sz w:val="28"/>
          <w:szCs w:val="28"/>
        </w:rPr>
        <w:t xml:space="preserve"> </w:t>
      </w:r>
      <w:proofErr w:type="spellStart"/>
      <w:r w:rsidRPr="0001394D">
        <w:rPr>
          <w:sz w:val="28"/>
          <w:szCs w:val="28"/>
          <w:lang w:val="ru-RU"/>
        </w:rPr>
        <w:t>талдау</w:t>
      </w:r>
      <w:proofErr w:type="spellEnd"/>
      <w:r w:rsidRPr="00E200D0">
        <w:rPr>
          <w:sz w:val="28"/>
          <w:szCs w:val="28"/>
        </w:rPr>
        <w:t xml:space="preserve">, </w:t>
      </w:r>
      <w:proofErr w:type="spellStart"/>
      <w:r w:rsidRPr="0001394D">
        <w:rPr>
          <w:sz w:val="28"/>
          <w:szCs w:val="28"/>
          <w:lang w:val="ru-RU"/>
        </w:rPr>
        <w:t>сауалнама</w:t>
      </w:r>
      <w:proofErr w:type="spellEnd"/>
      <w:r w:rsidRPr="00E200D0">
        <w:rPr>
          <w:sz w:val="28"/>
          <w:szCs w:val="28"/>
        </w:rPr>
        <w:t xml:space="preserve"> </w:t>
      </w:r>
      <w:proofErr w:type="spellStart"/>
      <w:r w:rsidRPr="0001394D">
        <w:rPr>
          <w:sz w:val="28"/>
          <w:szCs w:val="28"/>
          <w:lang w:val="ru-RU"/>
        </w:rPr>
        <w:t>алу</w:t>
      </w:r>
      <w:proofErr w:type="spellEnd"/>
      <w:r w:rsidRPr="00E200D0">
        <w:rPr>
          <w:sz w:val="28"/>
          <w:szCs w:val="28"/>
        </w:rPr>
        <w:t xml:space="preserve"> </w:t>
      </w:r>
      <w:proofErr w:type="spellStart"/>
      <w:r w:rsidRPr="0001394D">
        <w:rPr>
          <w:sz w:val="28"/>
          <w:szCs w:val="28"/>
          <w:lang w:val="ru-RU"/>
        </w:rPr>
        <w:t>және</w:t>
      </w:r>
      <w:proofErr w:type="spellEnd"/>
      <w:r w:rsidRPr="00E200D0">
        <w:rPr>
          <w:sz w:val="28"/>
          <w:szCs w:val="28"/>
        </w:rPr>
        <w:t xml:space="preserve"> </w:t>
      </w:r>
      <w:proofErr w:type="spellStart"/>
      <w:r w:rsidRPr="0001394D">
        <w:rPr>
          <w:sz w:val="28"/>
          <w:szCs w:val="28"/>
          <w:lang w:val="ru-RU"/>
        </w:rPr>
        <w:t>қатысушылардың</w:t>
      </w:r>
      <w:proofErr w:type="spellEnd"/>
      <w:r w:rsidRPr="00E200D0">
        <w:rPr>
          <w:sz w:val="28"/>
          <w:szCs w:val="28"/>
        </w:rPr>
        <w:t xml:space="preserve"> </w:t>
      </w:r>
      <w:proofErr w:type="spellStart"/>
      <w:r>
        <w:rPr>
          <w:sz w:val="28"/>
          <w:szCs w:val="28"/>
          <w:lang w:val="ru-RU"/>
        </w:rPr>
        <w:t>кері</w:t>
      </w:r>
      <w:proofErr w:type="spellEnd"/>
      <w:r w:rsidRPr="00E200D0">
        <w:rPr>
          <w:sz w:val="28"/>
          <w:szCs w:val="28"/>
        </w:rPr>
        <w:t xml:space="preserve"> </w:t>
      </w:r>
      <w:proofErr w:type="spellStart"/>
      <w:r>
        <w:rPr>
          <w:sz w:val="28"/>
          <w:szCs w:val="28"/>
          <w:lang w:val="ru-RU"/>
        </w:rPr>
        <w:t>байланыс</w:t>
      </w:r>
      <w:proofErr w:type="spellEnd"/>
      <w:r w:rsidRPr="00E200D0">
        <w:rPr>
          <w:sz w:val="28"/>
          <w:szCs w:val="28"/>
        </w:rPr>
        <w:t xml:space="preserve"> </w:t>
      </w:r>
      <w:proofErr w:type="spellStart"/>
      <w:r w:rsidRPr="0001394D">
        <w:rPr>
          <w:sz w:val="28"/>
          <w:szCs w:val="28"/>
          <w:lang w:val="ru-RU"/>
        </w:rPr>
        <w:t>негізінде</w:t>
      </w:r>
      <w:proofErr w:type="spellEnd"/>
      <w:r w:rsidRPr="00E200D0">
        <w:rPr>
          <w:sz w:val="28"/>
          <w:szCs w:val="28"/>
        </w:rPr>
        <w:t xml:space="preserve"> </w:t>
      </w:r>
      <w:proofErr w:type="spellStart"/>
      <w:r w:rsidRPr="0001394D">
        <w:rPr>
          <w:sz w:val="28"/>
          <w:szCs w:val="28"/>
          <w:lang w:val="ru-RU"/>
        </w:rPr>
        <w:t>өлшенетін</w:t>
      </w:r>
      <w:proofErr w:type="spellEnd"/>
      <w:r w:rsidRPr="00E200D0">
        <w:rPr>
          <w:sz w:val="28"/>
          <w:szCs w:val="28"/>
        </w:rPr>
        <w:t xml:space="preserve"> </w:t>
      </w:r>
      <w:proofErr w:type="spellStart"/>
      <w:r w:rsidRPr="0001394D">
        <w:rPr>
          <w:sz w:val="28"/>
          <w:szCs w:val="28"/>
          <w:lang w:val="ru-RU"/>
        </w:rPr>
        <w:t>және</w:t>
      </w:r>
      <w:proofErr w:type="spellEnd"/>
      <w:r w:rsidRPr="00E200D0">
        <w:rPr>
          <w:sz w:val="28"/>
          <w:szCs w:val="28"/>
        </w:rPr>
        <w:t xml:space="preserve"> </w:t>
      </w:r>
      <w:proofErr w:type="spellStart"/>
      <w:r w:rsidRPr="0001394D">
        <w:rPr>
          <w:sz w:val="28"/>
          <w:szCs w:val="28"/>
          <w:lang w:val="ru-RU"/>
        </w:rPr>
        <w:t>тексерілетін</w:t>
      </w:r>
      <w:proofErr w:type="spellEnd"/>
      <w:r w:rsidRPr="00E200D0">
        <w:rPr>
          <w:sz w:val="28"/>
          <w:szCs w:val="28"/>
        </w:rPr>
        <w:t xml:space="preserve"> </w:t>
      </w:r>
      <w:proofErr w:type="spellStart"/>
      <w:r w:rsidRPr="0001394D">
        <w:rPr>
          <w:sz w:val="28"/>
          <w:szCs w:val="28"/>
          <w:lang w:val="ru-RU"/>
        </w:rPr>
        <w:t>болып</w:t>
      </w:r>
      <w:proofErr w:type="spellEnd"/>
      <w:r w:rsidRPr="00E200D0">
        <w:rPr>
          <w:sz w:val="28"/>
          <w:szCs w:val="28"/>
        </w:rPr>
        <w:t xml:space="preserve"> </w:t>
      </w:r>
      <w:proofErr w:type="spellStart"/>
      <w:r w:rsidRPr="0001394D">
        <w:rPr>
          <w:sz w:val="28"/>
          <w:szCs w:val="28"/>
          <w:lang w:val="ru-RU"/>
        </w:rPr>
        <w:t>табылады</w:t>
      </w:r>
      <w:proofErr w:type="spellEnd"/>
      <w:r w:rsidRPr="00E200D0">
        <w:rPr>
          <w:sz w:val="28"/>
          <w:szCs w:val="28"/>
        </w:rPr>
        <w:t>.</w:t>
      </w:r>
    </w:p>
    <w:p w14:paraId="7D52AF17" w14:textId="7777777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100%-ы </w:t>
      </w:r>
      <w:proofErr w:type="spellStart"/>
      <w:r w:rsidRPr="0001394D">
        <w:rPr>
          <w:sz w:val="28"/>
          <w:szCs w:val="28"/>
        </w:rPr>
        <w:t>білім</w:t>
      </w:r>
      <w:proofErr w:type="spellEnd"/>
      <w:r w:rsidRPr="0001394D">
        <w:rPr>
          <w:sz w:val="28"/>
          <w:szCs w:val="28"/>
        </w:rPr>
        <w:t xml:space="preserve"> </w:t>
      </w:r>
      <w:proofErr w:type="spellStart"/>
      <w:r w:rsidRPr="0001394D">
        <w:rPr>
          <w:sz w:val="28"/>
          <w:szCs w:val="28"/>
        </w:rPr>
        <w:t>беру</w:t>
      </w:r>
      <w:proofErr w:type="spellEnd"/>
      <w:r w:rsidRPr="0001394D">
        <w:rPr>
          <w:sz w:val="28"/>
          <w:szCs w:val="28"/>
        </w:rPr>
        <w:t xml:space="preserve">, </w:t>
      </w:r>
      <w:proofErr w:type="spellStart"/>
      <w:r w:rsidRPr="0001394D">
        <w:rPr>
          <w:sz w:val="28"/>
          <w:szCs w:val="28"/>
        </w:rPr>
        <w:t>тәрбиелік</w:t>
      </w:r>
      <w:proofErr w:type="spellEnd"/>
      <w:r w:rsidRPr="0001394D">
        <w:rPr>
          <w:sz w:val="28"/>
          <w:szCs w:val="28"/>
        </w:rPr>
        <w:t xml:space="preserve">, </w:t>
      </w:r>
      <w:proofErr w:type="spellStart"/>
      <w:r w:rsidRPr="0001394D">
        <w:rPr>
          <w:sz w:val="28"/>
          <w:szCs w:val="28"/>
        </w:rPr>
        <w:t>спорттық-сауықтыру</w:t>
      </w:r>
      <w:proofErr w:type="spellEnd"/>
      <w:r w:rsidRPr="0001394D">
        <w:rPr>
          <w:sz w:val="28"/>
          <w:szCs w:val="28"/>
        </w:rPr>
        <w:t xml:space="preserve">, </w:t>
      </w:r>
      <w:proofErr w:type="spellStart"/>
      <w:r w:rsidRPr="0001394D">
        <w:rPr>
          <w:sz w:val="28"/>
          <w:szCs w:val="28"/>
        </w:rPr>
        <w:t>туристік</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бос</w:t>
      </w:r>
      <w:proofErr w:type="spellEnd"/>
      <w:r w:rsidRPr="0001394D">
        <w:rPr>
          <w:sz w:val="28"/>
          <w:szCs w:val="28"/>
        </w:rPr>
        <w:t xml:space="preserve"> </w:t>
      </w:r>
      <w:proofErr w:type="spellStart"/>
      <w:r w:rsidRPr="0001394D">
        <w:rPr>
          <w:sz w:val="28"/>
          <w:szCs w:val="28"/>
        </w:rPr>
        <w:t>уақытты</w:t>
      </w:r>
      <w:proofErr w:type="spellEnd"/>
      <w:r w:rsidRPr="0001394D">
        <w:rPr>
          <w:sz w:val="28"/>
          <w:szCs w:val="28"/>
        </w:rPr>
        <w:t xml:space="preserve"> </w:t>
      </w:r>
      <w:proofErr w:type="spellStart"/>
      <w:r w:rsidRPr="0001394D">
        <w:rPr>
          <w:sz w:val="28"/>
          <w:szCs w:val="28"/>
        </w:rPr>
        <w:t>ұйымдастыру</w:t>
      </w:r>
      <w:proofErr w:type="spellEnd"/>
      <w:r w:rsidRPr="0001394D">
        <w:rPr>
          <w:sz w:val="28"/>
          <w:szCs w:val="28"/>
        </w:rPr>
        <w:t xml:space="preserve"> </w:t>
      </w:r>
      <w:proofErr w:type="spellStart"/>
      <w:r w:rsidRPr="0001394D">
        <w:rPr>
          <w:sz w:val="28"/>
          <w:szCs w:val="28"/>
        </w:rPr>
        <w:t>қызметімен</w:t>
      </w:r>
      <w:proofErr w:type="spellEnd"/>
      <w:r w:rsidRPr="0001394D">
        <w:rPr>
          <w:sz w:val="28"/>
          <w:szCs w:val="28"/>
        </w:rPr>
        <w:t xml:space="preserve"> </w:t>
      </w:r>
      <w:proofErr w:type="spellStart"/>
      <w:r w:rsidRPr="0001394D">
        <w:rPr>
          <w:sz w:val="28"/>
          <w:szCs w:val="28"/>
        </w:rPr>
        <w:t>қамтылады</w:t>
      </w:r>
      <w:proofErr w:type="spellEnd"/>
      <w:r w:rsidRPr="0001394D">
        <w:rPr>
          <w:sz w:val="28"/>
          <w:szCs w:val="28"/>
        </w:rPr>
        <w:t>.</w:t>
      </w:r>
    </w:p>
    <w:p w14:paraId="6813FAD7" w14:textId="7777777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90%-ы </w:t>
      </w:r>
      <w:proofErr w:type="spellStart"/>
      <w:r w:rsidRPr="0001394D">
        <w:rPr>
          <w:sz w:val="28"/>
          <w:szCs w:val="28"/>
        </w:rPr>
        <w:t>спорттық-туристік</w:t>
      </w:r>
      <w:proofErr w:type="spellEnd"/>
      <w:r w:rsidRPr="0001394D">
        <w:rPr>
          <w:sz w:val="28"/>
          <w:szCs w:val="28"/>
        </w:rPr>
        <w:t xml:space="preserve"> </w:t>
      </w:r>
      <w:proofErr w:type="spellStart"/>
      <w:r w:rsidRPr="0001394D">
        <w:rPr>
          <w:sz w:val="28"/>
          <w:szCs w:val="28"/>
        </w:rPr>
        <w:t>іс-шараларға</w:t>
      </w:r>
      <w:proofErr w:type="spellEnd"/>
      <w:r w:rsidRPr="0001394D">
        <w:rPr>
          <w:sz w:val="28"/>
          <w:szCs w:val="28"/>
        </w:rPr>
        <w:t xml:space="preserve">, </w:t>
      </w:r>
      <w:proofErr w:type="spellStart"/>
      <w:r w:rsidRPr="0001394D">
        <w:rPr>
          <w:sz w:val="28"/>
          <w:szCs w:val="28"/>
        </w:rPr>
        <w:t>қимылды</w:t>
      </w:r>
      <w:proofErr w:type="spellEnd"/>
      <w:r w:rsidRPr="0001394D">
        <w:rPr>
          <w:sz w:val="28"/>
          <w:szCs w:val="28"/>
        </w:rPr>
        <w:t xml:space="preserve"> </w:t>
      </w:r>
      <w:proofErr w:type="spellStart"/>
      <w:r w:rsidRPr="0001394D">
        <w:rPr>
          <w:sz w:val="28"/>
          <w:szCs w:val="28"/>
        </w:rPr>
        <w:t>ойындарға</w:t>
      </w:r>
      <w:proofErr w:type="spellEnd"/>
      <w:r w:rsidRPr="0001394D">
        <w:rPr>
          <w:sz w:val="28"/>
          <w:szCs w:val="28"/>
        </w:rPr>
        <w:t xml:space="preserve">, </w:t>
      </w:r>
      <w:proofErr w:type="spellStart"/>
      <w:r w:rsidRPr="0001394D">
        <w:rPr>
          <w:sz w:val="28"/>
          <w:szCs w:val="28"/>
        </w:rPr>
        <w:t>эстафеталарға</w:t>
      </w:r>
      <w:proofErr w:type="spellEnd"/>
      <w:r w:rsidRPr="0001394D">
        <w:rPr>
          <w:sz w:val="28"/>
          <w:szCs w:val="28"/>
        </w:rPr>
        <w:t xml:space="preserve">, </w:t>
      </w:r>
      <w:proofErr w:type="spellStart"/>
      <w:r w:rsidRPr="0001394D">
        <w:rPr>
          <w:sz w:val="28"/>
          <w:szCs w:val="28"/>
        </w:rPr>
        <w:t>серуендерге</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ашық</w:t>
      </w:r>
      <w:proofErr w:type="spellEnd"/>
      <w:r w:rsidRPr="0001394D">
        <w:rPr>
          <w:sz w:val="28"/>
          <w:szCs w:val="28"/>
        </w:rPr>
        <w:t xml:space="preserve"> </w:t>
      </w:r>
      <w:proofErr w:type="spellStart"/>
      <w:r w:rsidRPr="0001394D">
        <w:rPr>
          <w:sz w:val="28"/>
          <w:szCs w:val="28"/>
        </w:rPr>
        <w:t>ауадағы</w:t>
      </w:r>
      <w:proofErr w:type="spellEnd"/>
      <w:r w:rsidRPr="0001394D">
        <w:rPr>
          <w:sz w:val="28"/>
          <w:szCs w:val="28"/>
        </w:rPr>
        <w:t xml:space="preserve"> </w:t>
      </w:r>
      <w:proofErr w:type="spellStart"/>
      <w:r w:rsidRPr="0001394D">
        <w:rPr>
          <w:sz w:val="28"/>
          <w:szCs w:val="28"/>
        </w:rPr>
        <w:t>белсенділікке</w:t>
      </w:r>
      <w:proofErr w:type="spellEnd"/>
      <w:r w:rsidRPr="0001394D">
        <w:rPr>
          <w:sz w:val="28"/>
          <w:szCs w:val="28"/>
        </w:rPr>
        <w:t xml:space="preserve"> </w:t>
      </w:r>
      <w:proofErr w:type="spellStart"/>
      <w:r w:rsidRPr="0001394D">
        <w:rPr>
          <w:sz w:val="28"/>
          <w:szCs w:val="28"/>
        </w:rPr>
        <w:t>қатысады</w:t>
      </w:r>
      <w:proofErr w:type="spellEnd"/>
      <w:r w:rsidRPr="0001394D">
        <w:rPr>
          <w:sz w:val="28"/>
          <w:szCs w:val="28"/>
        </w:rPr>
        <w:t>.</w:t>
      </w:r>
    </w:p>
    <w:p w14:paraId="618B031D" w14:textId="7777777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85%-ы </w:t>
      </w:r>
      <w:proofErr w:type="spellStart"/>
      <w:r w:rsidRPr="0001394D">
        <w:rPr>
          <w:sz w:val="28"/>
          <w:szCs w:val="28"/>
        </w:rPr>
        <w:t>қимыл-қозғалыс</w:t>
      </w:r>
      <w:proofErr w:type="spellEnd"/>
      <w:r w:rsidRPr="0001394D">
        <w:rPr>
          <w:sz w:val="28"/>
          <w:szCs w:val="28"/>
        </w:rPr>
        <w:t xml:space="preserve"> </w:t>
      </w:r>
      <w:proofErr w:type="spellStart"/>
      <w:r w:rsidRPr="0001394D">
        <w:rPr>
          <w:sz w:val="28"/>
          <w:szCs w:val="28"/>
        </w:rPr>
        <w:t>белсенділігінің</w:t>
      </w:r>
      <w:proofErr w:type="spellEnd"/>
      <w:r w:rsidRPr="0001394D">
        <w:rPr>
          <w:sz w:val="28"/>
          <w:szCs w:val="28"/>
        </w:rPr>
        <w:t xml:space="preserve">, </w:t>
      </w:r>
      <w:proofErr w:type="spellStart"/>
      <w:r w:rsidRPr="0001394D">
        <w:rPr>
          <w:sz w:val="28"/>
          <w:szCs w:val="28"/>
        </w:rPr>
        <w:t>салауатты</w:t>
      </w:r>
      <w:proofErr w:type="spellEnd"/>
      <w:r w:rsidRPr="0001394D">
        <w:rPr>
          <w:sz w:val="28"/>
          <w:szCs w:val="28"/>
        </w:rPr>
        <w:t xml:space="preserve"> </w:t>
      </w:r>
      <w:proofErr w:type="spellStart"/>
      <w:r w:rsidRPr="0001394D">
        <w:rPr>
          <w:sz w:val="28"/>
          <w:szCs w:val="28"/>
        </w:rPr>
        <w:t>өмір</w:t>
      </w:r>
      <w:proofErr w:type="spellEnd"/>
      <w:r w:rsidRPr="0001394D">
        <w:rPr>
          <w:sz w:val="28"/>
          <w:szCs w:val="28"/>
        </w:rPr>
        <w:t xml:space="preserve"> </w:t>
      </w:r>
      <w:proofErr w:type="spellStart"/>
      <w:r w:rsidRPr="0001394D">
        <w:rPr>
          <w:sz w:val="28"/>
          <w:szCs w:val="28"/>
        </w:rPr>
        <w:t>салтына</w:t>
      </w:r>
      <w:proofErr w:type="spellEnd"/>
      <w:r w:rsidRPr="0001394D">
        <w:rPr>
          <w:sz w:val="28"/>
          <w:szCs w:val="28"/>
        </w:rPr>
        <w:t xml:space="preserve"> </w:t>
      </w:r>
      <w:proofErr w:type="spellStart"/>
      <w:r w:rsidRPr="0001394D">
        <w:rPr>
          <w:sz w:val="28"/>
          <w:szCs w:val="28"/>
        </w:rPr>
        <w:t>қызығушылықтың</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спорттық</w:t>
      </w:r>
      <w:proofErr w:type="spellEnd"/>
      <w:r w:rsidRPr="0001394D">
        <w:rPr>
          <w:sz w:val="28"/>
          <w:szCs w:val="28"/>
        </w:rPr>
        <w:t xml:space="preserve"> </w:t>
      </w:r>
      <w:proofErr w:type="spellStart"/>
      <w:r w:rsidRPr="0001394D">
        <w:rPr>
          <w:sz w:val="28"/>
          <w:szCs w:val="28"/>
        </w:rPr>
        <w:t>іс-шараларға</w:t>
      </w:r>
      <w:proofErr w:type="spellEnd"/>
      <w:r w:rsidRPr="0001394D">
        <w:rPr>
          <w:sz w:val="28"/>
          <w:szCs w:val="28"/>
        </w:rPr>
        <w:t xml:space="preserve"> </w:t>
      </w:r>
      <w:proofErr w:type="spellStart"/>
      <w:r w:rsidRPr="0001394D">
        <w:rPr>
          <w:sz w:val="28"/>
          <w:szCs w:val="28"/>
        </w:rPr>
        <w:t>қатысудың</w:t>
      </w:r>
      <w:proofErr w:type="spellEnd"/>
      <w:r w:rsidRPr="0001394D">
        <w:rPr>
          <w:sz w:val="28"/>
          <w:szCs w:val="28"/>
        </w:rPr>
        <w:t xml:space="preserve"> </w:t>
      </w:r>
      <w:proofErr w:type="spellStart"/>
      <w:r w:rsidRPr="0001394D">
        <w:rPr>
          <w:sz w:val="28"/>
          <w:szCs w:val="28"/>
        </w:rPr>
        <w:t>оң</w:t>
      </w:r>
      <w:proofErr w:type="spellEnd"/>
      <w:r w:rsidRPr="0001394D">
        <w:rPr>
          <w:sz w:val="28"/>
          <w:szCs w:val="28"/>
        </w:rPr>
        <w:t xml:space="preserve"> </w:t>
      </w:r>
      <w:proofErr w:type="spellStart"/>
      <w:r w:rsidRPr="0001394D">
        <w:rPr>
          <w:sz w:val="28"/>
          <w:szCs w:val="28"/>
        </w:rPr>
        <w:t>динамикасын</w:t>
      </w:r>
      <w:proofErr w:type="spellEnd"/>
      <w:r w:rsidRPr="0001394D">
        <w:rPr>
          <w:sz w:val="28"/>
          <w:szCs w:val="28"/>
        </w:rPr>
        <w:t xml:space="preserve"> </w:t>
      </w:r>
      <w:proofErr w:type="spellStart"/>
      <w:r w:rsidRPr="0001394D">
        <w:rPr>
          <w:sz w:val="28"/>
          <w:szCs w:val="28"/>
        </w:rPr>
        <w:t>көрсетеді</w:t>
      </w:r>
      <w:proofErr w:type="spellEnd"/>
      <w:r w:rsidRPr="0001394D">
        <w:rPr>
          <w:sz w:val="28"/>
          <w:szCs w:val="28"/>
        </w:rPr>
        <w:t>.</w:t>
      </w:r>
    </w:p>
    <w:p w14:paraId="2D0356CA" w14:textId="7777777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80%-ы </w:t>
      </w:r>
      <w:proofErr w:type="spellStart"/>
      <w:r w:rsidRPr="0001394D">
        <w:rPr>
          <w:sz w:val="28"/>
          <w:szCs w:val="28"/>
        </w:rPr>
        <w:t>маршрутта</w:t>
      </w:r>
      <w:proofErr w:type="spellEnd"/>
      <w:r w:rsidRPr="0001394D">
        <w:rPr>
          <w:sz w:val="28"/>
          <w:szCs w:val="28"/>
        </w:rPr>
        <w:t xml:space="preserve">, </w:t>
      </w:r>
      <w:proofErr w:type="spellStart"/>
      <w:r w:rsidRPr="0001394D">
        <w:rPr>
          <w:sz w:val="28"/>
          <w:szCs w:val="28"/>
        </w:rPr>
        <w:t>спорт</w:t>
      </w:r>
      <w:proofErr w:type="spellEnd"/>
      <w:r w:rsidRPr="0001394D">
        <w:rPr>
          <w:sz w:val="28"/>
          <w:szCs w:val="28"/>
        </w:rPr>
        <w:t xml:space="preserve"> </w:t>
      </w:r>
      <w:proofErr w:type="spellStart"/>
      <w:r w:rsidRPr="0001394D">
        <w:rPr>
          <w:sz w:val="28"/>
          <w:szCs w:val="28"/>
        </w:rPr>
        <w:t>алаңында</w:t>
      </w:r>
      <w:proofErr w:type="spellEnd"/>
      <w:r w:rsidRPr="0001394D">
        <w:rPr>
          <w:sz w:val="28"/>
          <w:szCs w:val="28"/>
        </w:rPr>
        <w:t xml:space="preserve">, </w:t>
      </w:r>
      <w:proofErr w:type="spellStart"/>
      <w:r w:rsidRPr="0001394D">
        <w:rPr>
          <w:sz w:val="28"/>
          <w:szCs w:val="28"/>
        </w:rPr>
        <w:t>серуенде</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табиғи</w:t>
      </w:r>
      <w:proofErr w:type="spellEnd"/>
      <w:r w:rsidRPr="0001394D">
        <w:rPr>
          <w:sz w:val="28"/>
          <w:szCs w:val="28"/>
        </w:rPr>
        <w:t xml:space="preserve"> </w:t>
      </w:r>
      <w:proofErr w:type="spellStart"/>
      <w:r w:rsidRPr="0001394D">
        <w:rPr>
          <w:sz w:val="28"/>
          <w:szCs w:val="28"/>
        </w:rPr>
        <w:t>ортада</w:t>
      </w:r>
      <w:proofErr w:type="spellEnd"/>
      <w:r w:rsidRPr="0001394D">
        <w:rPr>
          <w:sz w:val="28"/>
          <w:szCs w:val="28"/>
        </w:rPr>
        <w:t xml:space="preserve"> </w:t>
      </w:r>
      <w:proofErr w:type="spellStart"/>
      <w:r w:rsidRPr="0001394D">
        <w:rPr>
          <w:sz w:val="28"/>
          <w:szCs w:val="28"/>
        </w:rPr>
        <w:t>қауіпсіз</w:t>
      </w:r>
      <w:proofErr w:type="spellEnd"/>
      <w:r w:rsidRPr="0001394D">
        <w:rPr>
          <w:sz w:val="28"/>
          <w:szCs w:val="28"/>
        </w:rPr>
        <w:t xml:space="preserve"> </w:t>
      </w:r>
      <w:proofErr w:type="spellStart"/>
      <w:r w:rsidRPr="0001394D">
        <w:rPr>
          <w:sz w:val="28"/>
          <w:szCs w:val="28"/>
        </w:rPr>
        <w:t>мінез-құлықтың</w:t>
      </w:r>
      <w:proofErr w:type="spellEnd"/>
      <w:r w:rsidRPr="0001394D">
        <w:rPr>
          <w:sz w:val="28"/>
          <w:szCs w:val="28"/>
        </w:rPr>
        <w:t xml:space="preserve"> </w:t>
      </w:r>
      <w:proofErr w:type="spellStart"/>
      <w:r w:rsidRPr="0001394D">
        <w:rPr>
          <w:sz w:val="28"/>
          <w:szCs w:val="28"/>
        </w:rPr>
        <w:t>базалық</w:t>
      </w:r>
      <w:proofErr w:type="spellEnd"/>
      <w:r w:rsidRPr="0001394D">
        <w:rPr>
          <w:sz w:val="28"/>
          <w:szCs w:val="28"/>
        </w:rPr>
        <w:t xml:space="preserve"> </w:t>
      </w:r>
      <w:proofErr w:type="spellStart"/>
      <w:r w:rsidRPr="0001394D">
        <w:rPr>
          <w:sz w:val="28"/>
          <w:szCs w:val="28"/>
        </w:rPr>
        <w:t>ережелерін</w:t>
      </w:r>
      <w:proofErr w:type="spellEnd"/>
      <w:r w:rsidRPr="0001394D">
        <w:rPr>
          <w:sz w:val="28"/>
          <w:szCs w:val="28"/>
        </w:rPr>
        <w:t xml:space="preserve"> </w:t>
      </w:r>
      <w:proofErr w:type="spellStart"/>
      <w:r w:rsidRPr="0001394D">
        <w:rPr>
          <w:sz w:val="28"/>
          <w:szCs w:val="28"/>
        </w:rPr>
        <w:t>меңгереді</w:t>
      </w:r>
      <w:proofErr w:type="spellEnd"/>
      <w:r w:rsidRPr="0001394D">
        <w:rPr>
          <w:sz w:val="28"/>
          <w:szCs w:val="28"/>
        </w:rPr>
        <w:t>.</w:t>
      </w:r>
    </w:p>
    <w:p w14:paraId="74254265" w14:textId="7777777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75%-ы </w:t>
      </w:r>
      <w:proofErr w:type="spellStart"/>
      <w:r w:rsidRPr="0001394D">
        <w:rPr>
          <w:sz w:val="28"/>
          <w:szCs w:val="28"/>
        </w:rPr>
        <w:t>бағдарлау</w:t>
      </w:r>
      <w:proofErr w:type="spellEnd"/>
      <w:r w:rsidRPr="0001394D">
        <w:rPr>
          <w:sz w:val="28"/>
          <w:szCs w:val="28"/>
        </w:rPr>
        <w:t xml:space="preserve">, </w:t>
      </w:r>
      <w:proofErr w:type="spellStart"/>
      <w:r w:rsidRPr="0001394D">
        <w:rPr>
          <w:sz w:val="28"/>
          <w:szCs w:val="28"/>
        </w:rPr>
        <w:t>маршруттық</w:t>
      </w:r>
      <w:proofErr w:type="spellEnd"/>
      <w:r w:rsidRPr="0001394D">
        <w:rPr>
          <w:sz w:val="28"/>
          <w:szCs w:val="28"/>
        </w:rPr>
        <w:t xml:space="preserve"> </w:t>
      </w:r>
      <w:proofErr w:type="spellStart"/>
      <w:r w:rsidRPr="0001394D">
        <w:rPr>
          <w:sz w:val="28"/>
          <w:szCs w:val="28"/>
        </w:rPr>
        <w:t>ойын</w:t>
      </w:r>
      <w:proofErr w:type="spellEnd"/>
      <w:r w:rsidRPr="0001394D">
        <w:rPr>
          <w:sz w:val="28"/>
          <w:szCs w:val="28"/>
        </w:rPr>
        <w:t xml:space="preserve"> </w:t>
      </w:r>
      <w:proofErr w:type="spellStart"/>
      <w:r w:rsidRPr="0001394D">
        <w:rPr>
          <w:sz w:val="28"/>
          <w:szCs w:val="28"/>
        </w:rPr>
        <w:t>немесе</w:t>
      </w:r>
      <w:proofErr w:type="spellEnd"/>
      <w:r w:rsidRPr="0001394D">
        <w:rPr>
          <w:sz w:val="28"/>
          <w:szCs w:val="28"/>
        </w:rPr>
        <w:t xml:space="preserve"> </w:t>
      </w:r>
      <w:proofErr w:type="spellStart"/>
      <w:r w:rsidRPr="0001394D">
        <w:rPr>
          <w:sz w:val="28"/>
          <w:szCs w:val="28"/>
        </w:rPr>
        <w:t>туристік</w:t>
      </w:r>
      <w:proofErr w:type="spellEnd"/>
      <w:r w:rsidRPr="0001394D">
        <w:rPr>
          <w:sz w:val="28"/>
          <w:szCs w:val="28"/>
        </w:rPr>
        <w:t xml:space="preserve"> </w:t>
      </w:r>
      <w:proofErr w:type="spellStart"/>
      <w:r w:rsidRPr="0001394D">
        <w:rPr>
          <w:sz w:val="28"/>
          <w:szCs w:val="28"/>
        </w:rPr>
        <w:t>станциялар</w:t>
      </w:r>
      <w:proofErr w:type="spellEnd"/>
      <w:r w:rsidRPr="0001394D">
        <w:rPr>
          <w:sz w:val="28"/>
          <w:szCs w:val="28"/>
        </w:rPr>
        <w:t xml:space="preserve"> </w:t>
      </w:r>
      <w:proofErr w:type="spellStart"/>
      <w:r w:rsidRPr="0001394D">
        <w:rPr>
          <w:sz w:val="28"/>
          <w:szCs w:val="28"/>
        </w:rPr>
        <w:t>жұмысына</w:t>
      </w:r>
      <w:proofErr w:type="spellEnd"/>
      <w:r w:rsidRPr="0001394D">
        <w:rPr>
          <w:sz w:val="28"/>
          <w:szCs w:val="28"/>
        </w:rPr>
        <w:t xml:space="preserve"> </w:t>
      </w:r>
      <w:proofErr w:type="spellStart"/>
      <w:r w:rsidRPr="0001394D">
        <w:rPr>
          <w:sz w:val="28"/>
          <w:szCs w:val="28"/>
        </w:rPr>
        <w:t>қатысады</w:t>
      </w:r>
      <w:proofErr w:type="spellEnd"/>
      <w:r w:rsidRPr="0001394D">
        <w:rPr>
          <w:sz w:val="28"/>
          <w:szCs w:val="28"/>
        </w:rPr>
        <w:t>.</w:t>
      </w:r>
    </w:p>
    <w:p w14:paraId="547113AD" w14:textId="4AD04982"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75%-ы </w:t>
      </w:r>
      <w:r>
        <w:rPr>
          <w:sz w:val="28"/>
          <w:szCs w:val="28"/>
          <w:lang w:val="kk-KZ"/>
        </w:rPr>
        <w:t>тәжірибелік</w:t>
      </w:r>
      <w:r w:rsidRPr="0001394D">
        <w:rPr>
          <w:sz w:val="28"/>
          <w:szCs w:val="28"/>
        </w:rPr>
        <w:t xml:space="preserve"> </w:t>
      </w:r>
      <w:proofErr w:type="spellStart"/>
      <w:r w:rsidRPr="0001394D">
        <w:rPr>
          <w:sz w:val="28"/>
          <w:szCs w:val="28"/>
        </w:rPr>
        <w:t>туристік</w:t>
      </w:r>
      <w:proofErr w:type="spellEnd"/>
      <w:r w:rsidRPr="0001394D">
        <w:rPr>
          <w:sz w:val="28"/>
          <w:szCs w:val="28"/>
        </w:rPr>
        <w:t xml:space="preserve"> </w:t>
      </w:r>
      <w:proofErr w:type="spellStart"/>
      <w:r w:rsidRPr="0001394D">
        <w:rPr>
          <w:sz w:val="28"/>
          <w:szCs w:val="28"/>
        </w:rPr>
        <w:t>тапсырмаларды</w:t>
      </w:r>
      <w:proofErr w:type="spellEnd"/>
      <w:r w:rsidRPr="0001394D">
        <w:rPr>
          <w:sz w:val="28"/>
          <w:szCs w:val="28"/>
        </w:rPr>
        <w:t xml:space="preserve"> </w:t>
      </w:r>
      <w:proofErr w:type="spellStart"/>
      <w:r w:rsidRPr="0001394D">
        <w:rPr>
          <w:sz w:val="28"/>
          <w:szCs w:val="28"/>
        </w:rPr>
        <w:t>орындайды</w:t>
      </w:r>
      <w:proofErr w:type="spellEnd"/>
      <w:r w:rsidRPr="0001394D">
        <w:rPr>
          <w:sz w:val="28"/>
          <w:szCs w:val="28"/>
        </w:rPr>
        <w:t xml:space="preserve">: </w:t>
      </w:r>
      <w:proofErr w:type="spellStart"/>
      <w:r w:rsidRPr="0001394D">
        <w:rPr>
          <w:sz w:val="28"/>
          <w:szCs w:val="28"/>
        </w:rPr>
        <w:t>шартты</w:t>
      </w:r>
      <w:proofErr w:type="spellEnd"/>
      <w:r w:rsidRPr="0001394D">
        <w:rPr>
          <w:sz w:val="28"/>
          <w:szCs w:val="28"/>
        </w:rPr>
        <w:t xml:space="preserve"> </w:t>
      </w:r>
      <w:proofErr w:type="spellStart"/>
      <w:r w:rsidRPr="0001394D">
        <w:rPr>
          <w:sz w:val="28"/>
          <w:szCs w:val="28"/>
        </w:rPr>
        <w:t>рюкзак</w:t>
      </w:r>
      <w:proofErr w:type="spellEnd"/>
      <w:r w:rsidRPr="0001394D">
        <w:rPr>
          <w:sz w:val="28"/>
          <w:szCs w:val="28"/>
        </w:rPr>
        <w:t xml:space="preserve"> </w:t>
      </w:r>
      <w:proofErr w:type="spellStart"/>
      <w:r w:rsidRPr="0001394D">
        <w:rPr>
          <w:sz w:val="28"/>
          <w:szCs w:val="28"/>
        </w:rPr>
        <w:t>жинау</w:t>
      </w:r>
      <w:proofErr w:type="spellEnd"/>
      <w:r w:rsidRPr="0001394D">
        <w:rPr>
          <w:sz w:val="28"/>
          <w:szCs w:val="28"/>
        </w:rPr>
        <w:t xml:space="preserve">, </w:t>
      </w:r>
      <w:proofErr w:type="spellStart"/>
      <w:r w:rsidRPr="0001394D">
        <w:rPr>
          <w:sz w:val="28"/>
          <w:szCs w:val="28"/>
        </w:rPr>
        <w:t>маршрут</w:t>
      </w:r>
      <w:proofErr w:type="spellEnd"/>
      <w:r w:rsidRPr="0001394D">
        <w:rPr>
          <w:sz w:val="28"/>
          <w:szCs w:val="28"/>
        </w:rPr>
        <w:t xml:space="preserve"> </w:t>
      </w:r>
      <w:proofErr w:type="spellStart"/>
      <w:r w:rsidRPr="0001394D">
        <w:rPr>
          <w:sz w:val="28"/>
          <w:szCs w:val="28"/>
        </w:rPr>
        <w:t>парағымен</w:t>
      </w:r>
      <w:proofErr w:type="spellEnd"/>
      <w:r w:rsidRPr="0001394D">
        <w:rPr>
          <w:sz w:val="28"/>
          <w:szCs w:val="28"/>
        </w:rPr>
        <w:t xml:space="preserve"> </w:t>
      </w:r>
      <w:proofErr w:type="spellStart"/>
      <w:r w:rsidRPr="0001394D">
        <w:rPr>
          <w:sz w:val="28"/>
          <w:szCs w:val="28"/>
        </w:rPr>
        <w:t>жұмыс</w:t>
      </w:r>
      <w:proofErr w:type="spellEnd"/>
      <w:r w:rsidRPr="0001394D">
        <w:rPr>
          <w:sz w:val="28"/>
          <w:szCs w:val="28"/>
        </w:rPr>
        <w:t xml:space="preserve">, </w:t>
      </w:r>
      <w:proofErr w:type="spellStart"/>
      <w:r w:rsidRPr="0001394D">
        <w:rPr>
          <w:sz w:val="28"/>
          <w:szCs w:val="28"/>
        </w:rPr>
        <w:t>бағдарларды</w:t>
      </w:r>
      <w:proofErr w:type="spellEnd"/>
      <w:r w:rsidRPr="0001394D">
        <w:rPr>
          <w:sz w:val="28"/>
          <w:szCs w:val="28"/>
        </w:rPr>
        <w:t xml:space="preserve"> </w:t>
      </w:r>
      <w:proofErr w:type="spellStart"/>
      <w:r w:rsidRPr="0001394D">
        <w:rPr>
          <w:sz w:val="28"/>
          <w:szCs w:val="28"/>
        </w:rPr>
        <w:t>анықтау</w:t>
      </w:r>
      <w:proofErr w:type="spellEnd"/>
      <w:r w:rsidRPr="0001394D">
        <w:rPr>
          <w:sz w:val="28"/>
          <w:szCs w:val="28"/>
        </w:rPr>
        <w:t xml:space="preserve">, </w:t>
      </w:r>
      <w:proofErr w:type="spellStart"/>
      <w:r w:rsidRPr="0001394D">
        <w:rPr>
          <w:sz w:val="28"/>
          <w:szCs w:val="28"/>
        </w:rPr>
        <w:t>станциялардан</w:t>
      </w:r>
      <w:proofErr w:type="spellEnd"/>
      <w:r w:rsidRPr="0001394D">
        <w:rPr>
          <w:sz w:val="28"/>
          <w:szCs w:val="28"/>
        </w:rPr>
        <w:t xml:space="preserve"> </w:t>
      </w:r>
      <w:proofErr w:type="spellStart"/>
      <w:r w:rsidRPr="0001394D">
        <w:rPr>
          <w:sz w:val="28"/>
          <w:szCs w:val="28"/>
        </w:rPr>
        <w:t>командалық</w:t>
      </w:r>
      <w:proofErr w:type="spellEnd"/>
      <w:r w:rsidRPr="0001394D">
        <w:rPr>
          <w:sz w:val="28"/>
          <w:szCs w:val="28"/>
        </w:rPr>
        <w:t xml:space="preserve"> </w:t>
      </w:r>
      <w:proofErr w:type="spellStart"/>
      <w:r w:rsidRPr="0001394D">
        <w:rPr>
          <w:sz w:val="28"/>
          <w:szCs w:val="28"/>
        </w:rPr>
        <w:t>өту</w:t>
      </w:r>
      <w:proofErr w:type="spellEnd"/>
      <w:r w:rsidRPr="0001394D">
        <w:rPr>
          <w:sz w:val="28"/>
          <w:szCs w:val="28"/>
        </w:rPr>
        <w:t xml:space="preserve"> </w:t>
      </w:r>
      <w:proofErr w:type="spellStart"/>
      <w:r w:rsidRPr="0001394D">
        <w:rPr>
          <w:sz w:val="28"/>
          <w:szCs w:val="28"/>
        </w:rPr>
        <w:t>немесе</w:t>
      </w:r>
      <w:proofErr w:type="spellEnd"/>
      <w:r w:rsidRPr="0001394D">
        <w:rPr>
          <w:sz w:val="28"/>
          <w:szCs w:val="28"/>
        </w:rPr>
        <w:t xml:space="preserve"> </w:t>
      </w:r>
      <w:proofErr w:type="spellStart"/>
      <w:r w:rsidRPr="0001394D">
        <w:rPr>
          <w:sz w:val="28"/>
          <w:szCs w:val="28"/>
        </w:rPr>
        <w:t>туристік</w:t>
      </w:r>
      <w:proofErr w:type="spellEnd"/>
      <w:r w:rsidRPr="0001394D">
        <w:rPr>
          <w:sz w:val="28"/>
          <w:szCs w:val="28"/>
        </w:rPr>
        <w:t xml:space="preserve"> </w:t>
      </w:r>
      <w:proofErr w:type="spellStart"/>
      <w:r w:rsidRPr="0001394D">
        <w:rPr>
          <w:sz w:val="28"/>
          <w:szCs w:val="28"/>
        </w:rPr>
        <w:t>жадынама</w:t>
      </w:r>
      <w:proofErr w:type="spellEnd"/>
      <w:r w:rsidRPr="0001394D">
        <w:rPr>
          <w:sz w:val="28"/>
          <w:szCs w:val="28"/>
        </w:rPr>
        <w:t xml:space="preserve"> </w:t>
      </w:r>
      <w:proofErr w:type="spellStart"/>
      <w:r w:rsidRPr="0001394D">
        <w:rPr>
          <w:sz w:val="28"/>
          <w:szCs w:val="28"/>
        </w:rPr>
        <w:t>әзірлеу</w:t>
      </w:r>
      <w:proofErr w:type="spellEnd"/>
      <w:r w:rsidRPr="0001394D">
        <w:rPr>
          <w:sz w:val="28"/>
          <w:szCs w:val="28"/>
        </w:rPr>
        <w:t>.</w:t>
      </w:r>
    </w:p>
    <w:p w14:paraId="110CBEC6" w14:textId="7777777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80%-ы </w:t>
      </w:r>
      <w:proofErr w:type="spellStart"/>
      <w:r w:rsidRPr="0001394D">
        <w:rPr>
          <w:sz w:val="28"/>
          <w:szCs w:val="28"/>
        </w:rPr>
        <w:t>өлкетанулық</w:t>
      </w:r>
      <w:proofErr w:type="spellEnd"/>
      <w:r w:rsidRPr="0001394D">
        <w:rPr>
          <w:sz w:val="28"/>
          <w:szCs w:val="28"/>
        </w:rPr>
        <w:t xml:space="preserve">, </w:t>
      </w:r>
      <w:proofErr w:type="spellStart"/>
      <w:r w:rsidRPr="0001394D">
        <w:rPr>
          <w:sz w:val="28"/>
          <w:szCs w:val="28"/>
        </w:rPr>
        <w:t>экологиялық</w:t>
      </w:r>
      <w:proofErr w:type="spellEnd"/>
      <w:r w:rsidRPr="0001394D">
        <w:rPr>
          <w:sz w:val="28"/>
          <w:szCs w:val="28"/>
        </w:rPr>
        <w:t xml:space="preserve"> </w:t>
      </w:r>
      <w:proofErr w:type="spellStart"/>
      <w:r w:rsidRPr="0001394D">
        <w:rPr>
          <w:sz w:val="28"/>
          <w:szCs w:val="28"/>
        </w:rPr>
        <w:t>немесе</w:t>
      </w:r>
      <w:proofErr w:type="spellEnd"/>
      <w:r w:rsidRPr="0001394D">
        <w:rPr>
          <w:sz w:val="28"/>
          <w:szCs w:val="28"/>
        </w:rPr>
        <w:t xml:space="preserve"> </w:t>
      </w:r>
      <w:proofErr w:type="spellStart"/>
      <w:r w:rsidRPr="0001394D">
        <w:rPr>
          <w:sz w:val="28"/>
          <w:szCs w:val="28"/>
        </w:rPr>
        <w:t>табиғатты</w:t>
      </w:r>
      <w:proofErr w:type="spellEnd"/>
      <w:r w:rsidRPr="0001394D">
        <w:rPr>
          <w:sz w:val="28"/>
          <w:szCs w:val="28"/>
        </w:rPr>
        <w:t xml:space="preserve"> </w:t>
      </w:r>
      <w:proofErr w:type="spellStart"/>
      <w:r w:rsidRPr="0001394D">
        <w:rPr>
          <w:sz w:val="28"/>
          <w:szCs w:val="28"/>
        </w:rPr>
        <w:t>қорғау</w:t>
      </w:r>
      <w:proofErr w:type="spellEnd"/>
      <w:r w:rsidRPr="0001394D">
        <w:rPr>
          <w:sz w:val="28"/>
          <w:szCs w:val="28"/>
        </w:rPr>
        <w:t xml:space="preserve"> </w:t>
      </w:r>
      <w:proofErr w:type="spellStart"/>
      <w:r w:rsidRPr="0001394D">
        <w:rPr>
          <w:sz w:val="28"/>
          <w:szCs w:val="28"/>
        </w:rPr>
        <w:t>іс-шараларына</w:t>
      </w:r>
      <w:proofErr w:type="spellEnd"/>
      <w:r w:rsidRPr="0001394D">
        <w:rPr>
          <w:sz w:val="28"/>
          <w:szCs w:val="28"/>
        </w:rPr>
        <w:t xml:space="preserve"> </w:t>
      </w:r>
      <w:proofErr w:type="spellStart"/>
      <w:r w:rsidRPr="0001394D">
        <w:rPr>
          <w:sz w:val="28"/>
          <w:szCs w:val="28"/>
        </w:rPr>
        <w:t>қатысады</w:t>
      </w:r>
      <w:proofErr w:type="spellEnd"/>
      <w:r w:rsidRPr="0001394D">
        <w:rPr>
          <w:sz w:val="28"/>
          <w:szCs w:val="28"/>
        </w:rPr>
        <w:t>.</w:t>
      </w:r>
    </w:p>
    <w:p w14:paraId="30FF6D20" w14:textId="7777777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80%-ы </w:t>
      </w:r>
      <w:proofErr w:type="spellStart"/>
      <w:r w:rsidRPr="0001394D">
        <w:rPr>
          <w:sz w:val="28"/>
          <w:szCs w:val="28"/>
        </w:rPr>
        <w:t>командалық</w:t>
      </w:r>
      <w:proofErr w:type="spellEnd"/>
      <w:r w:rsidRPr="0001394D">
        <w:rPr>
          <w:sz w:val="28"/>
          <w:szCs w:val="28"/>
        </w:rPr>
        <w:t xml:space="preserve"> </w:t>
      </w:r>
      <w:proofErr w:type="spellStart"/>
      <w:r w:rsidRPr="0001394D">
        <w:rPr>
          <w:sz w:val="28"/>
          <w:szCs w:val="28"/>
        </w:rPr>
        <w:t>спорттық-туристік</w:t>
      </w:r>
      <w:proofErr w:type="spellEnd"/>
      <w:r w:rsidRPr="0001394D">
        <w:rPr>
          <w:sz w:val="28"/>
          <w:szCs w:val="28"/>
        </w:rPr>
        <w:t xml:space="preserve"> </w:t>
      </w:r>
      <w:proofErr w:type="spellStart"/>
      <w:r w:rsidRPr="0001394D">
        <w:rPr>
          <w:sz w:val="28"/>
          <w:szCs w:val="28"/>
        </w:rPr>
        <w:t>жобаны</w:t>
      </w:r>
      <w:proofErr w:type="spellEnd"/>
      <w:r w:rsidRPr="0001394D">
        <w:rPr>
          <w:sz w:val="28"/>
          <w:szCs w:val="28"/>
        </w:rPr>
        <w:t xml:space="preserve"> </w:t>
      </w:r>
      <w:proofErr w:type="spellStart"/>
      <w:r w:rsidRPr="0001394D">
        <w:rPr>
          <w:sz w:val="28"/>
          <w:szCs w:val="28"/>
        </w:rPr>
        <w:t>әзірлеуге</w:t>
      </w:r>
      <w:proofErr w:type="spellEnd"/>
      <w:r w:rsidRPr="0001394D">
        <w:rPr>
          <w:sz w:val="28"/>
          <w:szCs w:val="28"/>
        </w:rPr>
        <w:t xml:space="preserve"> </w:t>
      </w:r>
      <w:proofErr w:type="spellStart"/>
      <w:r w:rsidRPr="0001394D">
        <w:rPr>
          <w:sz w:val="28"/>
          <w:szCs w:val="28"/>
        </w:rPr>
        <w:t>немесе</w:t>
      </w:r>
      <w:proofErr w:type="spellEnd"/>
      <w:r w:rsidRPr="0001394D">
        <w:rPr>
          <w:sz w:val="28"/>
          <w:szCs w:val="28"/>
        </w:rPr>
        <w:t xml:space="preserve"> </w:t>
      </w:r>
      <w:proofErr w:type="spellStart"/>
      <w:r w:rsidRPr="0001394D">
        <w:rPr>
          <w:sz w:val="28"/>
          <w:szCs w:val="28"/>
        </w:rPr>
        <w:t>таныстыруға</w:t>
      </w:r>
      <w:proofErr w:type="spellEnd"/>
      <w:r w:rsidRPr="0001394D">
        <w:rPr>
          <w:sz w:val="28"/>
          <w:szCs w:val="28"/>
        </w:rPr>
        <w:t xml:space="preserve"> </w:t>
      </w:r>
      <w:proofErr w:type="spellStart"/>
      <w:r w:rsidRPr="0001394D">
        <w:rPr>
          <w:sz w:val="28"/>
          <w:szCs w:val="28"/>
        </w:rPr>
        <w:t>қатысады</w:t>
      </w:r>
      <w:proofErr w:type="spellEnd"/>
      <w:r w:rsidRPr="0001394D">
        <w:rPr>
          <w:sz w:val="28"/>
          <w:szCs w:val="28"/>
        </w:rPr>
        <w:t>.</w:t>
      </w:r>
    </w:p>
    <w:p w14:paraId="520A2B22" w14:textId="71D3EC80"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lastRenderedPageBreak/>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85%-ы </w:t>
      </w:r>
      <w:proofErr w:type="spellStart"/>
      <w:r w:rsidRPr="0001394D">
        <w:rPr>
          <w:sz w:val="28"/>
          <w:szCs w:val="28"/>
        </w:rPr>
        <w:t>коммуникативтік</w:t>
      </w:r>
      <w:proofErr w:type="spellEnd"/>
      <w:r w:rsidRPr="0001394D">
        <w:rPr>
          <w:sz w:val="28"/>
          <w:szCs w:val="28"/>
        </w:rPr>
        <w:t xml:space="preserve"> </w:t>
      </w:r>
      <w:proofErr w:type="spellStart"/>
      <w:r w:rsidRPr="0001394D">
        <w:rPr>
          <w:sz w:val="28"/>
          <w:szCs w:val="28"/>
        </w:rPr>
        <w:t>дағдылардың</w:t>
      </w:r>
      <w:proofErr w:type="spellEnd"/>
      <w:r w:rsidRPr="0001394D">
        <w:rPr>
          <w:sz w:val="28"/>
          <w:szCs w:val="28"/>
        </w:rPr>
        <w:t xml:space="preserve">, </w:t>
      </w:r>
      <w:proofErr w:type="spellStart"/>
      <w:r w:rsidRPr="0001394D">
        <w:rPr>
          <w:sz w:val="28"/>
          <w:szCs w:val="28"/>
        </w:rPr>
        <w:t>командалық</w:t>
      </w:r>
      <w:proofErr w:type="spellEnd"/>
      <w:r w:rsidRPr="0001394D">
        <w:rPr>
          <w:sz w:val="28"/>
          <w:szCs w:val="28"/>
        </w:rPr>
        <w:t xml:space="preserve"> </w:t>
      </w:r>
      <w:proofErr w:type="spellStart"/>
      <w:r w:rsidRPr="0001394D">
        <w:rPr>
          <w:sz w:val="28"/>
          <w:szCs w:val="28"/>
        </w:rPr>
        <w:t>өзара</w:t>
      </w:r>
      <w:proofErr w:type="spellEnd"/>
      <w:r w:rsidRPr="0001394D">
        <w:rPr>
          <w:sz w:val="28"/>
          <w:szCs w:val="28"/>
        </w:rPr>
        <w:t xml:space="preserve"> </w:t>
      </w:r>
      <w:proofErr w:type="spellStart"/>
      <w:r w:rsidRPr="0001394D">
        <w:rPr>
          <w:sz w:val="28"/>
          <w:szCs w:val="28"/>
        </w:rPr>
        <w:t>әрекеттің</w:t>
      </w:r>
      <w:proofErr w:type="spellEnd"/>
      <w:r w:rsidRPr="0001394D">
        <w:rPr>
          <w:sz w:val="28"/>
          <w:szCs w:val="28"/>
        </w:rPr>
        <w:t xml:space="preserve">, </w:t>
      </w:r>
      <w:proofErr w:type="spellStart"/>
      <w:r w:rsidRPr="0001394D">
        <w:rPr>
          <w:sz w:val="28"/>
          <w:szCs w:val="28"/>
        </w:rPr>
        <w:t>өзара</w:t>
      </w:r>
      <w:proofErr w:type="spellEnd"/>
      <w:r w:rsidRPr="0001394D">
        <w:rPr>
          <w:sz w:val="28"/>
          <w:szCs w:val="28"/>
        </w:rPr>
        <w:t xml:space="preserve"> </w:t>
      </w:r>
      <w:proofErr w:type="spellStart"/>
      <w:r w:rsidRPr="0001394D">
        <w:rPr>
          <w:sz w:val="28"/>
          <w:szCs w:val="28"/>
        </w:rPr>
        <w:t>көмектің</w:t>
      </w:r>
      <w:proofErr w:type="spellEnd"/>
      <w:r w:rsidRPr="0001394D">
        <w:rPr>
          <w:sz w:val="28"/>
          <w:szCs w:val="28"/>
        </w:rPr>
        <w:t xml:space="preserve">, </w:t>
      </w:r>
      <w:proofErr w:type="spellStart"/>
      <w:r w:rsidRPr="0001394D">
        <w:rPr>
          <w:sz w:val="28"/>
          <w:szCs w:val="28"/>
        </w:rPr>
        <w:t>жауапкершілік</w:t>
      </w:r>
      <w:proofErr w:type="spellEnd"/>
      <w:r w:rsidRPr="0001394D">
        <w:rPr>
          <w:sz w:val="28"/>
          <w:szCs w:val="28"/>
        </w:rPr>
        <w:t xml:space="preserve"> </w:t>
      </w:r>
      <w:proofErr w:type="spellStart"/>
      <w:r w:rsidRPr="0001394D">
        <w:rPr>
          <w:sz w:val="28"/>
          <w:szCs w:val="28"/>
        </w:rPr>
        <w:t>пен</w:t>
      </w:r>
      <w:proofErr w:type="spellEnd"/>
      <w:r w:rsidRPr="0001394D">
        <w:rPr>
          <w:sz w:val="28"/>
          <w:szCs w:val="28"/>
        </w:rPr>
        <w:t xml:space="preserve"> </w:t>
      </w:r>
      <w:proofErr w:type="spellStart"/>
      <w:r w:rsidRPr="0001394D">
        <w:rPr>
          <w:sz w:val="28"/>
          <w:szCs w:val="28"/>
        </w:rPr>
        <w:t>дербестіктің</w:t>
      </w:r>
      <w:proofErr w:type="spellEnd"/>
      <w:r w:rsidRPr="0001394D">
        <w:rPr>
          <w:sz w:val="28"/>
          <w:szCs w:val="28"/>
        </w:rPr>
        <w:t xml:space="preserve"> </w:t>
      </w:r>
      <w:proofErr w:type="spellStart"/>
      <w:r w:rsidRPr="0001394D">
        <w:rPr>
          <w:sz w:val="28"/>
          <w:szCs w:val="28"/>
        </w:rPr>
        <w:t>оң</w:t>
      </w:r>
      <w:proofErr w:type="spellEnd"/>
      <w:r w:rsidRPr="0001394D">
        <w:rPr>
          <w:sz w:val="28"/>
          <w:szCs w:val="28"/>
        </w:rPr>
        <w:t xml:space="preserve"> </w:t>
      </w:r>
      <w:r>
        <w:rPr>
          <w:sz w:val="28"/>
          <w:szCs w:val="28"/>
          <w:lang w:val="kk-KZ"/>
        </w:rPr>
        <w:t>көрінісін</w:t>
      </w:r>
      <w:r w:rsidRPr="0001394D">
        <w:rPr>
          <w:sz w:val="28"/>
          <w:szCs w:val="28"/>
        </w:rPr>
        <w:t xml:space="preserve"> </w:t>
      </w:r>
      <w:proofErr w:type="spellStart"/>
      <w:r w:rsidRPr="0001394D">
        <w:rPr>
          <w:sz w:val="28"/>
          <w:szCs w:val="28"/>
        </w:rPr>
        <w:t>көрсетеді</w:t>
      </w:r>
      <w:proofErr w:type="spellEnd"/>
      <w:r w:rsidRPr="0001394D">
        <w:rPr>
          <w:sz w:val="28"/>
          <w:szCs w:val="28"/>
        </w:rPr>
        <w:t>.</w:t>
      </w:r>
    </w:p>
    <w:p w14:paraId="6B258E44" w14:textId="0FDCF72A"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85%-ы </w:t>
      </w:r>
      <w:proofErr w:type="spellStart"/>
      <w:r w:rsidRPr="0001394D">
        <w:rPr>
          <w:sz w:val="28"/>
          <w:szCs w:val="28"/>
        </w:rPr>
        <w:t>уақытша</w:t>
      </w:r>
      <w:proofErr w:type="spellEnd"/>
      <w:r w:rsidRPr="0001394D">
        <w:rPr>
          <w:sz w:val="28"/>
          <w:szCs w:val="28"/>
        </w:rPr>
        <w:t xml:space="preserve"> </w:t>
      </w:r>
      <w:proofErr w:type="spellStart"/>
      <w:r w:rsidRPr="0001394D">
        <w:rPr>
          <w:sz w:val="28"/>
          <w:szCs w:val="28"/>
        </w:rPr>
        <w:t>балалар</w:t>
      </w:r>
      <w:proofErr w:type="spellEnd"/>
      <w:r w:rsidRPr="0001394D">
        <w:rPr>
          <w:sz w:val="28"/>
          <w:szCs w:val="28"/>
        </w:rPr>
        <w:t xml:space="preserve"> </w:t>
      </w:r>
      <w:proofErr w:type="spellStart"/>
      <w:r w:rsidRPr="0001394D">
        <w:rPr>
          <w:sz w:val="28"/>
          <w:szCs w:val="28"/>
        </w:rPr>
        <w:t>ұжымындағы</w:t>
      </w:r>
      <w:proofErr w:type="spellEnd"/>
      <w:r w:rsidRPr="0001394D">
        <w:rPr>
          <w:sz w:val="28"/>
          <w:szCs w:val="28"/>
        </w:rPr>
        <w:t xml:space="preserve"> </w:t>
      </w:r>
      <w:proofErr w:type="spellStart"/>
      <w:r w:rsidRPr="0001394D">
        <w:rPr>
          <w:sz w:val="28"/>
          <w:szCs w:val="28"/>
        </w:rPr>
        <w:t>эмоционалдық</w:t>
      </w:r>
      <w:proofErr w:type="spellEnd"/>
      <w:r w:rsidRPr="0001394D">
        <w:rPr>
          <w:sz w:val="28"/>
          <w:szCs w:val="28"/>
        </w:rPr>
        <w:t xml:space="preserve"> </w:t>
      </w:r>
      <w:proofErr w:type="spellStart"/>
      <w:r w:rsidRPr="0001394D">
        <w:rPr>
          <w:sz w:val="28"/>
          <w:szCs w:val="28"/>
        </w:rPr>
        <w:t>жағдайдың</w:t>
      </w:r>
      <w:proofErr w:type="spellEnd"/>
      <w:r w:rsidRPr="0001394D">
        <w:rPr>
          <w:sz w:val="28"/>
          <w:szCs w:val="28"/>
        </w:rPr>
        <w:t xml:space="preserve">, </w:t>
      </w:r>
      <w:proofErr w:type="spellStart"/>
      <w:r w:rsidRPr="0001394D">
        <w:rPr>
          <w:sz w:val="28"/>
          <w:szCs w:val="28"/>
        </w:rPr>
        <w:t>бейімделудің</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психологиялық</w:t>
      </w:r>
      <w:proofErr w:type="spellEnd"/>
      <w:r w:rsidRPr="0001394D">
        <w:rPr>
          <w:sz w:val="28"/>
          <w:szCs w:val="28"/>
        </w:rPr>
        <w:t xml:space="preserve"> </w:t>
      </w:r>
      <w:proofErr w:type="spellStart"/>
      <w:r w:rsidRPr="0001394D">
        <w:rPr>
          <w:sz w:val="28"/>
          <w:szCs w:val="28"/>
        </w:rPr>
        <w:t>жайлылықтың</w:t>
      </w:r>
      <w:proofErr w:type="spellEnd"/>
      <w:r w:rsidRPr="0001394D">
        <w:rPr>
          <w:sz w:val="28"/>
          <w:szCs w:val="28"/>
        </w:rPr>
        <w:t xml:space="preserve"> </w:t>
      </w:r>
      <w:proofErr w:type="spellStart"/>
      <w:r w:rsidRPr="0001394D">
        <w:rPr>
          <w:sz w:val="28"/>
          <w:szCs w:val="28"/>
        </w:rPr>
        <w:t>оң</w:t>
      </w:r>
      <w:proofErr w:type="spellEnd"/>
      <w:r w:rsidRPr="0001394D">
        <w:rPr>
          <w:sz w:val="28"/>
          <w:szCs w:val="28"/>
        </w:rPr>
        <w:t xml:space="preserve"> </w:t>
      </w:r>
      <w:r>
        <w:rPr>
          <w:sz w:val="28"/>
          <w:szCs w:val="28"/>
          <w:lang w:val="kk-KZ"/>
        </w:rPr>
        <w:t xml:space="preserve">көрінісін </w:t>
      </w:r>
      <w:proofErr w:type="spellStart"/>
      <w:r w:rsidRPr="0001394D">
        <w:rPr>
          <w:sz w:val="28"/>
          <w:szCs w:val="28"/>
        </w:rPr>
        <w:t>көрсетеді</w:t>
      </w:r>
      <w:proofErr w:type="spellEnd"/>
      <w:r w:rsidRPr="0001394D">
        <w:rPr>
          <w:sz w:val="28"/>
          <w:szCs w:val="28"/>
        </w:rPr>
        <w:t>.</w:t>
      </w:r>
    </w:p>
    <w:p w14:paraId="1ACFBB85" w14:textId="082D5C96"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95%-ы </w:t>
      </w:r>
      <w:proofErr w:type="spellStart"/>
      <w:r w:rsidRPr="0001394D">
        <w:rPr>
          <w:sz w:val="28"/>
          <w:szCs w:val="28"/>
        </w:rPr>
        <w:t>ауысым</w:t>
      </w:r>
      <w:proofErr w:type="spellEnd"/>
      <w:r w:rsidRPr="0001394D">
        <w:rPr>
          <w:sz w:val="28"/>
          <w:szCs w:val="28"/>
        </w:rPr>
        <w:t xml:space="preserve"> </w:t>
      </w:r>
      <w:proofErr w:type="spellStart"/>
      <w:r w:rsidRPr="0001394D">
        <w:rPr>
          <w:sz w:val="28"/>
          <w:szCs w:val="28"/>
        </w:rPr>
        <w:t>мазмұнына</w:t>
      </w:r>
      <w:proofErr w:type="spellEnd"/>
      <w:r w:rsidRPr="0001394D">
        <w:rPr>
          <w:sz w:val="28"/>
          <w:szCs w:val="28"/>
        </w:rPr>
        <w:t xml:space="preserve">, </w:t>
      </w:r>
      <w:proofErr w:type="spellStart"/>
      <w:r w:rsidRPr="0001394D">
        <w:rPr>
          <w:sz w:val="28"/>
          <w:szCs w:val="28"/>
        </w:rPr>
        <w:t>болу</w:t>
      </w:r>
      <w:proofErr w:type="spellEnd"/>
      <w:r w:rsidRPr="0001394D">
        <w:rPr>
          <w:sz w:val="28"/>
          <w:szCs w:val="28"/>
        </w:rPr>
        <w:t xml:space="preserve"> </w:t>
      </w:r>
      <w:r>
        <w:rPr>
          <w:sz w:val="28"/>
          <w:szCs w:val="28"/>
          <w:lang w:val="kk-KZ"/>
        </w:rPr>
        <w:t>шарттарына</w:t>
      </w:r>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іс-шараларды</w:t>
      </w:r>
      <w:proofErr w:type="spellEnd"/>
      <w:r w:rsidRPr="0001394D">
        <w:rPr>
          <w:sz w:val="28"/>
          <w:szCs w:val="28"/>
        </w:rPr>
        <w:t xml:space="preserve"> </w:t>
      </w:r>
      <w:proofErr w:type="spellStart"/>
      <w:r w:rsidRPr="0001394D">
        <w:rPr>
          <w:sz w:val="28"/>
          <w:szCs w:val="28"/>
        </w:rPr>
        <w:t>ұйымдастыру</w:t>
      </w:r>
      <w:proofErr w:type="spellEnd"/>
      <w:r w:rsidRPr="0001394D">
        <w:rPr>
          <w:sz w:val="28"/>
          <w:szCs w:val="28"/>
        </w:rPr>
        <w:t xml:space="preserve"> </w:t>
      </w:r>
      <w:proofErr w:type="spellStart"/>
      <w:r w:rsidRPr="0001394D">
        <w:rPr>
          <w:sz w:val="28"/>
          <w:szCs w:val="28"/>
        </w:rPr>
        <w:t>сапасына</w:t>
      </w:r>
      <w:proofErr w:type="spellEnd"/>
      <w:r w:rsidRPr="0001394D">
        <w:rPr>
          <w:sz w:val="28"/>
          <w:szCs w:val="28"/>
        </w:rPr>
        <w:t xml:space="preserve"> </w:t>
      </w:r>
      <w:proofErr w:type="spellStart"/>
      <w:r w:rsidRPr="0001394D">
        <w:rPr>
          <w:sz w:val="28"/>
          <w:szCs w:val="28"/>
        </w:rPr>
        <w:t>қанағаттанғанын</w:t>
      </w:r>
      <w:proofErr w:type="spellEnd"/>
      <w:r w:rsidRPr="0001394D">
        <w:rPr>
          <w:sz w:val="28"/>
          <w:szCs w:val="28"/>
        </w:rPr>
        <w:t xml:space="preserve"> </w:t>
      </w:r>
      <w:proofErr w:type="spellStart"/>
      <w:r w:rsidRPr="0001394D">
        <w:rPr>
          <w:sz w:val="28"/>
          <w:szCs w:val="28"/>
        </w:rPr>
        <w:t>білдіреді</w:t>
      </w:r>
      <w:proofErr w:type="spellEnd"/>
      <w:r w:rsidRPr="0001394D">
        <w:rPr>
          <w:sz w:val="28"/>
          <w:szCs w:val="28"/>
        </w:rPr>
        <w:t>.</w:t>
      </w:r>
    </w:p>
    <w:p w14:paraId="2E5997B0" w14:textId="0C714587" w:rsidR="0001394D" w:rsidRPr="0001394D" w:rsidRDefault="0001394D" w:rsidP="008F0ECE">
      <w:pPr>
        <w:pStyle w:val="aff8"/>
        <w:numPr>
          <w:ilvl w:val="0"/>
          <w:numId w:val="19"/>
        </w:numPr>
        <w:tabs>
          <w:tab w:val="clear" w:pos="720"/>
          <w:tab w:val="num" w:pos="993"/>
        </w:tabs>
        <w:spacing w:before="0" w:beforeAutospacing="0" w:after="0" w:afterAutospacing="0"/>
        <w:ind w:left="0" w:firstLine="709"/>
        <w:jc w:val="both"/>
        <w:rPr>
          <w:sz w:val="28"/>
          <w:szCs w:val="28"/>
        </w:rPr>
      </w:pPr>
      <w:proofErr w:type="spellStart"/>
      <w:r w:rsidRPr="0001394D">
        <w:rPr>
          <w:sz w:val="28"/>
          <w:szCs w:val="28"/>
        </w:rPr>
        <w:t>Қатысушылардың</w:t>
      </w:r>
      <w:proofErr w:type="spellEnd"/>
      <w:r w:rsidRPr="0001394D">
        <w:rPr>
          <w:sz w:val="28"/>
          <w:szCs w:val="28"/>
        </w:rPr>
        <w:t xml:space="preserve"> 100%-ы </w:t>
      </w:r>
      <w:proofErr w:type="spellStart"/>
      <w:r w:rsidRPr="0001394D">
        <w:rPr>
          <w:sz w:val="28"/>
          <w:szCs w:val="28"/>
        </w:rPr>
        <w:t>қауіпсіз</w:t>
      </w:r>
      <w:proofErr w:type="spellEnd"/>
      <w:r w:rsidRPr="0001394D">
        <w:rPr>
          <w:sz w:val="28"/>
          <w:szCs w:val="28"/>
        </w:rPr>
        <w:t xml:space="preserve"> </w:t>
      </w:r>
      <w:proofErr w:type="spellStart"/>
      <w:r w:rsidRPr="0001394D">
        <w:rPr>
          <w:sz w:val="28"/>
          <w:szCs w:val="28"/>
        </w:rPr>
        <w:t>болу</w:t>
      </w:r>
      <w:proofErr w:type="spellEnd"/>
      <w:r w:rsidRPr="0001394D">
        <w:rPr>
          <w:sz w:val="28"/>
          <w:szCs w:val="28"/>
        </w:rPr>
        <w:t xml:space="preserve"> </w:t>
      </w:r>
      <w:proofErr w:type="spellStart"/>
      <w:r w:rsidRPr="0001394D">
        <w:rPr>
          <w:sz w:val="28"/>
          <w:szCs w:val="28"/>
        </w:rPr>
        <w:t>жағдайларымен</w:t>
      </w:r>
      <w:proofErr w:type="spellEnd"/>
      <w:r w:rsidRPr="0001394D">
        <w:rPr>
          <w:sz w:val="28"/>
          <w:szCs w:val="28"/>
        </w:rPr>
        <w:t xml:space="preserve">, </w:t>
      </w:r>
      <w:proofErr w:type="spellStart"/>
      <w:r w:rsidRPr="0001394D">
        <w:rPr>
          <w:sz w:val="28"/>
          <w:szCs w:val="28"/>
        </w:rPr>
        <w:t>медициналық</w:t>
      </w:r>
      <w:proofErr w:type="spellEnd"/>
      <w:r w:rsidRPr="0001394D">
        <w:rPr>
          <w:sz w:val="28"/>
          <w:szCs w:val="28"/>
        </w:rPr>
        <w:t xml:space="preserve"> </w:t>
      </w:r>
      <w:proofErr w:type="spellStart"/>
      <w:r w:rsidRPr="0001394D">
        <w:rPr>
          <w:sz w:val="28"/>
          <w:szCs w:val="28"/>
        </w:rPr>
        <w:t>сүйемелдеумен</w:t>
      </w:r>
      <w:proofErr w:type="spellEnd"/>
      <w:r w:rsidRPr="0001394D">
        <w:rPr>
          <w:sz w:val="28"/>
          <w:szCs w:val="28"/>
        </w:rPr>
        <w:t xml:space="preserve">, </w:t>
      </w:r>
      <w:proofErr w:type="spellStart"/>
      <w:r w:rsidRPr="0001394D">
        <w:rPr>
          <w:sz w:val="28"/>
          <w:szCs w:val="28"/>
        </w:rPr>
        <w:t>психологиялық-педагогикалық</w:t>
      </w:r>
      <w:proofErr w:type="spellEnd"/>
      <w:r w:rsidRPr="0001394D">
        <w:rPr>
          <w:sz w:val="28"/>
          <w:szCs w:val="28"/>
        </w:rPr>
        <w:t xml:space="preserve"> </w:t>
      </w:r>
      <w:proofErr w:type="spellStart"/>
      <w:r w:rsidRPr="0001394D">
        <w:rPr>
          <w:sz w:val="28"/>
          <w:szCs w:val="28"/>
        </w:rPr>
        <w:t>қолдаумен</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толыққанды</w:t>
      </w:r>
      <w:proofErr w:type="spellEnd"/>
      <w:r w:rsidRPr="0001394D">
        <w:rPr>
          <w:sz w:val="28"/>
          <w:szCs w:val="28"/>
        </w:rPr>
        <w:t xml:space="preserve"> </w:t>
      </w:r>
      <w:r>
        <w:rPr>
          <w:sz w:val="28"/>
          <w:szCs w:val="28"/>
          <w:lang w:val="kk-KZ"/>
        </w:rPr>
        <w:t xml:space="preserve">демалу мен </w:t>
      </w:r>
      <w:proofErr w:type="spellStart"/>
      <w:r>
        <w:rPr>
          <w:sz w:val="28"/>
          <w:szCs w:val="28"/>
        </w:rPr>
        <w:t>сауықтыру</w:t>
      </w:r>
      <w:proofErr w:type="spellEnd"/>
      <w:r>
        <w:rPr>
          <w:sz w:val="28"/>
          <w:szCs w:val="28"/>
          <w:lang w:val="kk-KZ"/>
        </w:rPr>
        <w:t xml:space="preserve"> </w:t>
      </w:r>
      <w:proofErr w:type="spellStart"/>
      <w:r w:rsidRPr="0001394D">
        <w:rPr>
          <w:sz w:val="28"/>
          <w:szCs w:val="28"/>
        </w:rPr>
        <w:t>жағдай</w:t>
      </w:r>
      <w:proofErr w:type="spellEnd"/>
      <w:r>
        <w:rPr>
          <w:sz w:val="28"/>
          <w:szCs w:val="28"/>
          <w:lang w:val="kk-KZ"/>
        </w:rPr>
        <w:t>ы</w:t>
      </w:r>
      <w:proofErr w:type="spellStart"/>
      <w:r w:rsidRPr="0001394D">
        <w:rPr>
          <w:sz w:val="28"/>
          <w:szCs w:val="28"/>
        </w:rPr>
        <w:t>мен</w:t>
      </w:r>
      <w:proofErr w:type="spellEnd"/>
      <w:r w:rsidRPr="0001394D">
        <w:rPr>
          <w:sz w:val="28"/>
          <w:szCs w:val="28"/>
        </w:rPr>
        <w:t xml:space="preserve"> </w:t>
      </w:r>
      <w:proofErr w:type="spellStart"/>
      <w:r w:rsidRPr="0001394D">
        <w:rPr>
          <w:sz w:val="28"/>
          <w:szCs w:val="28"/>
        </w:rPr>
        <w:t>қамтамасыз</w:t>
      </w:r>
      <w:proofErr w:type="spellEnd"/>
      <w:r w:rsidRPr="0001394D">
        <w:rPr>
          <w:sz w:val="28"/>
          <w:szCs w:val="28"/>
        </w:rPr>
        <w:t xml:space="preserve"> </w:t>
      </w:r>
      <w:proofErr w:type="spellStart"/>
      <w:r w:rsidRPr="0001394D">
        <w:rPr>
          <w:sz w:val="28"/>
          <w:szCs w:val="28"/>
        </w:rPr>
        <w:t>етіледі</w:t>
      </w:r>
      <w:proofErr w:type="spellEnd"/>
      <w:r w:rsidRPr="0001394D">
        <w:rPr>
          <w:sz w:val="28"/>
          <w:szCs w:val="28"/>
        </w:rPr>
        <w:t>.</w:t>
      </w:r>
    </w:p>
    <w:p w14:paraId="3134C064" w14:textId="38E1BEE6" w:rsidR="0001394D" w:rsidRPr="00E200D0" w:rsidRDefault="0001394D" w:rsidP="0001394D">
      <w:pPr>
        <w:jc w:val="both"/>
        <w:rPr>
          <w:rFonts w:cs="Times New Roman"/>
          <w:szCs w:val="28"/>
        </w:rPr>
      </w:pPr>
    </w:p>
    <w:p w14:paraId="4765604F" w14:textId="77777777" w:rsidR="0001394D" w:rsidRPr="00E200D0" w:rsidRDefault="0001394D" w:rsidP="0001394D">
      <w:pPr>
        <w:jc w:val="both"/>
        <w:rPr>
          <w:rFonts w:cs="Times New Roman"/>
          <w:szCs w:val="28"/>
        </w:rPr>
      </w:pPr>
    </w:p>
    <w:p w14:paraId="47310573" w14:textId="5FC13F4F" w:rsidR="0001394D" w:rsidRPr="00525B0B" w:rsidRDefault="0001394D" w:rsidP="008F0ECE">
      <w:pPr>
        <w:jc w:val="center"/>
        <w:rPr>
          <w:rFonts w:cs="Times New Roman"/>
          <w:b/>
          <w:szCs w:val="28"/>
        </w:rPr>
      </w:pPr>
      <w:r w:rsidRPr="00E200D0">
        <w:rPr>
          <w:rFonts w:cs="Times New Roman"/>
          <w:b/>
          <w:szCs w:val="28"/>
        </w:rPr>
        <w:t>5-</w:t>
      </w:r>
      <w:proofErr w:type="spellStart"/>
      <w:r w:rsidRPr="0001394D">
        <w:rPr>
          <w:rFonts w:cs="Times New Roman"/>
          <w:b/>
          <w:szCs w:val="28"/>
          <w:lang w:val="ru-RU"/>
        </w:rPr>
        <w:t>бөлім</w:t>
      </w:r>
      <w:proofErr w:type="spellEnd"/>
      <w:r w:rsidRPr="00E200D0">
        <w:rPr>
          <w:rFonts w:cs="Times New Roman"/>
          <w:b/>
          <w:szCs w:val="28"/>
        </w:rPr>
        <w:t xml:space="preserve">. </w:t>
      </w:r>
      <w:proofErr w:type="spellStart"/>
      <w:r w:rsidRPr="0001394D">
        <w:rPr>
          <w:rFonts w:cs="Times New Roman"/>
          <w:b/>
          <w:szCs w:val="28"/>
          <w:lang w:val="ru-RU"/>
        </w:rPr>
        <w:t>Бағдарламаның</w:t>
      </w:r>
      <w:proofErr w:type="spellEnd"/>
      <w:r w:rsidRPr="00E200D0">
        <w:rPr>
          <w:rFonts w:cs="Times New Roman"/>
          <w:b/>
          <w:szCs w:val="28"/>
        </w:rPr>
        <w:t xml:space="preserve"> </w:t>
      </w:r>
      <w:proofErr w:type="spellStart"/>
      <w:r w:rsidRPr="0001394D">
        <w:rPr>
          <w:rFonts w:cs="Times New Roman"/>
          <w:b/>
          <w:szCs w:val="28"/>
          <w:lang w:val="ru-RU"/>
        </w:rPr>
        <w:t>құрылымы</w:t>
      </w:r>
      <w:proofErr w:type="spellEnd"/>
      <w:r w:rsidRPr="00E200D0">
        <w:rPr>
          <w:rFonts w:cs="Times New Roman"/>
          <w:b/>
          <w:szCs w:val="28"/>
        </w:rPr>
        <w:t xml:space="preserve"> </w:t>
      </w:r>
      <w:r w:rsidRPr="0001394D">
        <w:rPr>
          <w:rFonts w:cs="Times New Roman"/>
          <w:b/>
          <w:szCs w:val="28"/>
          <w:lang w:val="ru-RU"/>
        </w:rPr>
        <w:t>мен</w:t>
      </w:r>
      <w:r w:rsidRPr="00E200D0">
        <w:rPr>
          <w:rFonts w:cs="Times New Roman"/>
          <w:b/>
          <w:szCs w:val="28"/>
        </w:rPr>
        <w:t xml:space="preserve"> </w:t>
      </w:r>
      <w:proofErr w:type="spellStart"/>
      <w:r w:rsidRPr="0001394D">
        <w:rPr>
          <w:rFonts w:cs="Times New Roman"/>
          <w:b/>
          <w:szCs w:val="28"/>
          <w:lang w:val="ru-RU"/>
        </w:rPr>
        <w:t>мазмұны</w:t>
      </w:r>
      <w:proofErr w:type="spellEnd"/>
    </w:p>
    <w:p w14:paraId="13A69531" w14:textId="77777777" w:rsidR="008F0ECE" w:rsidRPr="00E200D0" w:rsidRDefault="008F0ECE" w:rsidP="008F0ECE">
      <w:pPr>
        <w:jc w:val="center"/>
        <w:rPr>
          <w:rFonts w:cs="Times New Roman"/>
          <w:b/>
          <w:szCs w:val="28"/>
        </w:rPr>
      </w:pPr>
    </w:p>
    <w:p w14:paraId="3EAADE26" w14:textId="77777777" w:rsidR="0001394D" w:rsidRPr="00E200D0" w:rsidRDefault="0001394D" w:rsidP="0001394D">
      <w:pPr>
        <w:jc w:val="both"/>
        <w:rPr>
          <w:rFonts w:cs="Times New Roman"/>
          <w:szCs w:val="28"/>
        </w:rPr>
      </w:pPr>
      <w:proofErr w:type="spellStart"/>
      <w:r w:rsidRPr="0001394D">
        <w:rPr>
          <w:rFonts w:cs="Times New Roman"/>
          <w:szCs w:val="28"/>
          <w:lang w:val="ru-RU"/>
        </w:rPr>
        <w:t>Бағдарламаны</w:t>
      </w:r>
      <w:proofErr w:type="spellEnd"/>
      <w:r w:rsidRPr="00E200D0">
        <w:rPr>
          <w:rFonts w:cs="Times New Roman"/>
          <w:szCs w:val="28"/>
        </w:rPr>
        <w:t xml:space="preserve"> </w:t>
      </w:r>
      <w:proofErr w:type="spellStart"/>
      <w:r w:rsidRPr="0001394D">
        <w:rPr>
          <w:rFonts w:cs="Times New Roman"/>
          <w:szCs w:val="28"/>
          <w:lang w:val="ru-RU"/>
        </w:rPr>
        <w:t>іске</w:t>
      </w:r>
      <w:proofErr w:type="spellEnd"/>
      <w:r w:rsidRPr="00E200D0">
        <w:rPr>
          <w:rFonts w:cs="Times New Roman"/>
          <w:szCs w:val="28"/>
        </w:rPr>
        <w:t xml:space="preserve"> </w:t>
      </w:r>
      <w:proofErr w:type="spellStart"/>
      <w:r w:rsidRPr="0001394D">
        <w:rPr>
          <w:rFonts w:cs="Times New Roman"/>
          <w:szCs w:val="28"/>
          <w:lang w:val="ru-RU"/>
        </w:rPr>
        <w:t>асыру</w:t>
      </w:r>
      <w:proofErr w:type="spellEnd"/>
      <w:r w:rsidRPr="00E200D0">
        <w:rPr>
          <w:rFonts w:cs="Times New Roman"/>
          <w:szCs w:val="28"/>
        </w:rPr>
        <w:t xml:space="preserve"> </w:t>
      </w:r>
      <w:proofErr w:type="spellStart"/>
      <w:r w:rsidRPr="0001394D">
        <w:rPr>
          <w:rFonts w:cs="Times New Roman"/>
          <w:szCs w:val="28"/>
          <w:lang w:val="ru-RU"/>
        </w:rPr>
        <w:t>өзара</w:t>
      </w:r>
      <w:proofErr w:type="spellEnd"/>
      <w:r w:rsidRPr="00E200D0">
        <w:rPr>
          <w:rFonts w:cs="Times New Roman"/>
          <w:szCs w:val="28"/>
        </w:rPr>
        <w:t xml:space="preserve"> </w:t>
      </w:r>
      <w:proofErr w:type="spellStart"/>
      <w:r w:rsidRPr="0001394D">
        <w:rPr>
          <w:rFonts w:cs="Times New Roman"/>
          <w:szCs w:val="28"/>
          <w:lang w:val="ru-RU"/>
        </w:rPr>
        <w:t>байланысты</w:t>
      </w:r>
      <w:proofErr w:type="spellEnd"/>
      <w:r w:rsidRPr="00E200D0">
        <w:rPr>
          <w:rFonts w:cs="Times New Roman"/>
          <w:szCs w:val="28"/>
        </w:rPr>
        <w:t xml:space="preserve"> </w:t>
      </w:r>
      <w:proofErr w:type="spellStart"/>
      <w:r w:rsidRPr="0001394D">
        <w:rPr>
          <w:rFonts w:cs="Times New Roman"/>
          <w:szCs w:val="28"/>
          <w:lang w:val="ru-RU"/>
        </w:rPr>
        <w:t>екі</w:t>
      </w:r>
      <w:proofErr w:type="spellEnd"/>
      <w:r w:rsidRPr="00E200D0">
        <w:rPr>
          <w:rFonts w:cs="Times New Roman"/>
          <w:szCs w:val="28"/>
        </w:rPr>
        <w:t xml:space="preserve"> </w:t>
      </w:r>
      <w:r w:rsidRPr="0001394D">
        <w:rPr>
          <w:rFonts w:cs="Times New Roman"/>
          <w:szCs w:val="28"/>
          <w:lang w:val="ru-RU"/>
        </w:rPr>
        <w:t>модуль</w:t>
      </w:r>
      <w:r w:rsidRPr="00E200D0">
        <w:rPr>
          <w:rFonts w:cs="Times New Roman"/>
          <w:szCs w:val="28"/>
        </w:rPr>
        <w:t xml:space="preserve"> </w:t>
      </w:r>
      <w:proofErr w:type="spellStart"/>
      <w:r w:rsidRPr="0001394D">
        <w:rPr>
          <w:rFonts w:cs="Times New Roman"/>
          <w:szCs w:val="28"/>
          <w:lang w:val="ru-RU"/>
        </w:rPr>
        <w:t>арқылы</w:t>
      </w:r>
      <w:proofErr w:type="spellEnd"/>
      <w:r w:rsidRPr="00E200D0">
        <w:rPr>
          <w:rFonts w:cs="Times New Roman"/>
          <w:szCs w:val="28"/>
        </w:rPr>
        <w:t xml:space="preserve"> </w:t>
      </w:r>
      <w:proofErr w:type="spellStart"/>
      <w:r w:rsidRPr="0001394D">
        <w:rPr>
          <w:rFonts w:cs="Times New Roman"/>
          <w:szCs w:val="28"/>
          <w:lang w:val="ru-RU"/>
        </w:rPr>
        <w:t>жүзеге</w:t>
      </w:r>
      <w:proofErr w:type="spellEnd"/>
      <w:r w:rsidRPr="00E200D0">
        <w:rPr>
          <w:rFonts w:cs="Times New Roman"/>
          <w:szCs w:val="28"/>
        </w:rPr>
        <w:t xml:space="preserve"> </w:t>
      </w:r>
      <w:proofErr w:type="spellStart"/>
      <w:r w:rsidRPr="0001394D">
        <w:rPr>
          <w:rFonts w:cs="Times New Roman"/>
          <w:szCs w:val="28"/>
          <w:lang w:val="ru-RU"/>
        </w:rPr>
        <w:t>асырылады</w:t>
      </w:r>
      <w:proofErr w:type="spellEnd"/>
      <w:r w:rsidRPr="00E200D0">
        <w:rPr>
          <w:rFonts w:cs="Times New Roman"/>
          <w:szCs w:val="28"/>
        </w:rPr>
        <w:t xml:space="preserve">: </w:t>
      </w:r>
      <w:proofErr w:type="spellStart"/>
      <w:r w:rsidRPr="0001394D">
        <w:rPr>
          <w:rFonts w:cs="Times New Roman"/>
          <w:szCs w:val="28"/>
          <w:lang w:val="ru-RU"/>
        </w:rPr>
        <w:t>білім</w:t>
      </w:r>
      <w:proofErr w:type="spellEnd"/>
      <w:r w:rsidRPr="00E200D0">
        <w:rPr>
          <w:rFonts w:cs="Times New Roman"/>
          <w:szCs w:val="28"/>
        </w:rPr>
        <w:t xml:space="preserve"> </w:t>
      </w:r>
      <w:r w:rsidRPr="0001394D">
        <w:rPr>
          <w:rFonts w:cs="Times New Roman"/>
          <w:szCs w:val="28"/>
          <w:lang w:val="ru-RU"/>
        </w:rPr>
        <w:t>беру</w:t>
      </w:r>
      <w:r w:rsidRPr="00E200D0">
        <w:rPr>
          <w:rFonts w:cs="Times New Roman"/>
          <w:szCs w:val="28"/>
        </w:rPr>
        <w:t xml:space="preserve"> </w:t>
      </w:r>
      <w:proofErr w:type="spellStart"/>
      <w:r w:rsidRPr="0001394D">
        <w:rPr>
          <w:rFonts w:cs="Times New Roman"/>
          <w:szCs w:val="28"/>
          <w:lang w:val="ru-RU"/>
        </w:rPr>
        <w:t>модулі</w:t>
      </w:r>
      <w:proofErr w:type="spellEnd"/>
      <w:r w:rsidRPr="00E200D0">
        <w:rPr>
          <w:rFonts w:cs="Times New Roman"/>
          <w:szCs w:val="28"/>
        </w:rPr>
        <w:t xml:space="preserve"> </w:t>
      </w:r>
      <w:proofErr w:type="spellStart"/>
      <w:r w:rsidRPr="0001394D">
        <w:rPr>
          <w:rFonts w:cs="Times New Roman"/>
          <w:szCs w:val="28"/>
          <w:lang w:val="ru-RU"/>
        </w:rPr>
        <w:t>және</w:t>
      </w:r>
      <w:proofErr w:type="spellEnd"/>
      <w:r w:rsidRPr="00E200D0">
        <w:rPr>
          <w:rFonts w:cs="Times New Roman"/>
          <w:szCs w:val="28"/>
        </w:rPr>
        <w:t xml:space="preserve"> </w:t>
      </w:r>
      <w:proofErr w:type="spellStart"/>
      <w:r w:rsidRPr="0001394D">
        <w:rPr>
          <w:rFonts w:cs="Times New Roman"/>
          <w:szCs w:val="28"/>
          <w:lang w:val="ru-RU"/>
        </w:rPr>
        <w:t>сауықтыру</w:t>
      </w:r>
      <w:proofErr w:type="spellEnd"/>
      <w:r w:rsidRPr="00E200D0">
        <w:rPr>
          <w:rFonts w:cs="Times New Roman"/>
          <w:szCs w:val="28"/>
        </w:rPr>
        <w:t xml:space="preserve"> </w:t>
      </w:r>
      <w:proofErr w:type="spellStart"/>
      <w:r w:rsidRPr="0001394D">
        <w:rPr>
          <w:rFonts w:cs="Times New Roman"/>
          <w:szCs w:val="28"/>
          <w:lang w:val="ru-RU"/>
        </w:rPr>
        <w:t>модулі</w:t>
      </w:r>
      <w:proofErr w:type="spellEnd"/>
      <w:r w:rsidRPr="00E200D0">
        <w:rPr>
          <w:rFonts w:cs="Times New Roman"/>
          <w:szCs w:val="28"/>
        </w:rPr>
        <w:t>.</w:t>
      </w:r>
    </w:p>
    <w:p w14:paraId="3C193BAF" w14:textId="7B567DD8" w:rsidR="0001394D" w:rsidRPr="00E200D0" w:rsidRDefault="0001394D" w:rsidP="0001394D">
      <w:pPr>
        <w:ind w:firstLine="0"/>
        <w:jc w:val="both"/>
        <w:rPr>
          <w:rFonts w:cs="Times New Roman"/>
          <w:szCs w:val="28"/>
        </w:rPr>
      </w:pPr>
      <w:proofErr w:type="spellStart"/>
      <w:r w:rsidRPr="0001394D">
        <w:rPr>
          <w:rFonts w:cs="Times New Roman"/>
          <w:szCs w:val="28"/>
          <w:lang w:val="ru-RU"/>
        </w:rPr>
        <w:t>Модульдер</w:t>
      </w:r>
      <w:proofErr w:type="spellEnd"/>
      <w:r w:rsidRPr="00E200D0">
        <w:rPr>
          <w:rFonts w:cs="Times New Roman"/>
          <w:szCs w:val="28"/>
        </w:rPr>
        <w:t xml:space="preserve"> </w:t>
      </w:r>
      <w:proofErr w:type="spellStart"/>
      <w:r w:rsidRPr="0001394D">
        <w:rPr>
          <w:rFonts w:cs="Times New Roman"/>
          <w:szCs w:val="28"/>
          <w:lang w:val="ru-RU"/>
        </w:rPr>
        <w:t>қатысушылардың</w:t>
      </w:r>
      <w:proofErr w:type="spellEnd"/>
      <w:r w:rsidRPr="00E200D0">
        <w:rPr>
          <w:rFonts w:cs="Times New Roman"/>
          <w:szCs w:val="28"/>
        </w:rPr>
        <w:t xml:space="preserve"> </w:t>
      </w:r>
      <w:proofErr w:type="spellStart"/>
      <w:r w:rsidRPr="0001394D">
        <w:rPr>
          <w:rFonts w:cs="Times New Roman"/>
          <w:szCs w:val="28"/>
          <w:lang w:val="ru-RU"/>
        </w:rPr>
        <w:t>күнделікті</w:t>
      </w:r>
      <w:proofErr w:type="spellEnd"/>
      <w:r w:rsidRPr="00E200D0">
        <w:rPr>
          <w:rFonts w:cs="Times New Roman"/>
          <w:szCs w:val="28"/>
        </w:rPr>
        <w:t xml:space="preserve"> </w:t>
      </w:r>
      <w:proofErr w:type="spellStart"/>
      <w:r w:rsidRPr="0001394D">
        <w:rPr>
          <w:rFonts w:cs="Times New Roman"/>
          <w:szCs w:val="28"/>
          <w:lang w:val="ru-RU"/>
        </w:rPr>
        <w:t>қызметіне</w:t>
      </w:r>
      <w:proofErr w:type="spellEnd"/>
      <w:r w:rsidRPr="00E200D0">
        <w:rPr>
          <w:rFonts w:cs="Times New Roman"/>
          <w:szCs w:val="28"/>
        </w:rPr>
        <w:t xml:space="preserve"> </w:t>
      </w:r>
      <w:proofErr w:type="spellStart"/>
      <w:r w:rsidRPr="0001394D">
        <w:rPr>
          <w:rFonts w:cs="Times New Roman"/>
          <w:szCs w:val="28"/>
          <w:lang w:val="ru-RU"/>
        </w:rPr>
        <w:t>кіріктіріліп</w:t>
      </w:r>
      <w:proofErr w:type="spellEnd"/>
      <w:r w:rsidRPr="00E200D0">
        <w:rPr>
          <w:rFonts w:cs="Times New Roman"/>
          <w:szCs w:val="28"/>
        </w:rPr>
        <w:t xml:space="preserve">, </w:t>
      </w:r>
      <w:proofErr w:type="spellStart"/>
      <w:r w:rsidRPr="0001394D">
        <w:rPr>
          <w:rFonts w:cs="Times New Roman"/>
          <w:szCs w:val="28"/>
          <w:lang w:val="ru-RU"/>
        </w:rPr>
        <w:t>баланың</w:t>
      </w:r>
      <w:proofErr w:type="spellEnd"/>
      <w:r w:rsidRPr="00E200D0">
        <w:rPr>
          <w:rFonts w:cs="Times New Roman"/>
          <w:szCs w:val="28"/>
        </w:rPr>
        <w:t xml:space="preserve"> </w:t>
      </w:r>
      <w:proofErr w:type="spellStart"/>
      <w:r w:rsidRPr="0001394D">
        <w:rPr>
          <w:rFonts w:cs="Times New Roman"/>
          <w:szCs w:val="28"/>
          <w:lang w:val="ru-RU"/>
        </w:rPr>
        <w:t>тұлғалық</w:t>
      </w:r>
      <w:proofErr w:type="spellEnd"/>
      <w:r w:rsidRPr="00E200D0">
        <w:rPr>
          <w:rFonts w:cs="Times New Roman"/>
          <w:szCs w:val="28"/>
        </w:rPr>
        <w:t xml:space="preserve"> </w:t>
      </w:r>
      <w:proofErr w:type="spellStart"/>
      <w:r w:rsidRPr="0001394D">
        <w:rPr>
          <w:rFonts w:cs="Times New Roman"/>
          <w:szCs w:val="28"/>
          <w:lang w:val="ru-RU"/>
        </w:rPr>
        <w:t>дамуын</w:t>
      </w:r>
      <w:proofErr w:type="spellEnd"/>
      <w:r w:rsidRPr="00E200D0">
        <w:rPr>
          <w:rFonts w:cs="Times New Roman"/>
          <w:szCs w:val="28"/>
        </w:rPr>
        <w:t xml:space="preserve"> </w:t>
      </w:r>
      <w:proofErr w:type="spellStart"/>
      <w:r w:rsidRPr="0001394D">
        <w:rPr>
          <w:rFonts w:cs="Times New Roman"/>
          <w:szCs w:val="28"/>
          <w:lang w:val="ru-RU"/>
        </w:rPr>
        <w:t>кешенді</w:t>
      </w:r>
      <w:proofErr w:type="spellEnd"/>
      <w:r w:rsidRPr="00E200D0">
        <w:rPr>
          <w:rFonts w:cs="Times New Roman"/>
          <w:szCs w:val="28"/>
        </w:rPr>
        <w:t xml:space="preserve"> </w:t>
      </w:r>
      <w:proofErr w:type="spellStart"/>
      <w:r w:rsidRPr="0001394D">
        <w:rPr>
          <w:rFonts w:cs="Times New Roman"/>
          <w:szCs w:val="28"/>
          <w:lang w:val="ru-RU"/>
        </w:rPr>
        <w:t>түрде</w:t>
      </w:r>
      <w:proofErr w:type="spellEnd"/>
      <w:r w:rsidRPr="00E200D0">
        <w:rPr>
          <w:rFonts w:cs="Times New Roman"/>
          <w:szCs w:val="28"/>
        </w:rPr>
        <w:t xml:space="preserve"> </w:t>
      </w:r>
      <w:proofErr w:type="spellStart"/>
      <w:r w:rsidRPr="0001394D">
        <w:rPr>
          <w:rFonts w:cs="Times New Roman"/>
          <w:szCs w:val="28"/>
          <w:lang w:val="ru-RU"/>
        </w:rPr>
        <w:t>қамтамасыз</w:t>
      </w:r>
      <w:proofErr w:type="spellEnd"/>
      <w:r w:rsidRPr="00E200D0">
        <w:rPr>
          <w:rFonts w:cs="Times New Roman"/>
          <w:szCs w:val="28"/>
        </w:rPr>
        <w:t xml:space="preserve"> </w:t>
      </w:r>
      <w:proofErr w:type="spellStart"/>
      <w:r w:rsidRPr="0001394D">
        <w:rPr>
          <w:rFonts w:cs="Times New Roman"/>
          <w:szCs w:val="28"/>
          <w:lang w:val="ru-RU"/>
        </w:rPr>
        <w:t>етеді</w:t>
      </w:r>
      <w:proofErr w:type="spellEnd"/>
      <w:r w:rsidRPr="00E200D0">
        <w:rPr>
          <w:rFonts w:cs="Times New Roman"/>
          <w:szCs w:val="28"/>
        </w:rPr>
        <w:t xml:space="preserve">. </w:t>
      </w:r>
      <w:proofErr w:type="spellStart"/>
      <w:r w:rsidRPr="0001394D">
        <w:rPr>
          <w:rFonts w:cs="Times New Roman"/>
          <w:szCs w:val="28"/>
          <w:lang w:val="ru-RU"/>
        </w:rPr>
        <w:t>Бұл</w:t>
      </w:r>
      <w:proofErr w:type="spellEnd"/>
      <w:r w:rsidRPr="00E200D0">
        <w:rPr>
          <w:rFonts w:cs="Times New Roman"/>
          <w:szCs w:val="28"/>
        </w:rPr>
        <w:t xml:space="preserve"> </w:t>
      </w:r>
      <w:proofErr w:type="spellStart"/>
      <w:r w:rsidRPr="0001394D">
        <w:rPr>
          <w:rFonts w:cs="Times New Roman"/>
          <w:szCs w:val="28"/>
          <w:lang w:val="ru-RU"/>
        </w:rPr>
        <w:t>үдеріс</w:t>
      </w:r>
      <w:proofErr w:type="spellEnd"/>
      <w:r w:rsidRPr="00E200D0">
        <w:rPr>
          <w:rFonts w:cs="Times New Roman"/>
          <w:szCs w:val="28"/>
        </w:rPr>
        <w:t xml:space="preserve"> </w:t>
      </w:r>
      <w:proofErr w:type="spellStart"/>
      <w:r w:rsidRPr="0001394D">
        <w:rPr>
          <w:rFonts w:cs="Times New Roman"/>
          <w:szCs w:val="28"/>
          <w:lang w:val="ru-RU"/>
        </w:rPr>
        <w:t>білім</w:t>
      </w:r>
      <w:proofErr w:type="spellEnd"/>
      <w:r w:rsidRPr="00E200D0">
        <w:rPr>
          <w:rFonts w:cs="Times New Roman"/>
          <w:szCs w:val="28"/>
        </w:rPr>
        <w:t xml:space="preserve"> </w:t>
      </w:r>
      <w:r w:rsidRPr="0001394D">
        <w:rPr>
          <w:rFonts w:cs="Times New Roman"/>
          <w:szCs w:val="28"/>
          <w:lang w:val="ru-RU"/>
        </w:rPr>
        <w:t>беру</w:t>
      </w:r>
      <w:r w:rsidRPr="00E200D0">
        <w:rPr>
          <w:rFonts w:cs="Times New Roman"/>
          <w:szCs w:val="28"/>
        </w:rPr>
        <w:t xml:space="preserve">, </w:t>
      </w:r>
      <w:proofErr w:type="spellStart"/>
      <w:r w:rsidRPr="0001394D">
        <w:rPr>
          <w:rFonts w:cs="Times New Roman"/>
          <w:szCs w:val="28"/>
          <w:lang w:val="ru-RU"/>
        </w:rPr>
        <w:t>тәрбиелік</w:t>
      </w:r>
      <w:proofErr w:type="spellEnd"/>
      <w:r w:rsidRPr="00E200D0">
        <w:rPr>
          <w:rFonts w:cs="Times New Roman"/>
          <w:szCs w:val="28"/>
        </w:rPr>
        <w:t xml:space="preserve">, </w:t>
      </w:r>
      <w:proofErr w:type="spellStart"/>
      <w:r w:rsidRPr="0001394D">
        <w:rPr>
          <w:rFonts w:cs="Times New Roman"/>
          <w:szCs w:val="28"/>
          <w:lang w:val="ru-RU"/>
        </w:rPr>
        <w:t>спорттық</w:t>
      </w:r>
      <w:proofErr w:type="spellEnd"/>
      <w:r w:rsidRPr="00E200D0">
        <w:rPr>
          <w:rFonts w:cs="Times New Roman"/>
          <w:szCs w:val="28"/>
        </w:rPr>
        <w:t xml:space="preserve">, </w:t>
      </w:r>
      <w:proofErr w:type="spellStart"/>
      <w:r w:rsidRPr="0001394D">
        <w:rPr>
          <w:rFonts w:cs="Times New Roman"/>
          <w:szCs w:val="28"/>
          <w:lang w:val="ru-RU"/>
        </w:rPr>
        <w:t>туристік</w:t>
      </w:r>
      <w:proofErr w:type="spellEnd"/>
      <w:r w:rsidRPr="00E200D0">
        <w:rPr>
          <w:rFonts w:cs="Times New Roman"/>
          <w:szCs w:val="28"/>
        </w:rPr>
        <w:t xml:space="preserve">, </w:t>
      </w:r>
      <w:proofErr w:type="spellStart"/>
      <w:r w:rsidRPr="0001394D">
        <w:rPr>
          <w:rFonts w:cs="Times New Roman"/>
          <w:szCs w:val="28"/>
          <w:lang w:val="ru-RU"/>
        </w:rPr>
        <w:t>өлкетан</w:t>
      </w:r>
      <w:r>
        <w:rPr>
          <w:rFonts w:cs="Times New Roman"/>
          <w:szCs w:val="28"/>
          <w:lang w:val="ru-RU"/>
        </w:rPr>
        <w:t>ымдық</w:t>
      </w:r>
      <w:proofErr w:type="spellEnd"/>
      <w:r w:rsidRPr="00E200D0">
        <w:rPr>
          <w:rFonts w:cs="Times New Roman"/>
          <w:szCs w:val="28"/>
        </w:rPr>
        <w:t xml:space="preserve">, </w:t>
      </w:r>
      <w:proofErr w:type="spellStart"/>
      <w:r w:rsidRPr="0001394D">
        <w:rPr>
          <w:rFonts w:cs="Times New Roman"/>
          <w:szCs w:val="28"/>
          <w:lang w:val="ru-RU"/>
        </w:rPr>
        <w:t>экологиялық</w:t>
      </w:r>
      <w:proofErr w:type="spellEnd"/>
      <w:r w:rsidRPr="00E200D0">
        <w:rPr>
          <w:rFonts w:cs="Times New Roman"/>
          <w:szCs w:val="28"/>
        </w:rPr>
        <w:t xml:space="preserve">, </w:t>
      </w:r>
      <w:proofErr w:type="spellStart"/>
      <w:r w:rsidRPr="0001394D">
        <w:rPr>
          <w:rFonts w:cs="Times New Roman"/>
          <w:szCs w:val="28"/>
          <w:lang w:val="ru-RU"/>
        </w:rPr>
        <w:t>жобалық</w:t>
      </w:r>
      <w:proofErr w:type="spellEnd"/>
      <w:r w:rsidRPr="00E200D0">
        <w:rPr>
          <w:rFonts w:cs="Times New Roman"/>
          <w:szCs w:val="28"/>
        </w:rPr>
        <w:t xml:space="preserve"> </w:t>
      </w:r>
      <w:proofErr w:type="spellStart"/>
      <w:r w:rsidRPr="0001394D">
        <w:rPr>
          <w:rFonts w:cs="Times New Roman"/>
          <w:szCs w:val="28"/>
          <w:lang w:val="ru-RU"/>
        </w:rPr>
        <w:t>және</w:t>
      </w:r>
      <w:proofErr w:type="spellEnd"/>
      <w:r w:rsidRPr="00E200D0">
        <w:rPr>
          <w:rFonts w:cs="Times New Roman"/>
          <w:szCs w:val="28"/>
        </w:rPr>
        <w:t xml:space="preserve"> </w:t>
      </w:r>
      <w:proofErr w:type="spellStart"/>
      <w:r w:rsidRPr="0001394D">
        <w:rPr>
          <w:rFonts w:cs="Times New Roman"/>
          <w:szCs w:val="28"/>
          <w:lang w:val="ru-RU"/>
        </w:rPr>
        <w:t>сауықтыру</w:t>
      </w:r>
      <w:proofErr w:type="spellEnd"/>
      <w:r w:rsidRPr="00E200D0">
        <w:rPr>
          <w:rFonts w:cs="Times New Roman"/>
          <w:szCs w:val="28"/>
        </w:rPr>
        <w:t xml:space="preserve"> </w:t>
      </w:r>
      <w:proofErr w:type="spellStart"/>
      <w:r w:rsidRPr="0001394D">
        <w:rPr>
          <w:rFonts w:cs="Times New Roman"/>
          <w:szCs w:val="28"/>
          <w:lang w:val="ru-RU"/>
        </w:rPr>
        <w:t>қызметтерінің</w:t>
      </w:r>
      <w:proofErr w:type="spellEnd"/>
      <w:r w:rsidRPr="00E200D0">
        <w:rPr>
          <w:rFonts w:cs="Times New Roman"/>
          <w:szCs w:val="28"/>
        </w:rPr>
        <w:t xml:space="preserve"> </w:t>
      </w:r>
      <w:proofErr w:type="spellStart"/>
      <w:r w:rsidRPr="0001394D">
        <w:rPr>
          <w:rFonts w:cs="Times New Roman"/>
          <w:szCs w:val="28"/>
          <w:lang w:val="ru-RU"/>
        </w:rPr>
        <w:t>үйлесуі</w:t>
      </w:r>
      <w:proofErr w:type="spellEnd"/>
      <w:r w:rsidRPr="00E200D0">
        <w:rPr>
          <w:rFonts w:cs="Times New Roman"/>
          <w:szCs w:val="28"/>
        </w:rPr>
        <w:t xml:space="preserve"> </w:t>
      </w:r>
      <w:proofErr w:type="spellStart"/>
      <w:r w:rsidRPr="0001394D">
        <w:rPr>
          <w:rFonts w:cs="Times New Roman"/>
          <w:szCs w:val="28"/>
          <w:lang w:val="ru-RU"/>
        </w:rPr>
        <w:t>арқылы</w:t>
      </w:r>
      <w:proofErr w:type="spellEnd"/>
      <w:r w:rsidRPr="00E200D0">
        <w:rPr>
          <w:rFonts w:cs="Times New Roman"/>
          <w:szCs w:val="28"/>
        </w:rPr>
        <w:t xml:space="preserve"> </w:t>
      </w:r>
      <w:proofErr w:type="spellStart"/>
      <w:r w:rsidRPr="0001394D">
        <w:rPr>
          <w:rFonts w:cs="Times New Roman"/>
          <w:szCs w:val="28"/>
          <w:lang w:val="ru-RU"/>
        </w:rPr>
        <w:t>жүзеге</w:t>
      </w:r>
      <w:proofErr w:type="spellEnd"/>
      <w:r w:rsidRPr="00E200D0">
        <w:rPr>
          <w:rFonts w:cs="Times New Roman"/>
          <w:szCs w:val="28"/>
        </w:rPr>
        <w:t xml:space="preserve"> </w:t>
      </w:r>
      <w:proofErr w:type="spellStart"/>
      <w:r w:rsidRPr="0001394D">
        <w:rPr>
          <w:rFonts w:cs="Times New Roman"/>
          <w:szCs w:val="28"/>
          <w:lang w:val="ru-RU"/>
        </w:rPr>
        <w:t>асырылады</w:t>
      </w:r>
      <w:proofErr w:type="spellEnd"/>
      <w:r w:rsidRPr="00E200D0">
        <w:rPr>
          <w:rFonts w:cs="Times New Roman"/>
          <w:szCs w:val="28"/>
        </w:rPr>
        <w:t>.</w:t>
      </w:r>
    </w:p>
    <w:p w14:paraId="2F138749" w14:textId="77777777" w:rsidR="0001394D" w:rsidRPr="00E200D0" w:rsidRDefault="0001394D" w:rsidP="0001394D">
      <w:pPr>
        <w:jc w:val="both"/>
        <w:rPr>
          <w:rFonts w:cs="Times New Roman"/>
          <w:szCs w:val="28"/>
        </w:rPr>
      </w:pPr>
      <w:proofErr w:type="spellStart"/>
      <w:r w:rsidRPr="0001394D">
        <w:rPr>
          <w:rFonts w:cs="Times New Roman"/>
          <w:szCs w:val="28"/>
          <w:lang w:val="ru-RU"/>
        </w:rPr>
        <w:t>Модульдердің</w:t>
      </w:r>
      <w:proofErr w:type="spellEnd"/>
      <w:r w:rsidRPr="00E200D0">
        <w:rPr>
          <w:rFonts w:cs="Times New Roman"/>
          <w:szCs w:val="28"/>
        </w:rPr>
        <w:t xml:space="preserve"> </w:t>
      </w:r>
      <w:proofErr w:type="spellStart"/>
      <w:r w:rsidRPr="0001394D">
        <w:rPr>
          <w:rFonts w:cs="Times New Roman"/>
          <w:szCs w:val="28"/>
          <w:lang w:val="ru-RU"/>
        </w:rPr>
        <w:t>мазмұны</w:t>
      </w:r>
      <w:proofErr w:type="spellEnd"/>
      <w:r w:rsidRPr="00E200D0">
        <w:rPr>
          <w:rFonts w:cs="Times New Roman"/>
          <w:szCs w:val="28"/>
        </w:rPr>
        <w:t xml:space="preserve"> </w:t>
      </w:r>
      <w:proofErr w:type="spellStart"/>
      <w:r w:rsidRPr="0001394D">
        <w:rPr>
          <w:rFonts w:cs="Times New Roman"/>
          <w:szCs w:val="28"/>
          <w:lang w:val="ru-RU"/>
        </w:rPr>
        <w:t>кәмелетке</w:t>
      </w:r>
      <w:proofErr w:type="spellEnd"/>
      <w:r w:rsidRPr="00E200D0">
        <w:rPr>
          <w:rFonts w:cs="Times New Roman"/>
          <w:szCs w:val="28"/>
        </w:rPr>
        <w:t xml:space="preserve"> </w:t>
      </w:r>
      <w:proofErr w:type="spellStart"/>
      <w:r w:rsidRPr="0001394D">
        <w:rPr>
          <w:rFonts w:cs="Times New Roman"/>
          <w:szCs w:val="28"/>
          <w:lang w:val="ru-RU"/>
        </w:rPr>
        <w:t>толмағандардың</w:t>
      </w:r>
      <w:proofErr w:type="spellEnd"/>
      <w:r w:rsidRPr="00E200D0">
        <w:rPr>
          <w:rFonts w:cs="Times New Roman"/>
          <w:szCs w:val="28"/>
        </w:rPr>
        <w:t xml:space="preserve"> </w:t>
      </w:r>
      <w:proofErr w:type="spellStart"/>
      <w:r w:rsidRPr="0001394D">
        <w:rPr>
          <w:rFonts w:cs="Times New Roman"/>
          <w:szCs w:val="28"/>
          <w:lang w:val="ru-RU"/>
        </w:rPr>
        <w:t>жас</w:t>
      </w:r>
      <w:proofErr w:type="spellEnd"/>
      <w:r w:rsidRPr="00E200D0">
        <w:rPr>
          <w:rFonts w:cs="Times New Roman"/>
          <w:szCs w:val="28"/>
        </w:rPr>
        <w:t xml:space="preserve">, </w:t>
      </w:r>
      <w:proofErr w:type="spellStart"/>
      <w:r w:rsidRPr="0001394D">
        <w:rPr>
          <w:rFonts w:cs="Times New Roman"/>
          <w:szCs w:val="28"/>
          <w:lang w:val="ru-RU"/>
        </w:rPr>
        <w:t>психологиялық</w:t>
      </w:r>
      <w:proofErr w:type="spellEnd"/>
      <w:r w:rsidRPr="00E200D0">
        <w:rPr>
          <w:rFonts w:cs="Times New Roman"/>
          <w:szCs w:val="28"/>
        </w:rPr>
        <w:t xml:space="preserve"> </w:t>
      </w:r>
      <w:proofErr w:type="spellStart"/>
      <w:r w:rsidRPr="0001394D">
        <w:rPr>
          <w:rFonts w:cs="Times New Roman"/>
          <w:szCs w:val="28"/>
          <w:lang w:val="ru-RU"/>
        </w:rPr>
        <w:t>және</w:t>
      </w:r>
      <w:proofErr w:type="spellEnd"/>
      <w:r w:rsidRPr="00E200D0">
        <w:rPr>
          <w:rFonts w:cs="Times New Roman"/>
          <w:szCs w:val="28"/>
        </w:rPr>
        <w:t xml:space="preserve"> </w:t>
      </w:r>
      <w:proofErr w:type="spellStart"/>
      <w:r w:rsidRPr="0001394D">
        <w:rPr>
          <w:rFonts w:cs="Times New Roman"/>
          <w:szCs w:val="28"/>
          <w:lang w:val="ru-RU"/>
        </w:rPr>
        <w:t>физиологиялық</w:t>
      </w:r>
      <w:proofErr w:type="spellEnd"/>
      <w:r w:rsidRPr="00E200D0">
        <w:rPr>
          <w:rFonts w:cs="Times New Roman"/>
          <w:szCs w:val="28"/>
        </w:rPr>
        <w:t xml:space="preserve"> </w:t>
      </w:r>
      <w:proofErr w:type="spellStart"/>
      <w:r w:rsidRPr="0001394D">
        <w:rPr>
          <w:rFonts w:cs="Times New Roman"/>
          <w:szCs w:val="28"/>
          <w:lang w:val="ru-RU"/>
        </w:rPr>
        <w:t>ерекшеліктерін</w:t>
      </w:r>
      <w:proofErr w:type="spellEnd"/>
      <w:r w:rsidRPr="00E200D0">
        <w:rPr>
          <w:rFonts w:cs="Times New Roman"/>
          <w:szCs w:val="28"/>
        </w:rPr>
        <w:t xml:space="preserve">, </w:t>
      </w:r>
      <w:proofErr w:type="spellStart"/>
      <w:r w:rsidRPr="0001394D">
        <w:rPr>
          <w:rFonts w:cs="Times New Roman"/>
          <w:szCs w:val="28"/>
          <w:lang w:val="ru-RU"/>
        </w:rPr>
        <w:t>ауысымның</w:t>
      </w:r>
      <w:proofErr w:type="spellEnd"/>
      <w:r w:rsidRPr="00E200D0">
        <w:rPr>
          <w:rFonts w:cs="Times New Roman"/>
          <w:szCs w:val="28"/>
        </w:rPr>
        <w:t xml:space="preserve"> </w:t>
      </w:r>
      <w:proofErr w:type="spellStart"/>
      <w:r w:rsidRPr="0001394D">
        <w:rPr>
          <w:rFonts w:cs="Times New Roman"/>
          <w:szCs w:val="28"/>
          <w:lang w:val="ru-RU"/>
        </w:rPr>
        <w:t>ұзақтығын</w:t>
      </w:r>
      <w:proofErr w:type="spellEnd"/>
      <w:r w:rsidRPr="00E200D0">
        <w:rPr>
          <w:rFonts w:cs="Times New Roman"/>
          <w:szCs w:val="28"/>
        </w:rPr>
        <w:t xml:space="preserve">, </w:t>
      </w:r>
      <w:proofErr w:type="spellStart"/>
      <w:r w:rsidRPr="0001394D">
        <w:rPr>
          <w:rFonts w:cs="Times New Roman"/>
          <w:szCs w:val="28"/>
          <w:lang w:val="ru-RU"/>
        </w:rPr>
        <w:t>Ұйымның</w:t>
      </w:r>
      <w:proofErr w:type="spellEnd"/>
      <w:r w:rsidRPr="00E200D0">
        <w:rPr>
          <w:rFonts w:cs="Times New Roman"/>
          <w:szCs w:val="28"/>
        </w:rPr>
        <w:t xml:space="preserve"> </w:t>
      </w:r>
      <w:proofErr w:type="spellStart"/>
      <w:r w:rsidRPr="0001394D">
        <w:rPr>
          <w:rFonts w:cs="Times New Roman"/>
          <w:szCs w:val="28"/>
          <w:lang w:val="ru-RU"/>
        </w:rPr>
        <w:t>жұмыс</w:t>
      </w:r>
      <w:proofErr w:type="spellEnd"/>
      <w:r w:rsidRPr="00E200D0">
        <w:rPr>
          <w:rFonts w:cs="Times New Roman"/>
          <w:szCs w:val="28"/>
        </w:rPr>
        <w:t xml:space="preserve"> </w:t>
      </w:r>
      <w:proofErr w:type="spellStart"/>
      <w:r w:rsidRPr="0001394D">
        <w:rPr>
          <w:rFonts w:cs="Times New Roman"/>
          <w:szCs w:val="28"/>
          <w:lang w:val="ru-RU"/>
        </w:rPr>
        <w:t>режимін</w:t>
      </w:r>
      <w:proofErr w:type="spellEnd"/>
      <w:r w:rsidRPr="00E200D0">
        <w:rPr>
          <w:rFonts w:cs="Times New Roman"/>
          <w:szCs w:val="28"/>
        </w:rPr>
        <w:t xml:space="preserve">, </w:t>
      </w:r>
      <w:proofErr w:type="spellStart"/>
      <w:r w:rsidRPr="0001394D">
        <w:rPr>
          <w:rFonts w:cs="Times New Roman"/>
          <w:szCs w:val="28"/>
          <w:lang w:val="ru-RU"/>
        </w:rPr>
        <w:t>тұру</w:t>
      </w:r>
      <w:proofErr w:type="spellEnd"/>
      <w:r w:rsidRPr="00E200D0">
        <w:rPr>
          <w:rFonts w:cs="Times New Roman"/>
          <w:szCs w:val="28"/>
        </w:rPr>
        <w:t xml:space="preserve"> </w:t>
      </w:r>
      <w:proofErr w:type="spellStart"/>
      <w:r w:rsidRPr="0001394D">
        <w:rPr>
          <w:rFonts w:cs="Times New Roman"/>
          <w:szCs w:val="28"/>
          <w:lang w:val="ru-RU"/>
        </w:rPr>
        <w:t>және</w:t>
      </w:r>
      <w:proofErr w:type="spellEnd"/>
      <w:r w:rsidRPr="00E200D0">
        <w:rPr>
          <w:rFonts w:cs="Times New Roman"/>
          <w:szCs w:val="28"/>
        </w:rPr>
        <w:t xml:space="preserve"> </w:t>
      </w:r>
      <w:proofErr w:type="spellStart"/>
      <w:r w:rsidRPr="0001394D">
        <w:rPr>
          <w:rFonts w:cs="Times New Roman"/>
          <w:szCs w:val="28"/>
          <w:lang w:val="ru-RU"/>
        </w:rPr>
        <w:t>тамақтану</w:t>
      </w:r>
      <w:proofErr w:type="spellEnd"/>
      <w:r w:rsidRPr="00E200D0">
        <w:rPr>
          <w:rFonts w:cs="Times New Roman"/>
          <w:szCs w:val="28"/>
        </w:rPr>
        <w:t xml:space="preserve"> </w:t>
      </w:r>
      <w:proofErr w:type="spellStart"/>
      <w:r w:rsidRPr="0001394D">
        <w:rPr>
          <w:rFonts w:cs="Times New Roman"/>
          <w:szCs w:val="28"/>
          <w:lang w:val="ru-RU"/>
        </w:rPr>
        <w:t>жағдайларын</w:t>
      </w:r>
      <w:proofErr w:type="spellEnd"/>
      <w:r w:rsidRPr="00E200D0">
        <w:rPr>
          <w:rFonts w:cs="Times New Roman"/>
          <w:szCs w:val="28"/>
        </w:rPr>
        <w:t xml:space="preserve">, </w:t>
      </w:r>
      <w:proofErr w:type="spellStart"/>
      <w:r w:rsidRPr="0001394D">
        <w:rPr>
          <w:rFonts w:cs="Times New Roman"/>
          <w:szCs w:val="28"/>
          <w:lang w:val="ru-RU"/>
        </w:rPr>
        <w:t>медициналық</w:t>
      </w:r>
      <w:proofErr w:type="spellEnd"/>
      <w:r w:rsidRPr="00E200D0">
        <w:rPr>
          <w:rFonts w:cs="Times New Roman"/>
          <w:szCs w:val="28"/>
        </w:rPr>
        <w:t xml:space="preserve"> </w:t>
      </w:r>
      <w:proofErr w:type="spellStart"/>
      <w:r w:rsidRPr="0001394D">
        <w:rPr>
          <w:rFonts w:cs="Times New Roman"/>
          <w:szCs w:val="28"/>
          <w:lang w:val="ru-RU"/>
        </w:rPr>
        <w:t>сүйемелдеуді</w:t>
      </w:r>
      <w:proofErr w:type="spellEnd"/>
      <w:r w:rsidRPr="00E200D0">
        <w:rPr>
          <w:rFonts w:cs="Times New Roman"/>
          <w:szCs w:val="28"/>
        </w:rPr>
        <w:t xml:space="preserve"> </w:t>
      </w:r>
      <w:proofErr w:type="spellStart"/>
      <w:r w:rsidRPr="0001394D">
        <w:rPr>
          <w:rFonts w:cs="Times New Roman"/>
          <w:szCs w:val="28"/>
          <w:lang w:val="ru-RU"/>
        </w:rPr>
        <w:t>және</w:t>
      </w:r>
      <w:proofErr w:type="spellEnd"/>
      <w:r w:rsidRPr="00E200D0">
        <w:rPr>
          <w:rFonts w:cs="Times New Roman"/>
          <w:szCs w:val="28"/>
        </w:rPr>
        <w:t xml:space="preserve"> </w:t>
      </w:r>
      <w:proofErr w:type="spellStart"/>
      <w:r w:rsidRPr="0001394D">
        <w:rPr>
          <w:rFonts w:cs="Times New Roman"/>
          <w:szCs w:val="28"/>
          <w:lang w:val="ru-RU"/>
        </w:rPr>
        <w:t>қауіпсіздік</w:t>
      </w:r>
      <w:proofErr w:type="spellEnd"/>
      <w:r w:rsidRPr="00E200D0">
        <w:rPr>
          <w:rFonts w:cs="Times New Roman"/>
          <w:szCs w:val="28"/>
        </w:rPr>
        <w:t xml:space="preserve"> </w:t>
      </w:r>
      <w:proofErr w:type="spellStart"/>
      <w:r w:rsidRPr="0001394D">
        <w:rPr>
          <w:rFonts w:cs="Times New Roman"/>
          <w:szCs w:val="28"/>
          <w:lang w:val="ru-RU"/>
        </w:rPr>
        <w:t>талаптарын</w:t>
      </w:r>
      <w:proofErr w:type="spellEnd"/>
      <w:r w:rsidRPr="00E200D0">
        <w:rPr>
          <w:rFonts w:cs="Times New Roman"/>
          <w:szCs w:val="28"/>
        </w:rPr>
        <w:t xml:space="preserve"> </w:t>
      </w:r>
      <w:proofErr w:type="spellStart"/>
      <w:r w:rsidRPr="0001394D">
        <w:rPr>
          <w:rFonts w:cs="Times New Roman"/>
          <w:szCs w:val="28"/>
          <w:lang w:val="ru-RU"/>
        </w:rPr>
        <w:t>ескере</w:t>
      </w:r>
      <w:proofErr w:type="spellEnd"/>
      <w:r w:rsidRPr="00E200D0">
        <w:rPr>
          <w:rFonts w:cs="Times New Roman"/>
          <w:szCs w:val="28"/>
        </w:rPr>
        <w:t xml:space="preserve"> </w:t>
      </w:r>
      <w:proofErr w:type="spellStart"/>
      <w:r w:rsidRPr="0001394D">
        <w:rPr>
          <w:rFonts w:cs="Times New Roman"/>
          <w:szCs w:val="28"/>
          <w:lang w:val="ru-RU"/>
        </w:rPr>
        <w:t>отырып</w:t>
      </w:r>
      <w:proofErr w:type="spellEnd"/>
      <w:r w:rsidRPr="00E200D0">
        <w:rPr>
          <w:rFonts w:cs="Times New Roman"/>
          <w:szCs w:val="28"/>
        </w:rPr>
        <w:t xml:space="preserve"> </w:t>
      </w:r>
      <w:proofErr w:type="spellStart"/>
      <w:r w:rsidRPr="0001394D">
        <w:rPr>
          <w:rFonts w:cs="Times New Roman"/>
          <w:szCs w:val="28"/>
          <w:lang w:val="ru-RU"/>
        </w:rPr>
        <w:t>іске</w:t>
      </w:r>
      <w:proofErr w:type="spellEnd"/>
      <w:r w:rsidRPr="00E200D0">
        <w:rPr>
          <w:rFonts w:cs="Times New Roman"/>
          <w:szCs w:val="28"/>
        </w:rPr>
        <w:t xml:space="preserve"> </w:t>
      </w:r>
      <w:proofErr w:type="spellStart"/>
      <w:r w:rsidRPr="0001394D">
        <w:rPr>
          <w:rFonts w:cs="Times New Roman"/>
          <w:szCs w:val="28"/>
          <w:lang w:val="ru-RU"/>
        </w:rPr>
        <w:t>асырылады</w:t>
      </w:r>
      <w:proofErr w:type="spellEnd"/>
      <w:r w:rsidRPr="00E200D0">
        <w:rPr>
          <w:rFonts w:cs="Times New Roman"/>
          <w:szCs w:val="28"/>
        </w:rPr>
        <w:t>.</w:t>
      </w:r>
    </w:p>
    <w:p w14:paraId="791A5FF2" w14:textId="77777777" w:rsidR="0001394D" w:rsidRPr="0001394D" w:rsidRDefault="0001394D" w:rsidP="0001394D">
      <w:pPr>
        <w:pStyle w:val="aff8"/>
        <w:numPr>
          <w:ilvl w:val="0"/>
          <w:numId w:val="15"/>
        </w:numPr>
        <w:tabs>
          <w:tab w:val="clear" w:pos="720"/>
          <w:tab w:val="num" w:pos="993"/>
        </w:tabs>
        <w:spacing w:before="0" w:beforeAutospacing="0" w:after="0" w:afterAutospacing="0"/>
        <w:ind w:left="0" w:firstLine="709"/>
        <w:jc w:val="both"/>
        <w:rPr>
          <w:b/>
          <w:sz w:val="28"/>
          <w:szCs w:val="28"/>
        </w:rPr>
      </w:pPr>
      <w:proofErr w:type="spellStart"/>
      <w:r w:rsidRPr="0001394D">
        <w:rPr>
          <w:b/>
          <w:sz w:val="28"/>
          <w:szCs w:val="28"/>
        </w:rPr>
        <w:t>Білім</w:t>
      </w:r>
      <w:proofErr w:type="spellEnd"/>
      <w:r w:rsidRPr="0001394D">
        <w:rPr>
          <w:b/>
          <w:sz w:val="28"/>
          <w:szCs w:val="28"/>
        </w:rPr>
        <w:t xml:space="preserve"> </w:t>
      </w:r>
      <w:proofErr w:type="spellStart"/>
      <w:r w:rsidRPr="0001394D">
        <w:rPr>
          <w:b/>
          <w:sz w:val="28"/>
          <w:szCs w:val="28"/>
        </w:rPr>
        <w:t>беру</w:t>
      </w:r>
      <w:proofErr w:type="spellEnd"/>
      <w:r w:rsidRPr="0001394D">
        <w:rPr>
          <w:b/>
          <w:sz w:val="28"/>
          <w:szCs w:val="28"/>
        </w:rPr>
        <w:t xml:space="preserve"> </w:t>
      </w:r>
      <w:proofErr w:type="spellStart"/>
      <w:r w:rsidRPr="0001394D">
        <w:rPr>
          <w:b/>
          <w:sz w:val="28"/>
          <w:szCs w:val="28"/>
        </w:rPr>
        <w:t>модулі</w:t>
      </w:r>
      <w:proofErr w:type="spellEnd"/>
    </w:p>
    <w:p w14:paraId="03DFB7CC" w14:textId="4BD62BF2" w:rsidR="0001394D" w:rsidRPr="0001394D" w:rsidRDefault="0001394D" w:rsidP="0001394D">
      <w:pPr>
        <w:pStyle w:val="aff8"/>
        <w:tabs>
          <w:tab w:val="num" w:pos="993"/>
        </w:tabs>
        <w:spacing w:before="0" w:beforeAutospacing="0" w:after="0" w:afterAutospacing="0"/>
        <w:ind w:firstLine="709"/>
        <w:jc w:val="both"/>
        <w:rPr>
          <w:sz w:val="28"/>
          <w:szCs w:val="28"/>
        </w:rPr>
      </w:pPr>
      <w:proofErr w:type="spellStart"/>
      <w:r w:rsidRPr="0001394D">
        <w:rPr>
          <w:sz w:val="28"/>
          <w:szCs w:val="28"/>
        </w:rPr>
        <w:t>Білім</w:t>
      </w:r>
      <w:proofErr w:type="spellEnd"/>
      <w:r w:rsidRPr="0001394D">
        <w:rPr>
          <w:sz w:val="28"/>
          <w:szCs w:val="28"/>
        </w:rPr>
        <w:t xml:space="preserve"> </w:t>
      </w:r>
      <w:proofErr w:type="spellStart"/>
      <w:r w:rsidRPr="0001394D">
        <w:rPr>
          <w:sz w:val="28"/>
          <w:szCs w:val="28"/>
        </w:rPr>
        <w:t>беру</w:t>
      </w:r>
      <w:proofErr w:type="spellEnd"/>
      <w:r w:rsidRPr="0001394D">
        <w:rPr>
          <w:sz w:val="28"/>
          <w:szCs w:val="28"/>
        </w:rPr>
        <w:t xml:space="preserve"> </w:t>
      </w:r>
      <w:proofErr w:type="spellStart"/>
      <w:r w:rsidRPr="0001394D">
        <w:rPr>
          <w:sz w:val="28"/>
          <w:szCs w:val="28"/>
        </w:rPr>
        <w:t>модулі</w:t>
      </w:r>
      <w:proofErr w:type="spellEnd"/>
      <w:r w:rsidRPr="0001394D">
        <w:rPr>
          <w:sz w:val="28"/>
          <w:szCs w:val="28"/>
        </w:rPr>
        <w:t xml:space="preserve"> </w:t>
      </w:r>
      <w:proofErr w:type="spellStart"/>
      <w:r w:rsidRPr="0001394D">
        <w:rPr>
          <w:sz w:val="28"/>
          <w:szCs w:val="28"/>
        </w:rPr>
        <w:t>туристік</w:t>
      </w:r>
      <w:proofErr w:type="spellEnd"/>
      <w:r w:rsidRPr="0001394D">
        <w:rPr>
          <w:sz w:val="28"/>
          <w:szCs w:val="28"/>
        </w:rPr>
        <w:t xml:space="preserve"> </w:t>
      </w:r>
      <w:r w:rsidR="002470DA">
        <w:rPr>
          <w:sz w:val="28"/>
          <w:szCs w:val="28"/>
          <w:lang w:val="kk-KZ"/>
        </w:rPr>
        <w:t xml:space="preserve">тәжірибелік </w:t>
      </w:r>
      <w:proofErr w:type="spellStart"/>
      <w:r w:rsidRPr="0001394D">
        <w:rPr>
          <w:sz w:val="28"/>
          <w:szCs w:val="28"/>
        </w:rPr>
        <w:t>дағдыларды</w:t>
      </w:r>
      <w:proofErr w:type="spellEnd"/>
      <w:r w:rsidRPr="0001394D">
        <w:rPr>
          <w:sz w:val="28"/>
          <w:szCs w:val="28"/>
        </w:rPr>
        <w:t xml:space="preserve">, </w:t>
      </w:r>
      <w:proofErr w:type="spellStart"/>
      <w:r w:rsidRPr="0001394D">
        <w:rPr>
          <w:sz w:val="28"/>
          <w:szCs w:val="28"/>
        </w:rPr>
        <w:t>қауіпсіздік</w:t>
      </w:r>
      <w:proofErr w:type="spellEnd"/>
      <w:r w:rsidRPr="0001394D">
        <w:rPr>
          <w:sz w:val="28"/>
          <w:szCs w:val="28"/>
        </w:rPr>
        <w:t xml:space="preserve"> </w:t>
      </w:r>
      <w:proofErr w:type="spellStart"/>
      <w:r w:rsidRPr="0001394D">
        <w:rPr>
          <w:sz w:val="28"/>
          <w:szCs w:val="28"/>
        </w:rPr>
        <w:t>мәдениетін</w:t>
      </w:r>
      <w:proofErr w:type="spellEnd"/>
      <w:r w:rsidRPr="0001394D">
        <w:rPr>
          <w:sz w:val="28"/>
          <w:szCs w:val="28"/>
        </w:rPr>
        <w:t xml:space="preserve">, </w:t>
      </w:r>
      <w:proofErr w:type="spellStart"/>
      <w:r w:rsidRPr="0001394D">
        <w:rPr>
          <w:sz w:val="28"/>
          <w:szCs w:val="28"/>
        </w:rPr>
        <w:t>танымдық</w:t>
      </w:r>
      <w:proofErr w:type="spellEnd"/>
      <w:r w:rsidRPr="0001394D">
        <w:rPr>
          <w:sz w:val="28"/>
          <w:szCs w:val="28"/>
        </w:rPr>
        <w:t xml:space="preserve"> </w:t>
      </w:r>
      <w:proofErr w:type="spellStart"/>
      <w:r w:rsidRPr="0001394D">
        <w:rPr>
          <w:sz w:val="28"/>
          <w:szCs w:val="28"/>
        </w:rPr>
        <w:t>белсенділікті</w:t>
      </w:r>
      <w:proofErr w:type="spellEnd"/>
      <w:r w:rsidRPr="0001394D">
        <w:rPr>
          <w:sz w:val="28"/>
          <w:szCs w:val="28"/>
        </w:rPr>
        <w:t xml:space="preserve">, </w:t>
      </w:r>
      <w:proofErr w:type="spellStart"/>
      <w:r w:rsidRPr="0001394D">
        <w:rPr>
          <w:sz w:val="28"/>
          <w:szCs w:val="28"/>
        </w:rPr>
        <w:t>өлкетан</w:t>
      </w:r>
      <w:proofErr w:type="spellEnd"/>
      <w:r w:rsidR="002470DA">
        <w:rPr>
          <w:sz w:val="28"/>
          <w:szCs w:val="28"/>
          <w:lang w:val="kk-KZ"/>
        </w:rPr>
        <w:t>ымдық</w:t>
      </w:r>
      <w:r w:rsidRPr="0001394D">
        <w:rPr>
          <w:sz w:val="28"/>
          <w:szCs w:val="28"/>
        </w:rPr>
        <w:t xml:space="preserve"> </w:t>
      </w:r>
      <w:proofErr w:type="spellStart"/>
      <w:r w:rsidRPr="0001394D">
        <w:rPr>
          <w:sz w:val="28"/>
          <w:szCs w:val="28"/>
        </w:rPr>
        <w:t>қызығушылықты</w:t>
      </w:r>
      <w:proofErr w:type="spellEnd"/>
      <w:r w:rsidRPr="0001394D">
        <w:rPr>
          <w:sz w:val="28"/>
          <w:szCs w:val="28"/>
        </w:rPr>
        <w:t xml:space="preserve">, </w:t>
      </w:r>
      <w:proofErr w:type="spellStart"/>
      <w:r w:rsidRPr="0001394D">
        <w:rPr>
          <w:sz w:val="28"/>
          <w:szCs w:val="28"/>
        </w:rPr>
        <w:t>экологиялық</w:t>
      </w:r>
      <w:proofErr w:type="spellEnd"/>
      <w:r w:rsidRPr="0001394D">
        <w:rPr>
          <w:sz w:val="28"/>
          <w:szCs w:val="28"/>
        </w:rPr>
        <w:t xml:space="preserve"> </w:t>
      </w:r>
      <w:proofErr w:type="spellStart"/>
      <w:r w:rsidRPr="0001394D">
        <w:rPr>
          <w:sz w:val="28"/>
          <w:szCs w:val="28"/>
        </w:rPr>
        <w:t>жауапкершілікті</w:t>
      </w:r>
      <w:proofErr w:type="spellEnd"/>
      <w:r w:rsidRPr="0001394D">
        <w:rPr>
          <w:sz w:val="28"/>
          <w:szCs w:val="28"/>
        </w:rPr>
        <w:t xml:space="preserve">, </w:t>
      </w:r>
      <w:proofErr w:type="spellStart"/>
      <w:r w:rsidRPr="0001394D">
        <w:rPr>
          <w:sz w:val="28"/>
          <w:szCs w:val="28"/>
        </w:rPr>
        <w:t>жобалық</w:t>
      </w:r>
      <w:proofErr w:type="spellEnd"/>
      <w:r w:rsidRPr="0001394D">
        <w:rPr>
          <w:sz w:val="28"/>
          <w:szCs w:val="28"/>
        </w:rPr>
        <w:t xml:space="preserve"> </w:t>
      </w:r>
      <w:proofErr w:type="spellStart"/>
      <w:r w:rsidRPr="0001394D">
        <w:rPr>
          <w:sz w:val="28"/>
          <w:szCs w:val="28"/>
        </w:rPr>
        <w:t>ойлауды</w:t>
      </w:r>
      <w:proofErr w:type="spellEnd"/>
      <w:r w:rsidRPr="0001394D">
        <w:rPr>
          <w:sz w:val="28"/>
          <w:szCs w:val="28"/>
        </w:rPr>
        <w:t xml:space="preserve">, </w:t>
      </w:r>
      <w:proofErr w:type="spellStart"/>
      <w:r w:rsidRPr="0001394D">
        <w:rPr>
          <w:sz w:val="28"/>
          <w:szCs w:val="28"/>
        </w:rPr>
        <w:t>коммуникативтік</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көшбасшылық</w:t>
      </w:r>
      <w:proofErr w:type="spellEnd"/>
      <w:r w:rsidRPr="0001394D">
        <w:rPr>
          <w:sz w:val="28"/>
          <w:szCs w:val="28"/>
        </w:rPr>
        <w:t xml:space="preserve"> </w:t>
      </w:r>
      <w:proofErr w:type="spellStart"/>
      <w:r w:rsidRPr="0001394D">
        <w:rPr>
          <w:sz w:val="28"/>
          <w:szCs w:val="28"/>
        </w:rPr>
        <w:t>дағдыларды</w:t>
      </w:r>
      <w:proofErr w:type="spellEnd"/>
      <w:r w:rsidRPr="0001394D">
        <w:rPr>
          <w:sz w:val="28"/>
          <w:szCs w:val="28"/>
        </w:rPr>
        <w:t xml:space="preserve"> </w:t>
      </w:r>
      <w:proofErr w:type="spellStart"/>
      <w:r w:rsidRPr="0001394D">
        <w:rPr>
          <w:sz w:val="28"/>
          <w:szCs w:val="28"/>
        </w:rPr>
        <w:t>дамытуға</w:t>
      </w:r>
      <w:proofErr w:type="spellEnd"/>
      <w:r w:rsidRPr="0001394D">
        <w:rPr>
          <w:sz w:val="28"/>
          <w:szCs w:val="28"/>
        </w:rPr>
        <w:t xml:space="preserve"> </w:t>
      </w:r>
      <w:proofErr w:type="spellStart"/>
      <w:r w:rsidRPr="0001394D">
        <w:rPr>
          <w:sz w:val="28"/>
          <w:szCs w:val="28"/>
        </w:rPr>
        <w:t>бағытталған</w:t>
      </w:r>
      <w:proofErr w:type="spellEnd"/>
      <w:r w:rsidRPr="0001394D">
        <w:rPr>
          <w:sz w:val="28"/>
          <w:szCs w:val="28"/>
        </w:rPr>
        <w:t>.</w:t>
      </w:r>
    </w:p>
    <w:p w14:paraId="36FED1D5" w14:textId="77777777" w:rsidR="008F0ECE" w:rsidRDefault="0001394D" w:rsidP="0001394D">
      <w:pPr>
        <w:pStyle w:val="aff8"/>
        <w:tabs>
          <w:tab w:val="num" w:pos="993"/>
        </w:tabs>
        <w:spacing w:before="0" w:beforeAutospacing="0" w:after="0" w:afterAutospacing="0"/>
        <w:ind w:firstLine="709"/>
        <w:jc w:val="both"/>
        <w:rPr>
          <w:sz w:val="28"/>
          <w:szCs w:val="28"/>
        </w:rPr>
      </w:pPr>
      <w:proofErr w:type="spellStart"/>
      <w:r w:rsidRPr="0001394D">
        <w:rPr>
          <w:sz w:val="28"/>
          <w:szCs w:val="28"/>
        </w:rPr>
        <w:t>Маусымдық</w:t>
      </w:r>
      <w:proofErr w:type="spellEnd"/>
      <w:r w:rsidRPr="0001394D">
        <w:rPr>
          <w:sz w:val="28"/>
          <w:szCs w:val="28"/>
        </w:rPr>
        <w:t xml:space="preserve"> </w:t>
      </w:r>
      <w:proofErr w:type="spellStart"/>
      <w:r w:rsidRPr="0001394D">
        <w:rPr>
          <w:sz w:val="28"/>
          <w:szCs w:val="28"/>
        </w:rPr>
        <w:t>ұйым</w:t>
      </w:r>
      <w:proofErr w:type="spellEnd"/>
      <w:r w:rsidRPr="0001394D">
        <w:rPr>
          <w:sz w:val="28"/>
          <w:szCs w:val="28"/>
        </w:rPr>
        <w:t xml:space="preserve"> </w:t>
      </w:r>
      <w:proofErr w:type="spellStart"/>
      <w:r w:rsidRPr="0001394D">
        <w:rPr>
          <w:sz w:val="28"/>
          <w:szCs w:val="28"/>
        </w:rPr>
        <w:t>жағдайындағы</w:t>
      </w:r>
      <w:proofErr w:type="spellEnd"/>
      <w:r w:rsidRPr="0001394D">
        <w:rPr>
          <w:sz w:val="28"/>
          <w:szCs w:val="28"/>
        </w:rPr>
        <w:t xml:space="preserve"> </w:t>
      </w:r>
      <w:proofErr w:type="spellStart"/>
      <w:r w:rsidRPr="0001394D">
        <w:rPr>
          <w:sz w:val="28"/>
          <w:szCs w:val="28"/>
        </w:rPr>
        <w:t>білім</w:t>
      </w:r>
      <w:proofErr w:type="spellEnd"/>
      <w:r w:rsidRPr="0001394D">
        <w:rPr>
          <w:sz w:val="28"/>
          <w:szCs w:val="28"/>
        </w:rPr>
        <w:t xml:space="preserve"> </w:t>
      </w:r>
      <w:proofErr w:type="spellStart"/>
      <w:r w:rsidRPr="0001394D">
        <w:rPr>
          <w:sz w:val="28"/>
          <w:szCs w:val="28"/>
        </w:rPr>
        <w:t>беру</w:t>
      </w:r>
      <w:proofErr w:type="spellEnd"/>
      <w:r w:rsidRPr="0001394D">
        <w:rPr>
          <w:sz w:val="28"/>
          <w:szCs w:val="28"/>
        </w:rPr>
        <w:t xml:space="preserve"> </w:t>
      </w:r>
      <w:proofErr w:type="spellStart"/>
      <w:r w:rsidRPr="0001394D">
        <w:rPr>
          <w:sz w:val="28"/>
          <w:szCs w:val="28"/>
        </w:rPr>
        <w:t>модулінің</w:t>
      </w:r>
      <w:proofErr w:type="spellEnd"/>
      <w:r w:rsidRPr="0001394D">
        <w:rPr>
          <w:sz w:val="28"/>
          <w:szCs w:val="28"/>
        </w:rPr>
        <w:t xml:space="preserve"> </w:t>
      </w:r>
      <w:proofErr w:type="spellStart"/>
      <w:r w:rsidRPr="0001394D">
        <w:rPr>
          <w:sz w:val="28"/>
          <w:szCs w:val="28"/>
        </w:rPr>
        <w:t>мазмұн</w:t>
      </w:r>
      <w:proofErr w:type="spellEnd"/>
      <w:r w:rsidRPr="0001394D">
        <w:rPr>
          <w:sz w:val="28"/>
          <w:szCs w:val="28"/>
        </w:rPr>
        <w:t xml:space="preserve"> </w:t>
      </w:r>
      <w:proofErr w:type="spellStart"/>
      <w:r w:rsidRPr="0001394D">
        <w:rPr>
          <w:sz w:val="28"/>
          <w:szCs w:val="28"/>
        </w:rPr>
        <w:t>қызығушылықтар</w:t>
      </w:r>
      <w:proofErr w:type="spellEnd"/>
      <w:r w:rsidR="00C65618">
        <w:rPr>
          <w:sz w:val="28"/>
          <w:szCs w:val="28"/>
          <w:lang w:val="kk-KZ"/>
        </w:rPr>
        <w:t>ын,</w:t>
      </w:r>
      <w:r w:rsidRPr="0001394D">
        <w:rPr>
          <w:sz w:val="28"/>
          <w:szCs w:val="28"/>
        </w:rPr>
        <w:t xml:space="preserve"> </w:t>
      </w:r>
      <w:proofErr w:type="spellStart"/>
      <w:r w:rsidRPr="0001394D">
        <w:rPr>
          <w:sz w:val="28"/>
          <w:szCs w:val="28"/>
        </w:rPr>
        <w:t>үйірмелер</w:t>
      </w:r>
      <w:proofErr w:type="spellEnd"/>
      <w:r w:rsidRPr="0001394D">
        <w:rPr>
          <w:sz w:val="28"/>
          <w:szCs w:val="28"/>
        </w:rPr>
        <w:t xml:space="preserve"> </w:t>
      </w:r>
      <w:proofErr w:type="spellStart"/>
      <w:r w:rsidRPr="0001394D">
        <w:rPr>
          <w:sz w:val="28"/>
          <w:szCs w:val="28"/>
        </w:rPr>
        <w:t>мен</w:t>
      </w:r>
      <w:proofErr w:type="spellEnd"/>
      <w:r w:rsidRPr="0001394D">
        <w:rPr>
          <w:sz w:val="28"/>
          <w:szCs w:val="28"/>
        </w:rPr>
        <w:t xml:space="preserve"> </w:t>
      </w:r>
      <w:proofErr w:type="spellStart"/>
      <w:r w:rsidRPr="0001394D">
        <w:rPr>
          <w:sz w:val="28"/>
          <w:szCs w:val="28"/>
        </w:rPr>
        <w:t>секциялар</w:t>
      </w:r>
      <w:proofErr w:type="spellEnd"/>
      <w:r w:rsidRPr="0001394D">
        <w:rPr>
          <w:sz w:val="28"/>
          <w:szCs w:val="28"/>
        </w:rPr>
        <w:t xml:space="preserve"> </w:t>
      </w:r>
      <w:proofErr w:type="spellStart"/>
      <w:r w:rsidRPr="0001394D">
        <w:rPr>
          <w:sz w:val="28"/>
          <w:szCs w:val="28"/>
        </w:rPr>
        <w:t>арқылы</w:t>
      </w:r>
      <w:proofErr w:type="spellEnd"/>
      <w:r w:rsidRPr="0001394D">
        <w:rPr>
          <w:sz w:val="28"/>
          <w:szCs w:val="28"/>
        </w:rPr>
        <w:t xml:space="preserve"> </w:t>
      </w:r>
      <w:proofErr w:type="spellStart"/>
      <w:r w:rsidRPr="0001394D">
        <w:rPr>
          <w:sz w:val="28"/>
          <w:szCs w:val="28"/>
        </w:rPr>
        <w:t>дамытушы</w:t>
      </w:r>
      <w:proofErr w:type="spellEnd"/>
      <w:r w:rsidRPr="0001394D">
        <w:rPr>
          <w:sz w:val="28"/>
          <w:szCs w:val="28"/>
        </w:rPr>
        <w:t xml:space="preserve"> </w:t>
      </w:r>
      <w:proofErr w:type="spellStart"/>
      <w:r w:rsidRPr="0001394D">
        <w:rPr>
          <w:sz w:val="28"/>
          <w:szCs w:val="28"/>
        </w:rPr>
        <w:t>сабақтарды</w:t>
      </w:r>
      <w:proofErr w:type="spellEnd"/>
      <w:r w:rsidRPr="0001394D">
        <w:rPr>
          <w:sz w:val="28"/>
          <w:szCs w:val="28"/>
        </w:rPr>
        <w:t xml:space="preserve">, </w:t>
      </w:r>
      <w:proofErr w:type="spellStart"/>
      <w:r w:rsidRPr="0001394D">
        <w:rPr>
          <w:sz w:val="28"/>
          <w:szCs w:val="28"/>
        </w:rPr>
        <w:t>жобалық</w:t>
      </w:r>
      <w:proofErr w:type="spellEnd"/>
      <w:r w:rsidRPr="0001394D">
        <w:rPr>
          <w:sz w:val="28"/>
          <w:szCs w:val="28"/>
        </w:rPr>
        <w:t xml:space="preserve">, </w:t>
      </w:r>
      <w:proofErr w:type="spellStart"/>
      <w:r w:rsidRPr="0001394D">
        <w:rPr>
          <w:sz w:val="28"/>
          <w:szCs w:val="28"/>
        </w:rPr>
        <w:t>зерттеушілік</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proofErr w:type="spellStart"/>
      <w:r w:rsidRPr="0001394D">
        <w:rPr>
          <w:sz w:val="28"/>
          <w:szCs w:val="28"/>
        </w:rPr>
        <w:t>шығармашылық</w:t>
      </w:r>
      <w:proofErr w:type="spellEnd"/>
      <w:r w:rsidRPr="0001394D">
        <w:rPr>
          <w:sz w:val="28"/>
          <w:szCs w:val="28"/>
        </w:rPr>
        <w:t xml:space="preserve"> </w:t>
      </w:r>
      <w:proofErr w:type="spellStart"/>
      <w:r w:rsidRPr="0001394D">
        <w:rPr>
          <w:sz w:val="28"/>
          <w:szCs w:val="28"/>
        </w:rPr>
        <w:t>қызметті</w:t>
      </w:r>
      <w:proofErr w:type="spellEnd"/>
      <w:r w:rsidRPr="0001394D">
        <w:rPr>
          <w:sz w:val="28"/>
          <w:szCs w:val="28"/>
        </w:rPr>
        <w:t xml:space="preserve"> </w:t>
      </w:r>
      <w:proofErr w:type="spellStart"/>
      <w:r w:rsidRPr="0001394D">
        <w:rPr>
          <w:sz w:val="28"/>
          <w:szCs w:val="28"/>
        </w:rPr>
        <w:t>қамтиды</w:t>
      </w:r>
      <w:proofErr w:type="spellEnd"/>
      <w:r w:rsidRPr="0001394D">
        <w:rPr>
          <w:sz w:val="28"/>
          <w:szCs w:val="28"/>
        </w:rPr>
        <w:t xml:space="preserve">. </w:t>
      </w:r>
      <w:proofErr w:type="spellStart"/>
      <w:r w:rsidRPr="0001394D">
        <w:rPr>
          <w:sz w:val="28"/>
          <w:szCs w:val="28"/>
        </w:rPr>
        <w:t>Сондай-ақ</w:t>
      </w:r>
      <w:proofErr w:type="spellEnd"/>
      <w:r w:rsidRPr="0001394D">
        <w:rPr>
          <w:sz w:val="28"/>
          <w:szCs w:val="28"/>
        </w:rPr>
        <w:t xml:space="preserve"> </w:t>
      </w:r>
      <w:proofErr w:type="spellStart"/>
      <w:r w:rsidRPr="0001394D">
        <w:rPr>
          <w:sz w:val="28"/>
          <w:szCs w:val="28"/>
        </w:rPr>
        <w:t>ол</w:t>
      </w:r>
      <w:proofErr w:type="spellEnd"/>
      <w:r w:rsidRPr="0001394D">
        <w:rPr>
          <w:sz w:val="28"/>
          <w:szCs w:val="28"/>
        </w:rPr>
        <w:t xml:space="preserve"> </w:t>
      </w:r>
      <w:r w:rsidR="002470DA">
        <w:rPr>
          <w:sz w:val="28"/>
          <w:szCs w:val="28"/>
          <w:lang w:val="kk-KZ"/>
        </w:rPr>
        <w:t>шеберлік-сыныптар</w:t>
      </w:r>
      <w:r w:rsidRPr="0001394D">
        <w:rPr>
          <w:sz w:val="28"/>
          <w:szCs w:val="28"/>
        </w:rPr>
        <w:t xml:space="preserve">, </w:t>
      </w:r>
      <w:proofErr w:type="spellStart"/>
      <w:r w:rsidRPr="0001394D">
        <w:rPr>
          <w:sz w:val="28"/>
          <w:szCs w:val="28"/>
        </w:rPr>
        <w:t>тренингтер</w:t>
      </w:r>
      <w:proofErr w:type="spellEnd"/>
      <w:r w:rsidRPr="0001394D">
        <w:rPr>
          <w:sz w:val="28"/>
          <w:szCs w:val="28"/>
        </w:rPr>
        <w:t xml:space="preserve">, </w:t>
      </w:r>
      <w:proofErr w:type="spellStart"/>
      <w:r w:rsidRPr="0001394D">
        <w:rPr>
          <w:sz w:val="28"/>
          <w:szCs w:val="28"/>
        </w:rPr>
        <w:t>зертханалық</w:t>
      </w:r>
      <w:proofErr w:type="spellEnd"/>
      <w:r w:rsidRPr="0001394D">
        <w:rPr>
          <w:sz w:val="28"/>
          <w:szCs w:val="28"/>
        </w:rPr>
        <w:t xml:space="preserve"> </w:t>
      </w:r>
      <w:proofErr w:type="spellStart"/>
      <w:r w:rsidRPr="0001394D">
        <w:rPr>
          <w:sz w:val="28"/>
          <w:szCs w:val="28"/>
        </w:rPr>
        <w:t>және</w:t>
      </w:r>
      <w:proofErr w:type="spellEnd"/>
      <w:r w:rsidRPr="0001394D">
        <w:rPr>
          <w:sz w:val="28"/>
          <w:szCs w:val="28"/>
        </w:rPr>
        <w:t xml:space="preserve"> </w:t>
      </w:r>
      <w:r w:rsidR="002470DA">
        <w:rPr>
          <w:sz w:val="28"/>
          <w:szCs w:val="28"/>
          <w:lang w:val="kk-KZ"/>
        </w:rPr>
        <w:t xml:space="preserve">тәжірибелік </w:t>
      </w:r>
      <w:proofErr w:type="spellStart"/>
      <w:r w:rsidRPr="0001394D">
        <w:rPr>
          <w:sz w:val="28"/>
          <w:szCs w:val="28"/>
        </w:rPr>
        <w:t>жұмыстар</w:t>
      </w:r>
      <w:proofErr w:type="spellEnd"/>
      <w:r w:rsidRPr="0001394D">
        <w:rPr>
          <w:sz w:val="28"/>
          <w:szCs w:val="28"/>
        </w:rPr>
        <w:t xml:space="preserve"> </w:t>
      </w:r>
      <w:proofErr w:type="spellStart"/>
      <w:r w:rsidRPr="0001394D">
        <w:rPr>
          <w:sz w:val="28"/>
          <w:szCs w:val="28"/>
        </w:rPr>
        <w:t>түріндегі</w:t>
      </w:r>
      <w:proofErr w:type="spellEnd"/>
      <w:r w:rsidRPr="0001394D">
        <w:rPr>
          <w:sz w:val="28"/>
          <w:szCs w:val="28"/>
        </w:rPr>
        <w:t xml:space="preserve"> </w:t>
      </w:r>
      <w:proofErr w:type="spellStart"/>
      <w:r w:rsidRPr="0001394D">
        <w:rPr>
          <w:sz w:val="28"/>
          <w:szCs w:val="28"/>
        </w:rPr>
        <w:t>практикалық-бағдарлы</w:t>
      </w:r>
      <w:proofErr w:type="spellEnd"/>
      <w:r w:rsidRPr="0001394D">
        <w:rPr>
          <w:sz w:val="28"/>
          <w:szCs w:val="28"/>
        </w:rPr>
        <w:t xml:space="preserve"> </w:t>
      </w:r>
      <w:proofErr w:type="spellStart"/>
      <w:r w:rsidRPr="0001394D">
        <w:rPr>
          <w:sz w:val="28"/>
          <w:szCs w:val="28"/>
        </w:rPr>
        <w:t>сабақтармен</w:t>
      </w:r>
      <w:proofErr w:type="spellEnd"/>
      <w:r w:rsidRPr="0001394D">
        <w:rPr>
          <w:sz w:val="28"/>
          <w:szCs w:val="28"/>
        </w:rPr>
        <w:t xml:space="preserve">, </w:t>
      </w:r>
      <w:proofErr w:type="spellStart"/>
      <w:r w:rsidRPr="0001394D">
        <w:rPr>
          <w:sz w:val="28"/>
          <w:szCs w:val="28"/>
        </w:rPr>
        <w:t>тәрбиелік</w:t>
      </w:r>
      <w:proofErr w:type="spellEnd"/>
      <w:r w:rsidRPr="0001394D">
        <w:rPr>
          <w:sz w:val="28"/>
          <w:szCs w:val="28"/>
        </w:rPr>
        <w:t xml:space="preserve"> </w:t>
      </w:r>
      <w:proofErr w:type="spellStart"/>
      <w:r w:rsidRPr="0001394D">
        <w:rPr>
          <w:sz w:val="28"/>
          <w:szCs w:val="28"/>
        </w:rPr>
        <w:t>іс-шаралар</w:t>
      </w:r>
      <w:proofErr w:type="spellEnd"/>
      <w:r w:rsidRPr="0001394D">
        <w:rPr>
          <w:sz w:val="28"/>
          <w:szCs w:val="28"/>
        </w:rPr>
        <w:t xml:space="preserve"> </w:t>
      </w:r>
      <w:proofErr w:type="spellStart"/>
      <w:r w:rsidRPr="0001394D">
        <w:rPr>
          <w:sz w:val="28"/>
          <w:szCs w:val="28"/>
        </w:rPr>
        <w:t>мен</w:t>
      </w:r>
      <w:proofErr w:type="spellEnd"/>
      <w:r w:rsidRPr="0001394D">
        <w:rPr>
          <w:sz w:val="28"/>
          <w:szCs w:val="28"/>
        </w:rPr>
        <w:t xml:space="preserve"> </w:t>
      </w:r>
      <w:proofErr w:type="spellStart"/>
      <w:r w:rsidRPr="0001394D">
        <w:rPr>
          <w:sz w:val="28"/>
          <w:szCs w:val="28"/>
        </w:rPr>
        <w:t>жобалармен</w:t>
      </w:r>
      <w:proofErr w:type="spellEnd"/>
      <w:r w:rsidRPr="0001394D">
        <w:rPr>
          <w:sz w:val="28"/>
          <w:szCs w:val="28"/>
        </w:rPr>
        <w:t xml:space="preserve"> </w:t>
      </w:r>
      <w:proofErr w:type="spellStart"/>
      <w:r w:rsidRPr="0001394D">
        <w:rPr>
          <w:sz w:val="28"/>
          <w:szCs w:val="28"/>
        </w:rPr>
        <w:t>толықтырылады</w:t>
      </w:r>
      <w:proofErr w:type="spellEnd"/>
      <w:r w:rsidRPr="0001394D">
        <w:rPr>
          <w:sz w:val="28"/>
          <w:szCs w:val="28"/>
        </w:rPr>
        <w:t>.</w:t>
      </w:r>
    </w:p>
    <w:p w14:paraId="24AFC299" w14:textId="7E8E5FD1" w:rsidR="0001394D" w:rsidRPr="0001394D" w:rsidRDefault="0001394D" w:rsidP="0001394D">
      <w:pPr>
        <w:pStyle w:val="aff8"/>
        <w:tabs>
          <w:tab w:val="num" w:pos="993"/>
        </w:tabs>
        <w:spacing w:before="0" w:beforeAutospacing="0" w:after="0" w:afterAutospacing="0"/>
        <w:ind w:firstLine="709"/>
        <w:jc w:val="both"/>
        <w:rPr>
          <w:sz w:val="28"/>
          <w:szCs w:val="28"/>
        </w:rPr>
      </w:pPr>
      <w:proofErr w:type="spellStart"/>
      <w:r w:rsidRPr="0001394D">
        <w:rPr>
          <w:sz w:val="28"/>
          <w:szCs w:val="28"/>
        </w:rPr>
        <w:t>Ауысымның</w:t>
      </w:r>
      <w:proofErr w:type="spellEnd"/>
      <w:r w:rsidRPr="0001394D">
        <w:rPr>
          <w:sz w:val="28"/>
          <w:szCs w:val="28"/>
        </w:rPr>
        <w:t xml:space="preserve"> </w:t>
      </w:r>
      <w:proofErr w:type="spellStart"/>
      <w:r w:rsidRPr="0001394D">
        <w:rPr>
          <w:sz w:val="28"/>
          <w:szCs w:val="28"/>
        </w:rPr>
        <w:t>әрбір</w:t>
      </w:r>
      <w:proofErr w:type="spellEnd"/>
      <w:r w:rsidRPr="0001394D">
        <w:rPr>
          <w:sz w:val="28"/>
          <w:szCs w:val="28"/>
        </w:rPr>
        <w:t xml:space="preserve"> </w:t>
      </w:r>
      <w:proofErr w:type="spellStart"/>
      <w:r w:rsidRPr="0001394D">
        <w:rPr>
          <w:sz w:val="28"/>
          <w:szCs w:val="28"/>
        </w:rPr>
        <w:t>күні</w:t>
      </w:r>
      <w:proofErr w:type="spellEnd"/>
      <w:r w:rsidRPr="0001394D">
        <w:rPr>
          <w:sz w:val="28"/>
          <w:szCs w:val="28"/>
        </w:rPr>
        <w:t xml:space="preserve"> </w:t>
      </w:r>
      <w:proofErr w:type="spellStart"/>
      <w:r w:rsidRPr="0001394D">
        <w:rPr>
          <w:sz w:val="28"/>
          <w:szCs w:val="28"/>
        </w:rPr>
        <w:t>білім</w:t>
      </w:r>
      <w:proofErr w:type="spellEnd"/>
      <w:r w:rsidRPr="0001394D">
        <w:rPr>
          <w:sz w:val="28"/>
          <w:szCs w:val="28"/>
        </w:rPr>
        <w:t xml:space="preserve"> </w:t>
      </w:r>
      <w:proofErr w:type="spellStart"/>
      <w:r w:rsidRPr="0001394D">
        <w:rPr>
          <w:sz w:val="28"/>
          <w:szCs w:val="28"/>
        </w:rPr>
        <w:t>беру</w:t>
      </w:r>
      <w:proofErr w:type="spellEnd"/>
      <w:r w:rsidRPr="0001394D">
        <w:rPr>
          <w:sz w:val="28"/>
          <w:szCs w:val="28"/>
        </w:rPr>
        <w:t xml:space="preserve"> </w:t>
      </w:r>
      <w:proofErr w:type="spellStart"/>
      <w:r w:rsidRPr="0001394D">
        <w:rPr>
          <w:sz w:val="28"/>
          <w:szCs w:val="28"/>
        </w:rPr>
        <w:t>модулі</w:t>
      </w:r>
      <w:proofErr w:type="spellEnd"/>
      <w:r w:rsidRPr="0001394D">
        <w:rPr>
          <w:sz w:val="28"/>
          <w:szCs w:val="28"/>
        </w:rPr>
        <w:t xml:space="preserve"> </w:t>
      </w:r>
      <w:proofErr w:type="spellStart"/>
      <w:r w:rsidRPr="0001394D">
        <w:rPr>
          <w:sz w:val="28"/>
          <w:szCs w:val="28"/>
        </w:rPr>
        <w:t>аясында</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w:t>
      </w:r>
      <w:proofErr w:type="spellStart"/>
      <w:r w:rsidRPr="0001394D">
        <w:rPr>
          <w:sz w:val="28"/>
          <w:szCs w:val="28"/>
        </w:rPr>
        <w:t>екі</w:t>
      </w:r>
      <w:proofErr w:type="spellEnd"/>
      <w:r w:rsidRPr="0001394D">
        <w:rPr>
          <w:sz w:val="28"/>
          <w:szCs w:val="28"/>
        </w:rPr>
        <w:t xml:space="preserve"> </w:t>
      </w:r>
      <w:proofErr w:type="spellStart"/>
      <w:r w:rsidRPr="0001394D">
        <w:rPr>
          <w:sz w:val="28"/>
          <w:szCs w:val="28"/>
        </w:rPr>
        <w:t>дамытушы</w:t>
      </w:r>
      <w:proofErr w:type="spellEnd"/>
      <w:r w:rsidRPr="0001394D">
        <w:rPr>
          <w:sz w:val="28"/>
          <w:szCs w:val="28"/>
        </w:rPr>
        <w:t xml:space="preserve">, </w:t>
      </w:r>
      <w:proofErr w:type="spellStart"/>
      <w:r w:rsidRPr="0001394D">
        <w:rPr>
          <w:sz w:val="28"/>
          <w:szCs w:val="28"/>
        </w:rPr>
        <w:t>жобалық</w:t>
      </w:r>
      <w:proofErr w:type="spellEnd"/>
      <w:r w:rsidRPr="0001394D">
        <w:rPr>
          <w:sz w:val="28"/>
          <w:szCs w:val="28"/>
        </w:rPr>
        <w:t xml:space="preserve">, </w:t>
      </w:r>
      <w:proofErr w:type="spellStart"/>
      <w:r w:rsidRPr="0001394D">
        <w:rPr>
          <w:sz w:val="28"/>
          <w:szCs w:val="28"/>
        </w:rPr>
        <w:t>зерттеушілік</w:t>
      </w:r>
      <w:proofErr w:type="spellEnd"/>
      <w:r w:rsidRPr="0001394D">
        <w:rPr>
          <w:sz w:val="28"/>
          <w:szCs w:val="28"/>
        </w:rPr>
        <w:t xml:space="preserve"> </w:t>
      </w:r>
      <w:proofErr w:type="spellStart"/>
      <w:r w:rsidRPr="0001394D">
        <w:rPr>
          <w:sz w:val="28"/>
          <w:szCs w:val="28"/>
        </w:rPr>
        <w:t>немесе</w:t>
      </w:r>
      <w:proofErr w:type="spellEnd"/>
      <w:r w:rsidRPr="0001394D">
        <w:rPr>
          <w:sz w:val="28"/>
          <w:szCs w:val="28"/>
        </w:rPr>
        <w:t xml:space="preserve"> </w:t>
      </w:r>
      <w:proofErr w:type="spellStart"/>
      <w:r w:rsidRPr="0001394D">
        <w:rPr>
          <w:sz w:val="28"/>
          <w:szCs w:val="28"/>
        </w:rPr>
        <w:t>шығармашылық</w:t>
      </w:r>
      <w:proofErr w:type="spellEnd"/>
      <w:r w:rsidRPr="0001394D">
        <w:rPr>
          <w:sz w:val="28"/>
          <w:szCs w:val="28"/>
        </w:rPr>
        <w:t xml:space="preserve"> </w:t>
      </w:r>
      <w:proofErr w:type="spellStart"/>
      <w:r w:rsidRPr="0001394D">
        <w:rPr>
          <w:sz w:val="28"/>
          <w:szCs w:val="28"/>
        </w:rPr>
        <w:t>сабақ</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w:t>
      </w:r>
      <w:proofErr w:type="spellStart"/>
      <w:r w:rsidRPr="0001394D">
        <w:rPr>
          <w:sz w:val="28"/>
          <w:szCs w:val="28"/>
        </w:rPr>
        <w:t>екі</w:t>
      </w:r>
      <w:proofErr w:type="spellEnd"/>
      <w:r w:rsidRPr="0001394D">
        <w:rPr>
          <w:sz w:val="28"/>
          <w:szCs w:val="28"/>
        </w:rPr>
        <w:t xml:space="preserve"> </w:t>
      </w:r>
      <w:proofErr w:type="spellStart"/>
      <w:r w:rsidRPr="0001394D">
        <w:rPr>
          <w:sz w:val="28"/>
          <w:szCs w:val="28"/>
        </w:rPr>
        <w:t>практикалық-бағдарлы</w:t>
      </w:r>
      <w:proofErr w:type="spellEnd"/>
      <w:r w:rsidRPr="0001394D">
        <w:rPr>
          <w:sz w:val="28"/>
          <w:szCs w:val="28"/>
        </w:rPr>
        <w:t xml:space="preserve"> </w:t>
      </w:r>
      <w:proofErr w:type="spellStart"/>
      <w:r w:rsidRPr="0001394D">
        <w:rPr>
          <w:sz w:val="28"/>
          <w:szCs w:val="28"/>
        </w:rPr>
        <w:t>сабақ</w:t>
      </w:r>
      <w:proofErr w:type="spellEnd"/>
      <w:r w:rsidRPr="0001394D">
        <w:rPr>
          <w:sz w:val="28"/>
          <w:szCs w:val="28"/>
        </w:rPr>
        <w:t xml:space="preserve">, </w:t>
      </w:r>
      <w:proofErr w:type="spellStart"/>
      <w:r w:rsidRPr="0001394D">
        <w:rPr>
          <w:sz w:val="28"/>
          <w:szCs w:val="28"/>
        </w:rPr>
        <w:t>сондай-ақ</w:t>
      </w:r>
      <w:proofErr w:type="spellEnd"/>
      <w:r w:rsidRPr="0001394D">
        <w:rPr>
          <w:sz w:val="28"/>
          <w:szCs w:val="28"/>
        </w:rPr>
        <w:t xml:space="preserve"> </w:t>
      </w:r>
      <w:proofErr w:type="spellStart"/>
      <w:r w:rsidRPr="0001394D">
        <w:rPr>
          <w:sz w:val="28"/>
          <w:szCs w:val="28"/>
        </w:rPr>
        <w:t>кемінде</w:t>
      </w:r>
      <w:proofErr w:type="spellEnd"/>
      <w:r w:rsidRPr="0001394D">
        <w:rPr>
          <w:sz w:val="28"/>
          <w:szCs w:val="28"/>
        </w:rPr>
        <w:t xml:space="preserve"> </w:t>
      </w:r>
      <w:proofErr w:type="spellStart"/>
      <w:r w:rsidRPr="0001394D">
        <w:rPr>
          <w:sz w:val="28"/>
          <w:szCs w:val="28"/>
        </w:rPr>
        <w:t>екі</w:t>
      </w:r>
      <w:proofErr w:type="spellEnd"/>
      <w:r w:rsidRPr="0001394D">
        <w:rPr>
          <w:sz w:val="28"/>
          <w:szCs w:val="28"/>
        </w:rPr>
        <w:t xml:space="preserve"> </w:t>
      </w:r>
      <w:proofErr w:type="spellStart"/>
      <w:r w:rsidRPr="0001394D">
        <w:rPr>
          <w:sz w:val="28"/>
          <w:szCs w:val="28"/>
        </w:rPr>
        <w:t>тәрбиелік</w:t>
      </w:r>
      <w:proofErr w:type="spellEnd"/>
      <w:r w:rsidRPr="0001394D">
        <w:rPr>
          <w:sz w:val="28"/>
          <w:szCs w:val="28"/>
        </w:rPr>
        <w:t xml:space="preserve"> </w:t>
      </w:r>
      <w:proofErr w:type="spellStart"/>
      <w:r w:rsidRPr="0001394D">
        <w:rPr>
          <w:sz w:val="28"/>
          <w:szCs w:val="28"/>
        </w:rPr>
        <w:t>іс-шара</w:t>
      </w:r>
      <w:proofErr w:type="spellEnd"/>
      <w:r w:rsidRPr="0001394D">
        <w:rPr>
          <w:sz w:val="28"/>
          <w:szCs w:val="28"/>
        </w:rPr>
        <w:t xml:space="preserve"> </w:t>
      </w:r>
      <w:proofErr w:type="spellStart"/>
      <w:r w:rsidRPr="0001394D">
        <w:rPr>
          <w:sz w:val="28"/>
          <w:szCs w:val="28"/>
        </w:rPr>
        <w:t>немесе</w:t>
      </w:r>
      <w:proofErr w:type="spellEnd"/>
      <w:r w:rsidRPr="0001394D">
        <w:rPr>
          <w:sz w:val="28"/>
          <w:szCs w:val="28"/>
        </w:rPr>
        <w:t xml:space="preserve"> </w:t>
      </w:r>
      <w:proofErr w:type="spellStart"/>
      <w:r w:rsidRPr="0001394D">
        <w:rPr>
          <w:sz w:val="28"/>
          <w:szCs w:val="28"/>
        </w:rPr>
        <w:t>жоба</w:t>
      </w:r>
      <w:proofErr w:type="spellEnd"/>
      <w:r w:rsidRPr="0001394D">
        <w:rPr>
          <w:sz w:val="28"/>
          <w:szCs w:val="28"/>
        </w:rPr>
        <w:t xml:space="preserve"> </w:t>
      </w:r>
      <w:proofErr w:type="spellStart"/>
      <w:r w:rsidRPr="0001394D">
        <w:rPr>
          <w:sz w:val="28"/>
          <w:szCs w:val="28"/>
        </w:rPr>
        <w:t>өткізу</w:t>
      </w:r>
      <w:proofErr w:type="spellEnd"/>
      <w:r w:rsidRPr="0001394D">
        <w:rPr>
          <w:sz w:val="28"/>
          <w:szCs w:val="28"/>
        </w:rPr>
        <w:t xml:space="preserve"> </w:t>
      </w:r>
      <w:proofErr w:type="spellStart"/>
      <w:r w:rsidRPr="0001394D">
        <w:rPr>
          <w:sz w:val="28"/>
          <w:szCs w:val="28"/>
        </w:rPr>
        <w:t>көзделеді</w:t>
      </w:r>
      <w:proofErr w:type="spellEnd"/>
      <w:r w:rsidRPr="0001394D">
        <w:rPr>
          <w:sz w:val="28"/>
          <w:szCs w:val="28"/>
        </w:rPr>
        <w:t>.</w:t>
      </w:r>
    </w:p>
    <w:p w14:paraId="3D9204E8" w14:textId="77777777" w:rsidR="0001394D" w:rsidRPr="0001394D" w:rsidRDefault="0001394D" w:rsidP="00D101F4">
      <w:pPr>
        <w:jc w:val="both"/>
      </w:pPr>
    </w:p>
    <w:tbl>
      <w:tblPr>
        <w:tblStyle w:val="aff0"/>
        <w:tblW w:w="0" w:type="auto"/>
        <w:jc w:val="center"/>
        <w:tblLook w:val="04A0" w:firstRow="1" w:lastRow="0" w:firstColumn="1" w:lastColumn="0" w:noHBand="0" w:noVBand="1"/>
      </w:tblPr>
      <w:tblGrid>
        <w:gridCol w:w="2268"/>
        <w:gridCol w:w="2551"/>
        <w:gridCol w:w="2551"/>
        <w:gridCol w:w="2268"/>
      </w:tblGrid>
      <w:tr w:rsidR="00B91334" w14:paraId="71B3AD64" w14:textId="77777777">
        <w:trPr>
          <w:tblHeader/>
          <w:jc w:val="center"/>
        </w:trPr>
        <w:tc>
          <w:tcPr>
            <w:tcW w:w="2268" w:type="dxa"/>
            <w:shd w:val="clear" w:color="auto" w:fill="D9EAD3"/>
          </w:tcPr>
          <w:p w14:paraId="14C4F97F" w14:textId="276108A1" w:rsidR="00B91334" w:rsidRPr="008F0ECE" w:rsidRDefault="002470DA" w:rsidP="002470DA">
            <w:pPr>
              <w:ind w:firstLine="0"/>
              <w:jc w:val="center"/>
              <w:rPr>
                <w:b/>
                <w:bCs/>
              </w:rPr>
            </w:pPr>
            <w:proofErr w:type="spellStart"/>
            <w:r w:rsidRPr="008F0ECE">
              <w:rPr>
                <w:b/>
                <w:bCs/>
              </w:rPr>
              <w:lastRenderedPageBreak/>
              <w:t>Білім</w:t>
            </w:r>
            <w:proofErr w:type="spellEnd"/>
            <w:r w:rsidRPr="008F0ECE">
              <w:rPr>
                <w:b/>
                <w:bCs/>
              </w:rPr>
              <w:t xml:space="preserve"> </w:t>
            </w:r>
            <w:proofErr w:type="spellStart"/>
            <w:r w:rsidRPr="008F0ECE">
              <w:rPr>
                <w:b/>
                <w:bCs/>
              </w:rPr>
              <w:t>беру</w:t>
            </w:r>
            <w:proofErr w:type="spellEnd"/>
            <w:r w:rsidRPr="008F0ECE">
              <w:rPr>
                <w:b/>
                <w:bCs/>
              </w:rPr>
              <w:t xml:space="preserve"> </w:t>
            </w:r>
            <w:proofErr w:type="spellStart"/>
            <w:r w:rsidRPr="008F0ECE">
              <w:rPr>
                <w:b/>
                <w:bCs/>
              </w:rPr>
              <w:t>модулінің</w:t>
            </w:r>
            <w:proofErr w:type="spellEnd"/>
            <w:r w:rsidRPr="008F0ECE">
              <w:rPr>
                <w:b/>
                <w:bCs/>
              </w:rPr>
              <w:t xml:space="preserve"> </w:t>
            </w:r>
            <w:proofErr w:type="spellStart"/>
            <w:r w:rsidRPr="008F0ECE">
              <w:rPr>
                <w:b/>
                <w:bCs/>
              </w:rPr>
              <w:t>бағыты</w:t>
            </w:r>
            <w:proofErr w:type="spellEnd"/>
          </w:p>
        </w:tc>
        <w:tc>
          <w:tcPr>
            <w:tcW w:w="2551" w:type="dxa"/>
            <w:shd w:val="clear" w:color="auto" w:fill="D9EAD3"/>
          </w:tcPr>
          <w:p w14:paraId="63A43EEC" w14:textId="1AE8655B" w:rsidR="00B91334" w:rsidRPr="008F0ECE" w:rsidRDefault="002470DA" w:rsidP="002470DA">
            <w:pPr>
              <w:ind w:firstLine="0"/>
              <w:jc w:val="center"/>
              <w:rPr>
                <w:b/>
                <w:bCs/>
              </w:rPr>
            </w:pPr>
            <w:proofErr w:type="spellStart"/>
            <w:r w:rsidRPr="008F0ECE">
              <w:rPr>
                <w:b/>
                <w:bCs/>
              </w:rPr>
              <w:t>Мазмұны</w:t>
            </w:r>
            <w:proofErr w:type="spellEnd"/>
          </w:p>
        </w:tc>
        <w:tc>
          <w:tcPr>
            <w:tcW w:w="2551" w:type="dxa"/>
            <w:shd w:val="clear" w:color="auto" w:fill="D9EAD3"/>
          </w:tcPr>
          <w:p w14:paraId="2F0ED002" w14:textId="4D53E519" w:rsidR="00B91334" w:rsidRPr="008F0ECE" w:rsidRDefault="002470DA" w:rsidP="002470DA">
            <w:pPr>
              <w:ind w:firstLine="0"/>
              <w:jc w:val="center"/>
              <w:rPr>
                <w:b/>
                <w:bCs/>
              </w:rPr>
            </w:pPr>
            <w:proofErr w:type="spellStart"/>
            <w:r w:rsidRPr="008F0ECE">
              <w:rPr>
                <w:b/>
                <w:bCs/>
              </w:rPr>
              <w:t>Іске</w:t>
            </w:r>
            <w:proofErr w:type="spellEnd"/>
            <w:r w:rsidRPr="008F0ECE">
              <w:rPr>
                <w:b/>
                <w:bCs/>
              </w:rPr>
              <w:t xml:space="preserve"> </w:t>
            </w:r>
            <w:proofErr w:type="spellStart"/>
            <w:r w:rsidRPr="008F0ECE">
              <w:rPr>
                <w:b/>
                <w:bCs/>
              </w:rPr>
              <w:t>асыру</w:t>
            </w:r>
            <w:proofErr w:type="spellEnd"/>
            <w:r w:rsidRPr="008F0ECE">
              <w:rPr>
                <w:b/>
                <w:bCs/>
              </w:rPr>
              <w:t xml:space="preserve"> </w:t>
            </w:r>
            <w:proofErr w:type="spellStart"/>
            <w:r w:rsidRPr="008F0ECE">
              <w:rPr>
                <w:b/>
                <w:bCs/>
              </w:rPr>
              <w:t>формалары</w:t>
            </w:r>
            <w:proofErr w:type="spellEnd"/>
          </w:p>
        </w:tc>
        <w:tc>
          <w:tcPr>
            <w:tcW w:w="2268" w:type="dxa"/>
            <w:shd w:val="clear" w:color="auto" w:fill="D9EAD3"/>
          </w:tcPr>
          <w:p w14:paraId="664EA242" w14:textId="7EF7FD5C" w:rsidR="00B91334" w:rsidRPr="008F0ECE" w:rsidRDefault="002470DA" w:rsidP="002470DA">
            <w:pPr>
              <w:ind w:firstLine="0"/>
              <w:jc w:val="center"/>
              <w:rPr>
                <w:b/>
                <w:bCs/>
              </w:rPr>
            </w:pPr>
            <w:proofErr w:type="spellStart"/>
            <w:r w:rsidRPr="008F0ECE">
              <w:rPr>
                <w:b/>
                <w:bCs/>
              </w:rPr>
              <w:t>Нәтиже</w:t>
            </w:r>
            <w:proofErr w:type="spellEnd"/>
          </w:p>
        </w:tc>
      </w:tr>
      <w:tr w:rsidR="00B91334" w14:paraId="3ECEE2F4" w14:textId="77777777">
        <w:trPr>
          <w:jc w:val="center"/>
        </w:trPr>
        <w:tc>
          <w:tcPr>
            <w:tcW w:w="2268" w:type="dxa"/>
          </w:tcPr>
          <w:p w14:paraId="150FD95B" w14:textId="374DC4B7" w:rsidR="00B91334" w:rsidRDefault="002470DA" w:rsidP="002470DA">
            <w:pPr>
              <w:ind w:firstLine="0"/>
              <w:jc w:val="both"/>
            </w:pPr>
            <w:proofErr w:type="spellStart"/>
            <w:r>
              <w:t>Қауіпсіздік</w:t>
            </w:r>
            <w:proofErr w:type="spellEnd"/>
            <w:r>
              <w:t xml:space="preserve"> </w:t>
            </w:r>
            <w:proofErr w:type="spellStart"/>
            <w:r>
              <w:t>және</w:t>
            </w:r>
            <w:proofErr w:type="spellEnd"/>
            <w:r>
              <w:t xml:space="preserve"> </w:t>
            </w:r>
            <w:proofErr w:type="spellStart"/>
            <w:r>
              <w:t>туристік</w:t>
            </w:r>
            <w:proofErr w:type="spellEnd"/>
            <w:r>
              <w:t xml:space="preserve"> </w:t>
            </w:r>
            <w:proofErr w:type="spellStart"/>
            <w:r>
              <w:t>мәдениет</w:t>
            </w:r>
            <w:proofErr w:type="spellEnd"/>
          </w:p>
        </w:tc>
        <w:tc>
          <w:tcPr>
            <w:tcW w:w="2551" w:type="dxa"/>
          </w:tcPr>
          <w:p w14:paraId="1C122DA3" w14:textId="0123F9F9" w:rsidR="00B91334" w:rsidRPr="002470DA" w:rsidRDefault="002470DA" w:rsidP="002470DA">
            <w:pPr>
              <w:ind w:firstLine="0"/>
              <w:jc w:val="both"/>
            </w:pPr>
            <w:proofErr w:type="spellStart"/>
            <w:r>
              <w:t>Мінез-құлық</w:t>
            </w:r>
            <w:proofErr w:type="spellEnd"/>
            <w:r>
              <w:t xml:space="preserve"> </w:t>
            </w:r>
            <w:proofErr w:type="spellStart"/>
            <w:r>
              <w:t>ережелері</w:t>
            </w:r>
            <w:proofErr w:type="spellEnd"/>
            <w:r>
              <w:t xml:space="preserve">, </w:t>
            </w:r>
            <w:proofErr w:type="spellStart"/>
            <w:r>
              <w:t>маршруттық</w:t>
            </w:r>
            <w:proofErr w:type="spellEnd"/>
            <w:r>
              <w:t xml:space="preserve"> </w:t>
            </w:r>
            <w:proofErr w:type="spellStart"/>
            <w:r>
              <w:t>тәртіп</w:t>
            </w:r>
            <w:proofErr w:type="spellEnd"/>
            <w:r>
              <w:t xml:space="preserve">, </w:t>
            </w:r>
            <w:proofErr w:type="spellStart"/>
            <w:r>
              <w:t>қауіпсіз</w:t>
            </w:r>
            <w:proofErr w:type="spellEnd"/>
            <w:r>
              <w:t xml:space="preserve"> </w:t>
            </w:r>
            <w:proofErr w:type="spellStart"/>
            <w:r>
              <w:t>қатысу</w:t>
            </w:r>
            <w:proofErr w:type="spellEnd"/>
          </w:p>
        </w:tc>
        <w:tc>
          <w:tcPr>
            <w:tcW w:w="2551" w:type="dxa"/>
          </w:tcPr>
          <w:p w14:paraId="006D74D3" w14:textId="72648640" w:rsidR="00B91334" w:rsidRDefault="002470DA" w:rsidP="002470DA">
            <w:pPr>
              <w:ind w:firstLine="0"/>
              <w:jc w:val="both"/>
            </w:pPr>
            <w:proofErr w:type="spellStart"/>
            <w:r>
              <w:t>Нұсқа</w:t>
            </w:r>
            <w:proofErr w:type="spellEnd"/>
            <w:r>
              <w:rPr>
                <w:lang w:val="kk-KZ"/>
              </w:rPr>
              <w:t>улықтар</w:t>
            </w:r>
            <w:r>
              <w:t xml:space="preserve">, </w:t>
            </w:r>
            <w:proofErr w:type="spellStart"/>
            <w:r>
              <w:t>ойындар</w:t>
            </w:r>
            <w:proofErr w:type="spellEnd"/>
            <w:r>
              <w:t xml:space="preserve">, </w:t>
            </w:r>
            <w:proofErr w:type="spellStart"/>
            <w:r>
              <w:t>жадынамалар</w:t>
            </w:r>
            <w:proofErr w:type="spellEnd"/>
            <w:r>
              <w:t xml:space="preserve">, </w:t>
            </w:r>
            <w:proofErr w:type="spellStart"/>
            <w:r>
              <w:t>кейстер</w:t>
            </w:r>
            <w:proofErr w:type="spellEnd"/>
          </w:p>
        </w:tc>
        <w:tc>
          <w:tcPr>
            <w:tcW w:w="2268" w:type="dxa"/>
          </w:tcPr>
          <w:p w14:paraId="02277562" w14:textId="1532BB4C" w:rsidR="00B91334" w:rsidRDefault="002470DA" w:rsidP="002470DA">
            <w:pPr>
              <w:ind w:firstLine="0"/>
              <w:jc w:val="both"/>
            </w:pPr>
            <w:proofErr w:type="spellStart"/>
            <w:r>
              <w:t>Жауапты</w:t>
            </w:r>
            <w:proofErr w:type="spellEnd"/>
            <w:r>
              <w:t xml:space="preserve"> </w:t>
            </w:r>
            <w:proofErr w:type="spellStart"/>
            <w:r>
              <w:t>және</w:t>
            </w:r>
            <w:proofErr w:type="spellEnd"/>
            <w:r>
              <w:t xml:space="preserve"> </w:t>
            </w:r>
            <w:proofErr w:type="spellStart"/>
            <w:r>
              <w:t>қауіпсіз</w:t>
            </w:r>
            <w:proofErr w:type="spellEnd"/>
            <w:r>
              <w:t xml:space="preserve"> </w:t>
            </w:r>
            <w:proofErr w:type="spellStart"/>
            <w:r>
              <w:t>мінез-құлық</w:t>
            </w:r>
            <w:proofErr w:type="spellEnd"/>
          </w:p>
        </w:tc>
      </w:tr>
      <w:tr w:rsidR="00B91334" w14:paraId="1496BCA9" w14:textId="77777777">
        <w:trPr>
          <w:jc w:val="center"/>
        </w:trPr>
        <w:tc>
          <w:tcPr>
            <w:tcW w:w="2268" w:type="dxa"/>
          </w:tcPr>
          <w:p w14:paraId="21E59261" w14:textId="6F1FC196" w:rsidR="00B91334" w:rsidRDefault="002470DA" w:rsidP="002470DA">
            <w:pPr>
              <w:ind w:firstLine="0"/>
              <w:jc w:val="both"/>
            </w:pPr>
            <w:proofErr w:type="spellStart"/>
            <w:r>
              <w:t>Бағдарлау</w:t>
            </w:r>
            <w:proofErr w:type="spellEnd"/>
            <w:r>
              <w:t xml:space="preserve"> </w:t>
            </w:r>
            <w:proofErr w:type="spellStart"/>
            <w:r>
              <w:t>және</w:t>
            </w:r>
            <w:proofErr w:type="spellEnd"/>
            <w:r>
              <w:t xml:space="preserve"> </w:t>
            </w:r>
            <w:proofErr w:type="spellStart"/>
            <w:r>
              <w:t>маршруттар</w:t>
            </w:r>
            <w:proofErr w:type="spellEnd"/>
          </w:p>
        </w:tc>
        <w:tc>
          <w:tcPr>
            <w:tcW w:w="2551" w:type="dxa"/>
          </w:tcPr>
          <w:p w14:paraId="7F2D5565" w14:textId="2F2410D4" w:rsidR="00B91334" w:rsidRPr="002470DA" w:rsidRDefault="002470DA" w:rsidP="002470DA">
            <w:pPr>
              <w:ind w:firstLine="0"/>
              <w:jc w:val="both"/>
            </w:pPr>
            <w:proofErr w:type="spellStart"/>
            <w:r>
              <w:t>Сызбалар</w:t>
            </w:r>
            <w:proofErr w:type="spellEnd"/>
            <w:r>
              <w:t xml:space="preserve">, </w:t>
            </w:r>
            <w:proofErr w:type="spellStart"/>
            <w:r>
              <w:t>бағдарлар</w:t>
            </w:r>
            <w:proofErr w:type="spellEnd"/>
            <w:r>
              <w:t xml:space="preserve">, </w:t>
            </w:r>
            <w:proofErr w:type="spellStart"/>
            <w:r>
              <w:t>маршрут</w:t>
            </w:r>
            <w:proofErr w:type="spellEnd"/>
            <w:r>
              <w:t xml:space="preserve"> </w:t>
            </w:r>
            <w:proofErr w:type="spellStart"/>
            <w:r>
              <w:t>парақтары</w:t>
            </w:r>
            <w:proofErr w:type="spellEnd"/>
            <w:r>
              <w:t xml:space="preserve">, </w:t>
            </w:r>
            <w:proofErr w:type="spellStart"/>
            <w:r>
              <w:t>топпен</w:t>
            </w:r>
            <w:proofErr w:type="spellEnd"/>
            <w:r>
              <w:t xml:space="preserve"> </w:t>
            </w:r>
            <w:proofErr w:type="spellStart"/>
            <w:r>
              <w:t>қозғалу</w:t>
            </w:r>
            <w:proofErr w:type="spellEnd"/>
          </w:p>
        </w:tc>
        <w:tc>
          <w:tcPr>
            <w:tcW w:w="2551" w:type="dxa"/>
          </w:tcPr>
          <w:p w14:paraId="093212CF" w14:textId="57809435" w:rsidR="00B91334" w:rsidRDefault="002470DA" w:rsidP="002470DA">
            <w:pPr>
              <w:ind w:firstLine="0"/>
              <w:jc w:val="both"/>
            </w:pPr>
            <w:proofErr w:type="spellStart"/>
            <w:r>
              <w:t>Квесттер</w:t>
            </w:r>
            <w:proofErr w:type="spellEnd"/>
            <w:r>
              <w:t xml:space="preserve">, </w:t>
            </w:r>
            <w:proofErr w:type="spellStart"/>
            <w:r>
              <w:t>станциялар</w:t>
            </w:r>
            <w:proofErr w:type="spellEnd"/>
            <w:r>
              <w:t xml:space="preserve">, </w:t>
            </w:r>
            <w:proofErr w:type="spellStart"/>
            <w:r>
              <w:t>маршруттық</w:t>
            </w:r>
            <w:proofErr w:type="spellEnd"/>
            <w:r>
              <w:t xml:space="preserve"> </w:t>
            </w:r>
            <w:proofErr w:type="spellStart"/>
            <w:r>
              <w:t>ойындар</w:t>
            </w:r>
            <w:proofErr w:type="spellEnd"/>
          </w:p>
        </w:tc>
        <w:tc>
          <w:tcPr>
            <w:tcW w:w="2268" w:type="dxa"/>
          </w:tcPr>
          <w:p w14:paraId="61084047" w14:textId="33EFC263" w:rsidR="00B91334" w:rsidRDefault="002470DA" w:rsidP="002470DA">
            <w:pPr>
              <w:ind w:firstLine="0"/>
              <w:jc w:val="both"/>
            </w:pPr>
            <w:proofErr w:type="spellStart"/>
            <w:r>
              <w:t>Бағдарлаудың</w:t>
            </w:r>
            <w:proofErr w:type="spellEnd"/>
            <w:r>
              <w:t xml:space="preserve"> </w:t>
            </w:r>
            <w:proofErr w:type="spellStart"/>
            <w:r>
              <w:t>бастапқы</w:t>
            </w:r>
            <w:proofErr w:type="spellEnd"/>
            <w:r>
              <w:t xml:space="preserve"> </w:t>
            </w:r>
            <w:proofErr w:type="spellStart"/>
            <w:r>
              <w:t>дағдылары</w:t>
            </w:r>
            <w:proofErr w:type="spellEnd"/>
          </w:p>
        </w:tc>
      </w:tr>
      <w:tr w:rsidR="00B91334" w14:paraId="79171632" w14:textId="77777777">
        <w:trPr>
          <w:jc w:val="center"/>
        </w:trPr>
        <w:tc>
          <w:tcPr>
            <w:tcW w:w="2268" w:type="dxa"/>
          </w:tcPr>
          <w:p w14:paraId="75D06334" w14:textId="0E7104C9" w:rsidR="00B91334" w:rsidRDefault="002470DA" w:rsidP="002470DA">
            <w:pPr>
              <w:ind w:firstLine="0"/>
              <w:jc w:val="both"/>
            </w:pPr>
            <w:proofErr w:type="spellStart"/>
            <w:r>
              <w:t>Туристік</w:t>
            </w:r>
            <w:proofErr w:type="spellEnd"/>
            <w:r>
              <w:t xml:space="preserve"> </w:t>
            </w:r>
            <w:proofErr w:type="spellStart"/>
            <w:r>
              <w:t>практикалық</w:t>
            </w:r>
            <w:proofErr w:type="spellEnd"/>
            <w:r>
              <w:t xml:space="preserve"> </w:t>
            </w:r>
            <w:proofErr w:type="spellStart"/>
            <w:r>
              <w:t>дағдылар</w:t>
            </w:r>
            <w:proofErr w:type="spellEnd"/>
          </w:p>
        </w:tc>
        <w:tc>
          <w:tcPr>
            <w:tcW w:w="2551" w:type="dxa"/>
          </w:tcPr>
          <w:p w14:paraId="567AAA7D" w14:textId="761DB5E9" w:rsidR="00B91334" w:rsidRPr="002470DA" w:rsidRDefault="002470DA" w:rsidP="002470DA">
            <w:pPr>
              <w:ind w:firstLine="0"/>
              <w:jc w:val="both"/>
            </w:pPr>
            <w:proofErr w:type="spellStart"/>
            <w:r>
              <w:t>Рюкзак</w:t>
            </w:r>
            <w:proofErr w:type="spellEnd"/>
            <w:r>
              <w:t xml:space="preserve">, </w:t>
            </w:r>
            <w:proofErr w:type="spellStart"/>
            <w:r>
              <w:t>бивак</w:t>
            </w:r>
            <w:proofErr w:type="spellEnd"/>
            <w:r>
              <w:t xml:space="preserve">, </w:t>
            </w:r>
            <w:proofErr w:type="spellStart"/>
            <w:r>
              <w:t>түйіндер</w:t>
            </w:r>
            <w:proofErr w:type="spellEnd"/>
            <w:r>
              <w:t xml:space="preserve">, </w:t>
            </w:r>
            <w:proofErr w:type="spellStart"/>
            <w:r>
              <w:t>қолда</w:t>
            </w:r>
            <w:proofErr w:type="spellEnd"/>
            <w:r>
              <w:t xml:space="preserve"> </w:t>
            </w:r>
            <w:proofErr w:type="spellStart"/>
            <w:r>
              <w:t>бар</w:t>
            </w:r>
            <w:proofErr w:type="spellEnd"/>
            <w:r>
              <w:t xml:space="preserve"> </w:t>
            </w:r>
            <w:proofErr w:type="spellStart"/>
            <w:r>
              <w:t>жабдықпен</w:t>
            </w:r>
            <w:proofErr w:type="spellEnd"/>
            <w:r>
              <w:t xml:space="preserve"> </w:t>
            </w:r>
            <w:proofErr w:type="spellStart"/>
            <w:r>
              <w:t>жұмыс</w:t>
            </w:r>
            <w:proofErr w:type="spellEnd"/>
          </w:p>
        </w:tc>
        <w:tc>
          <w:tcPr>
            <w:tcW w:w="2551" w:type="dxa"/>
          </w:tcPr>
          <w:p w14:paraId="3AEB6D21" w14:textId="07D528B8" w:rsidR="00B91334" w:rsidRPr="002470DA" w:rsidRDefault="002470DA" w:rsidP="002470DA">
            <w:pPr>
              <w:ind w:firstLine="0"/>
              <w:jc w:val="both"/>
              <w:rPr>
                <w:lang w:val="ru-RU"/>
              </w:rPr>
            </w:pPr>
            <w:proofErr w:type="spellStart"/>
            <w:r w:rsidRPr="002470DA">
              <w:rPr>
                <w:lang w:val="ru-RU"/>
              </w:rPr>
              <w:t>Практикумдар</w:t>
            </w:r>
            <w:proofErr w:type="spellEnd"/>
            <w:r w:rsidRPr="002470DA">
              <w:rPr>
                <w:lang w:val="ru-RU"/>
              </w:rPr>
              <w:t xml:space="preserve">, </w:t>
            </w:r>
            <w:proofErr w:type="spellStart"/>
            <w:r>
              <w:rPr>
                <w:lang w:val="ru-RU"/>
              </w:rPr>
              <w:t>шеберлік-сыныптар</w:t>
            </w:r>
            <w:proofErr w:type="spellEnd"/>
            <w:r w:rsidRPr="002470DA">
              <w:rPr>
                <w:lang w:val="ru-RU"/>
              </w:rPr>
              <w:t xml:space="preserve">, </w:t>
            </w:r>
            <w:proofErr w:type="spellStart"/>
            <w:r w:rsidRPr="002470DA">
              <w:rPr>
                <w:lang w:val="ru-RU"/>
              </w:rPr>
              <w:t>командалық</w:t>
            </w:r>
            <w:proofErr w:type="spellEnd"/>
            <w:r w:rsidRPr="002470DA">
              <w:rPr>
                <w:lang w:val="ru-RU"/>
              </w:rPr>
              <w:t xml:space="preserve"> </w:t>
            </w:r>
            <w:proofErr w:type="spellStart"/>
            <w:r w:rsidRPr="002470DA">
              <w:rPr>
                <w:lang w:val="ru-RU"/>
              </w:rPr>
              <w:t>тапсырмалар</w:t>
            </w:r>
            <w:proofErr w:type="spellEnd"/>
          </w:p>
        </w:tc>
        <w:tc>
          <w:tcPr>
            <w:tcW w:w="2268" w:type="dxa"/>
          </w:tcPr>
          <w:p w14:paraId="74C65E28" w14:textId="583253D3" w:rsidR="00B91334" w:rsidRDefault="002470DA" w:rsidP="002470DA">
            <w:pPr>
              <w:ind w:firstLine="0"/>
              <w:jc w:val="both"/>
            </w:pPr>
            <w:proofErr w:type="spellStart"/>
            <w:r>
              <w:t>Туристік</w:t>
            </w:r>
            <w:proofErr w:type="spellEnd"/>
            <w:r>
              <w:t xml:space="preserve"> </w:t>
            </w:r>
            <w:proofErr w:type="spellStart"/>
            <w:r>
              <w:t>дайындықтың</w:t>
            </w:r>
            <w:proofErr w:type="spellEnd"/>
            <w:r>
              <w:t xml:space="preserve"> </w:t>
            </w:r>
            <w:proofErr w:type="spellStart"/>
            <w:r>
              <w:t>практикалық</w:t>
            </w:r>
            <w:proofErr w:type="spellEnd"/>
            <w:r>
              <w:t xml:space="preserve"> </w:t>
            </w:r>
            <w:proofErr w:type="spellStart"/>
            <w:r>
              <w:t>тәжірибесі</w:t>
            </w:r>
            <w:proofErr w:type="spellEnd"/>
          </w:p>
        </w:tc>
      </w:tr>
      <w:tr w:rsidR="00B91334" w:rsidRPr="00655EAC" w14:paraId="56F991C7" w14:textId="77777777">
        <w:trPr>
          <w:jc w:val="center"/>
        </w:trPr>
        <w:tc>
          <w:tcPr>
            <w:tcW w:w="2268" w:type="dxa"/>
          </w:tcPr>
          <w:p w14:paraId="05BB6B23" w14:textId="3D6C0636" w:rsidR="00B91334" w:rsidRDefault="002470DA" w:rsidP="002470DA">
            <w:pPr>
              <w:ind w:firstLine="0"/>
              <w:jc w:val="both"/>
            </w:pPr>
            <w:proofErr w:type="spellStart"/>
            <w:r>
              <w:t>Спорттық</w:t>
            </w:r>
            <w:proofErr w:type="spellEnd"/>
            <w:r>
              <w:t xml:space="preserve"> </w:t>
            </w:r>
            <w:proofErr w:type="spellStart"/>
            <w:r>
              <w:t>ойындар</w:t>
            </w:r>
            <w:proofErr w:type="spellEnd"/>
            <w:r>
              <w:t xml:space="preserve"> </w:t>
            </w:r>
            <w:proofErr w:type="spellStart"/>
            <w:r>
              <w:t>және</w:t>
            </w:r>
            <w:proofErr w:type="spellEnd"/>
            <w:r>
              <w:t xml:space="preserve"> </w:t>
            </w:r>
            <w:proofErr w:type="spellStart"/>
            <w:r>
              <w:t>сынақтар</w:t>
            </w:r>
            <w:proofErr w:type="spellEnd"/>
          </w:p>
        </w:tc>
        <w:tc>
          <w:tcPr>
            <w:tcW w:w="2551" w:type="dxa"/>
          </w:tcPr>
          <w:p w14:paraId="0209D1A5" w14:textId="1A59155C" w:rsidR="00B91334" w:rsidRPr="002470DA" w:rsidRDefault="002470DA" w:rsidP="002470DA">
            <w:pPr>
              <w:ind w:firstLine="0"/>
              <w:jc w:val="both"/>
            </w:pPr>
            <w:proofErr w:type="spellStart"/>
            <w:r>
              <w:t>Қимыл-қозғалыс</w:t>
            </w:r>
            <w:proofErr w:type="spellEnd"/>
            <w:r>
              <w:t xml:space="preserve"> </w:t>
            </w:r>
            <w:proofErr w:type="spellStart"/>
            <w:r>
              <w:t>белсенділігі</w:t>
            </w:r>
            <w:proofErr w:type="spellEnd"/>
            <w:r>
              <w:t xml:space="preserve">, </w:t>
            </w:r>
            <w:proofErr w:type="spellStart"/>
            <w:r>
              <w:t>төзімділік</w:t>
            </w:r>
            <w:proofErr w:type="spellEnd"/>
            <w:r>
              <w:t xml:space="preserve">, </w:t>
            </w:r>
            <w:proofErr w:type="spellStart"/>
            <w:r>
              <w:t>ептілік</w:t>
            </w:r>
            <w:proofErr w:type="spellEnd"/>
            <w:r>
              <w:t xml:space="preserve">, </w:t>
            </w:r>
            <w:proofErr w:type="spellStart"/>
            <w:r>
              <w:t>зейін</w:t>
            </w:r>
            <w:proofErr w:type="spellEnd"/>
          </w:p>
        </w:tc>
        <w:tc>
          <w:tcPr>
            <w:tcW w:w="2551" w:type="dxa"/>
          </w:tcPr>
          <w:p w14:paraId="4DBC55B2" w14:textId="4EF850E9" w:rsidR="00B91334" w:rsidRDefault="002470DA" w:rsidP="002470DA">
            <w:pPr>
              <w:ind w:firstLine="0"/>
              <w:jc w:val="both"/>
            </w:pPr>
            <w:proofErr w:type="spellStart"/>
            <w:r>
              <w:t>Эстафеталар</w:t>
            </w:r>
            <w:proofErr w:type="spellEnd"/>
            <w:r>
              <w:t xml:space="preserve">, </w:t>
            </w:r>
            <w:proofErr w:type="spellStart"/>
            <w:r>
              <w:t>қимылды</w:t>
            </w:r>
            <w:proofErr w:type="spellEnd"/>
            <w:r>
              <w:t xml:space="preserve"> </w:t>
            </w:r>
            <w:proofErr w:type="spellStart"/>
            <w:r>
              <w:t>ойындар</w:t>
            </w:r>
            <w:proofErr w:type="spellEnd"/>
            <w:r>
              <w:t xml:space="preserve">, </w:t>
            </w:r>
            <w:proofErr w:type="spellStart"/>
            <w:r>
              <w:t>станциялар</w:t>
            </w:r>
            <w:proofErr w:type="spellEnd"/>
          </w:p>
        </w:tc>
        <w:tc>
          <w:tcPr>
            <w:tcW w:w="2268" w:type="dxa"/>
          </w:tcPr>
          <w:p w14:paraId="4D3074B1" w14:textId="0D86FC5E" w:rsidR="00B91334" w:rsidRPr="002470DA" w:rsidRDefault="002470DA" w:rsidP="002470DA">
            <w:pPr>
              <w:ind w:firstLine="0"/>
              <w:jc w:val="both"/>
              <w:rPr>
                <w:lang w:val="ru-RU"/>
              </w:rPr>
            </w:pPr>
            <w:proofErr w:type="spellStart"/>
            <w:r w:rsidRPr="002470DA">
              <w:rPr>
                <w:lang w:val="ru-RU"/>
              </w:rPr>
              <w:t>Денсаулықты</w:t>
            </w:r>
            <w:proofErr w:type="spellEnd"/>
            <w:r w:rsidRPr="002470DA">
              <w:rPr>
                <w:lang w:val="ru-RU"/>
              </w:rPr>
              <w:t xml:space="preserve"> </w:t>
            </w:r>
            <w:proofErr w:type="spellStart"/>
            <w:r>
              <w:rPr>
                <w:lang w:val="ru-RU"/>
              </w:rPr>
              <w:t>күшейту</w:t>
            </w:r>
            <w:proofErr w:type="spellEnd"/>
            <w:r w:rsidRPr="002470DA">
              <w:rPr>
                <w:lang w:val="ru-RU"/>
              </w:rPr>
              <w:t xml:space="preserve"> </w:t>
            </w:r>
            <w:proofErr w:type="spellStart"/>
            <w:r w:rsidRPr="002470DA">
              <w:rPr>
                <w:lang w:val="ru-RU"/>
              </w:rPr>
              <w:t>және</w:t>
            </w:r>
            <w:proofErr w:type="spellEnd"/>
            <w:r w:rsidRPr="002470DA">
              <w:rPr>
                <w:lang w:val="ru-RU"/>
              </w:rPr>
              <w:t xml:space="preserve"> </w:t>
            </w:r>
            <w:proofErr w:type="spellStart"/>
            <w:r w:rsidRPr="002470DA">
              <w:rPr>
                <w:lang w:val="ru-RU"/>
              </w:rPr>
              <w:t>командалық</w:t>
            </w:r>
            <w:proofErr w:type="spellEnd"/>
            <w:r w:rsidRPr="002470DA">
              <w:rPr>
                <w:lang w:val="ru-RU"/>
              </w:rPr>
              <w:t xml:space="preserve"> </w:t>
            </w:r>
            <w:proofErr w:type="spellStart"/>
            <w:r w:rsidRPr="002470DA">
              <w:rPr>
                <w:lang w:val="ru-RU"/>
              </w:rPr>
              <w:t>рух</w:t>
            </w:r>
            <w:proofErr w:type="spellEnd"/>
          </w:p>
        </w:tc>
      </w:tr>
      <w:tr w:rsidR="00B91334" w:rsidRPr="00655EAC" w14:paraId="0C914B4F" w14:textId="77777777">
        <w:trPr>
          <w:jc w:val="center"/>
        </w:trPr>
        <w:tc>
          <w:tcPr>
            <w:tcW w:w="2268" w:type="dxa"/>
          </w:tcPr>
          <w:p w14:paraId="3F5A5337" w14:textId="5341BC50" w:rsidR="00B91334" w:rsidRDefault="002470DA" w:rsidP="002470DA">
            <w:pPr>
              <w:ind w:firstLine="0"/>
              <w:jc w:val="both"/>
            </w:pPr>
            <w:proofErr w:type="spellStart"/>
            <w:r>
              <w:t>Өлкетану</w:t>
            </w:r>
            <w:proofErr w:type="spellEnd"/>
            <w:r>
              <w:t xml:space="preserve"> </w:t>
            </w:r>
            <w:proofErr w:type="spellStart"/>
            <w:r>
              <w:t>және</w:t>
            </w:r>
            <w:proofErr w:type="spellEnd"/>
            <w:r>
              <w:t xml:space="preserve"> </w:t>
            </w:r>
            <w:proofErr w:type="spellStart"/>
            <w:r>
              <w:t>экология</w:t>
            </w:r>
            <w:proofErr w:type="spellEnd"/>
          </w:p>
        </w:tc>
        <w:tc>
          <w:tcPr>
            <w:tcW w:w="2551" w:type="dxa"/>
          </w:tcPr>
          <w:p w14:paraId="0737293E" w14:textId="012C1E20" w:rsidR="00B91334" w:rsidRPr="002470DA" w:rsidRDefault="002470DA" w:rsidP="002470DA">
            <w:pPr>
              <w:ind w:firstLine="0"/>
              <w:jc w:val="both"/>
            </w:pPr>
            <w:proofErr w:type="spellStart"/>
            <w:r>
              <w:t>Табиғат</w:t>
            </w:r>
            <w:proofErr w:type="spellEnd"/>
            <w:r>
              <w:t xml:space="preserve">, </w:t>
            </w:r>
            <w:proofErr w:type="spellStart"/>
            <w:r>
              <w:t>жергілікті</w:t>
            </w:r>
            <w:proofErr w:type="spellEnd"/>
            <w:r>
              <w:t xml:space="preserve"> </w:t>
            </w:r>
            <w:proofErr w:type="spellStart"/>
            <w:r>
              <w:t>орта</w:t>
            </w:r>
            <w:proofErr w:type="spellEnd"/>
            <w:r>
              <w:t xml:space="preserve">, </w:t>
            </w:r>
            <w:proofErr w:type="spellStart"/>
            <w:r>
              <w:t>маршруттағы</w:t>
            </w:r>
            <w:proofErr w:type="spellEnd"/>
            <w:r>
              <w:t xml:space="preserve"> </w:t>
            </w:r>
            <w:proofErr w:type="spellStart"/>
            <w:r>
              <w:t>экологиялық</w:t>
            </w:r>
            <w:proofErr w:type="spellEnd"/>
            <w:r>
              <w:t xml:space="preserve"> </w:t>
            </w:r>
            <w:proofErr w:type="spellStart"/>
            <w:r>
              <w:t>мәдениет</w:t>
            </w:r>
            <w:proofErr w:type="spellEnd"/>
          </w:p>
        </w:tc>
        <w:tc>
          <w:tcPr>
            <w:tcW w:w="2551" w:type="dxa"/>
          </w:tcPr>
          <w:p w14:paraId="6A35F534" w14:textId="47216C18" w:rsidR="00B91334" w:rsidRPr="002470DA" w:rsidRDefault="002470DA" w:rsidP="002470DA">
            <w:pPr>
              <w:ind w:firstLine="0"/>
              <w:jc w:val="both"/>
              <w:rPr>
                <w:lang w:val="ru-RU"/>
              </w:rPr>
            </w:pPr>
            <w:proofErr w:type="spellStart"/>
            <w:r w:rsidRPr="002470DA">
              <w:rPr>
                <w:lang w:val="ru-RU"/>
              </w:rPr>
              <w:t>Бақылаулар</w:t>
            </w:r>
            <w:proofErr w:type="spellEnd"/>
            <w:r w:rsidRPr="002470DA">
              <w:rPr>
                <w:lang w:val="ru-RU"/>
              </w:rPr>
              <w:t xml:space="preserve">, эко-маршрут, </w:t>
            </w:r>
            <w:proofErr w:type="spellStart"/>
            <w:r w:rsidRPr="002470DA">
              <w:rPr>
                <w:lang w:val="ru-RU"/>
              </w:rPr>
              <w:t>қызықты</w:t>
            </w:r>
            <w:proofErr w:type="spellEnd"/>
            <w:r w:rsidRPr="002470DA">
              <w:rPr>
                <w:lang w:val="ru-RU"/>
              </w:rPr>
              <w:t xml:space="preserve"> </w:t>
            </w:r>
            <w:proofErr w:type="spellStart"/>
            <w:r w:rsidRPr="002470DA">
              <w:rPr>
                <w:lang w:val="ru-RU"/>
              </w:rPr>
              <w:t>жерлер</w:t>
            </w:r>
            <w:proofErr w:type="spellEnd"/>
            <w:r w:rsidRPr="002470DA">
              <w:rPr>
                <w:lang w:val="ru-RU"/>
              </w:rPr>
              <w:t xml:space="preserve"> </w:t>
            </w:r>
            <w:proofErr w:type="spellStart"/>
            <w:r w:rsidRPr="002470DA">
              <w:rPr>
                <w:lang w:val="ru-RU"/>
              </w:rPr>
              <w:t>картасы</w:t>
            </w:r>
            <w:proofErr w:type="spellEnd"/>
          </w:p>
        </w:tc>
        <w:tc>
          <w:tcPr>
            <w:tcW w:w="2268" w:type="dxa"/>
          </w:tcPr>
          <w:p w14:paraId="330CC93F" w14:textId="02973339" w:rsidR="00B91334" w:rsidRPr="002470DA" w:rsidRDefault="002470DA" w:rsidP="002470DA">
            <w:pPr>
              <w:ind w:firstLine="0"/>
              <w:jc w:val="both"/>
              <w:rPr>
                <w:lang w:val="ru-RU"/>
              </w:rPr>
            </w:pPr>
            <w:proofErr w:type="spellStart"/>
            <w:r w:rsidRPr="002470DA">
              <w:rPr>
                <w:lang w:val="ru-RU"/>
              </w:rPr>
              <w:t>Табиғатқа</w:t>
            </w:r>
            <w:proofErr w:type="spellEnd"/>
            <w:r w:rsidRPr="002470DA">
              <w:rPr>
                <w:lang w:val="ru-RU"/>
              </w:rPr>
              <w:t xml:space="preserve"> </w:t>
            </w:r>
            <w:proofErr w:type="spellStart"/>
            <w:r w:rsidRPr="002470DA">
              <w:rPr>
                <w:lang w:val="ru-RU"/>
              </w:rPr>
              <w:t>және</w:t>
            </w:r>
            <w:proofErr w:type="spellEnd"/>
            <w:r w:rsidRPr="002470DA">
              <w:rPr>
                <w:lang w:val="ru-RU"/>
              </w:rPr>
              <w:t xml:space="preserve"> </w:t>
            </w:r>
            <w:proofErr w:type="spellStart"/>
            <w:r w:rsidRPr="002470DA">
              <w:rPr>
                <w:lang w:val="ru-RU"/>
              </w:rPr>
              <w:t>туған</w:t>
            </w:r>
            <w:proofErr w:type="spellEnd"/>
            <w:r w:rsidRPr="002470DA">
              <w:rPr>
                <w:lang w:val="ru-RU"/>
              </w:rPr>
              <w:t xml:space="preserve"> </w:t>
            </w:r>
            <w:proofErr w:type="spellStart"/>
            <w:r w:rsidRPr="002470DA">
              <w:rPr>
                <w:lang w:val="ru-RU"/>
              </w:rPr>
              <w:t>өлкеге</w:t>
            </w:r>
            <w:proofErr w:type="spellEnd"/>
            <w:r w:rsidRPr="002470DA">
              <w:rPr>
                <w:lang w:val="ru-RU"/>
              </w:rPr>
              <w:t xml:space="preserve"> </w:t>
            </w:r>
            <w:proofErr w:type="spellStart"/>
            <w:r w:rsidRPr="002470DA">
              <w:rPr>
                <w:lang w:val="ru-RU"/>
              </w:rPr>
              <w:t>ұқыпты</w:t>
            </w:r>
            <w:proofErr w:type="spellEnd"/>
            <w:r w:rsidRPr="002470DA">
              <w:rPr>
                <w:lang w:val="ru-RU"/>
              </w:rPr>
              <w:t xml:space="preserve"> </w:t>
            </w:r>
            <w:proofErr w:type="spellStart"/>
            <w:r w:rsidRPr="002470DA">
              <w:rPr>
                <w:lang w:val="ru-RU"/>
              </w:rPr>
              <w:t>қарау</w:t>
            </w:r>
            <w:proofErr w:type="spellEnd"/>
          </w:p>
        </w:tc>
      </w:tr>
      <w:tr w:rsidR="00B91334" w:rsidRPr="002470DA" w14:paraId="7149F0B8" w14:textId="77777777">
        <w:trPr>
          <w:jc w:val="center"/>
        </w:trPr>
        <w:tc>
          <w:tcPr>
            <w:tcW w:w="2268" w:type="dxa"/>
          </w:tcPr>
          <w:p w14:paraId="3D02CBDF" w14:textId="359DFABE" w:rsidR="00B91334" w:rsidRDefault="002470DA" w:rsidP="002470DA">
            <w:pPr>
              <w:ind w:firstLine="0"/>
              <w:jc w:val="both"/>
            </w:pPr>
            <w:proofErr w:type="spellStart"/>
            <w:r>
              <w:t>Жобалық</w:t>
            </w:r>
            <w:proofErr w:type="spellEnd"/>
            <w:r>
              <w:t xml:space="preserve"> </w:t>
            </w:r>
            <w:proofErr w:type="spellStart"/>
            <w:r>
              <w:t>қызмет</w:t>
            </w:r>
            <w:proofErr w:type="spellEnd"/>
          </w:p>
        </w:tc>
        <w:tc>
          <w:tcPr>
            <w:tcW w:w="2551" w:type="dxa"/>
          </w:tcPr>
          <w:p w14:paraId="2F54105D" w14:textId="0A00E31B" w:rsidR="00B91334" w:rsidRPr="002470DA" w:rsidRDefault="002470DA" w:rsidP="002470DA">
            <w:pPr>
              <w:ind w:firstLine="0"/>
              <w:jc w:val="both"/>
              <w:rPr>
                <w:lang w:val="ru-RU"/>
              </w:rPr>
            </w:pPr>
            <w:proofErr w:type="spellStart"/>
            <w:r w:rsidRPr="002470DA">
              <w:rPr>
                <w:lang w:val="ru-RU"/>
              </w:rPr>
              <w:t>Командалық</w:t>
            </w:r>
            <w:proofErr w:type="spellEnd"/>
            <w:r w:rsidRPr="002470DA">
              <w:rPr>
                <w:lang w:val="ru-RU"/>
              </w:rPr>
              <w:t xml:space="preserve"> маршрут </w:t>
            </w:r>
            <w:proofErr w:type="spellStart"/>
            <w:r w:rsidRPr="002470DA">
              <w:rPr>
                <w:lang w:val="ru-RU"/>
              </w:rPr>
              <w:t>жобасы</w:t>
            </w:r>
            <w:proofErr w:type="spellEnd"/>
            <w:r w:rsidRPr="002470DA">
              <w:rPr>
                <w:lang w:val="ru-RU"/>
              </w:rPr>
              <w:t xml:space="preserve">, карта, </w:t>
            </w:r>
            <w:proofErr w:type="spellStart"/>
            <w:r w:rsidRPr="002470DA">
              <w:rPr>
                <w:lang w:val="ru-RU"/>
              </w:rPr>
              <w:t>жадынама</w:t>
            </w:r>
            <w:proofErr w:type="spellEnd"/>
            <w:r w:rsidRPr="002470DA">
              <w:rPr>
                <w:lang w:val="ru-RU"/>
              </w:rPr>
              <w:t>, презентация</w:t>
            </w:r>
          </w:p>
        </w:tc>
        <w:tc>
          <w:tcPr>
            <w:tcW w:w="2551" w:type="dxa"/>
          </w:tcPr>
          <w:p w14:paraId="47049E45" w14:textId="16D75DD0" w:rsidR="00B91334" w:rsidRDefault="002470DA" w:rsidP="002470DA">
            <w:pPr>
              <w:ind w:firstLine="0"/>
              <w:jc w:val="both"/>
            </w:pPr>
            <w:proofErr w:type="spellStart"/>
            <w:r>
              <w:t>Жобалық</w:t>
            </w:r>
            <w:proofErr w:type="spellEnd"/>
            <w:r>
              <w:t xml:space="preserve"> </w:t>
            </w:r>
            <w:proofErr w:type="spellStart"/>
            <w:r>
              <w:t>сессиялар</w:t>
            </w:r>
            <w:proofErr w:type="spellEnd"/>
            <w:r>
              <w:t xml:space="preserve">, </w:t>
            </w:r>
            <w:proofErr w:type="spellStart"/>
            <w:r>
              <w:t>қорғау</w:t>
            </w:r>
            <w:proofErr w:type="spellEnd"/>
            <w:r>
              <w:t xml:space="preserve">, </w:t>
            </w:r>
            <w:proofErr w:type="spellStart"/>
            <w:r>
              <w:t>фестиваль</w:t>
            </w:r>
            <w:proofErr w:type="spellEnd"/>
          </w:p>
        </w:tc>
        <w:tc>
          <w:tcPr>
            <w:tcW w:w="2268" w:type="dxa"/>
          </w:tcPr>
          <w:p w14:paraId="173898C8" w14:textId="35B51387" w:rsidR="00B91334" w:rsidRPr="002470DA" w:rsidRDefault="002470DA" w:rsidP="002470DA">
            <w:pPr>
              <w:ind w:firstLine="0"/>
              <w:jc w:val="both"/>
            </w:pPr>
            <w:proofErr w:type="spellStart"/>
            <w:r>
              <w:t>Бастамашылдық</w:t>
            </w:r>
            <w:proofErr w:type="spellEnd"/>
            <w:r>
              <w:t xml:space="preserve"> </w:t>
            </w:r>
            <w:proofErr w:type="spellStart"/>
            <w:r>
              <w:t>және</w:t>
            </w:r>
            <w:proofErr w:type="spellEnd"/>
            <w:r>
              <w:t xml:space="preserve"> </w:t>
            </w:r>
            <w:proofErr w:type="spellStart"/>
            <w:r>
              <w:t>таныстыру</w:t>
            </w:r>
            <w:proofErr w:type="spellEnd"/>
            <w:r>
              <w:t xml:space="preserve"> </w:t>
            </w:r>
            <w:proofErr w:type="spellStart"/>
            <w:r>
              <w:t>дағдыларын</w:t>
            </w:r>
            <w:proofErr w:type="spellEnd"/>
            <w:r>
              <w:t xml:space="preserve"> </w:t>
            </w:r>
            <w:proofErr w:type="spellStart"/>
            <w:r>
              <w:t>дамыту</w:t>
            </w:r>
            <w:proofErr w:type="spellEnd"/>
          </w:p>
        </w:tc>
      </w:tr>
    </w:tbl>
    <w:p w14:paraId="58DE97C5" w14:textId="77777777" w:rsidR="002470DA" w:rsidRPr="002470DA" w:rsidRDefault="002470DA" w:rsidP="00F41431">
      <w:pPr>
        <w:pStyle w:val="21"/>
      </w:pPr>
    </w:p>
    <w:p w14:paraId="7B9ABA65" w14:textId="77777777" w:rsidR="002470DA" w:rsidRPr="002470DA" w:rsidRDefault="002470DA" w:rsidP="002470DA">
      <w:pPr>
        <w:pStyle w:val="aff8"/>
        <w:numPr>
          <w:ilvl w:val="0"/>
          <w:numId w:val="16"/>
        </w:numPr>
        <w:tabs>
          <w:tab w:val="clear" w:pos="720"/>
          <w:tab w:val="num" w:pos="360"/>
          <w:tab w:val="left" w:pos="993"/>
        </w:tabs>
        <w:spacing w:before="0" w:beforeAutospacing="0" w:after="0" w:afterAutospacing="0"/>
        <w:ind w:left="0" w:firstLine="709"/>
        <w:jc w:val="both"/>
        <w:rPr>
          <w:b/>
          <w:sz w:val="28"/>
          <w:szCs w:val="28"/>
        </w:rPr>
      </w:pPr>
      <w:proofErr w:type="spellStart"/>
      <w:r w:rsidRPr="002470DA">
        <w:rPr>
          <w:b/>
          <w:sz w:val="28"/>
          <w:szCs w:val="28"/>
        </w:rPr>
        <w:t>Сауықтыру</w:t>
      </w:r>
      <w:proofErr w:type="spellEnd"/>
      <w:r w:rsidRPr="002470DA">
        <w:rPr>
          <w:b/>
          <w:sz w:val="28"/>
          <w:szCs w:val="28"/>
        </w:rPr>
        <w:t xml:space="preserve"> </w:t>
      </w:r>
      <w:proofErr w:type="spellStart"/>
      <w:r w:rsidRPr="002470DA">
        <w:rPr>
          <w:b/>
          <w:sz w:val="28"/>
          <w:szCs w:val="28"/>
        </w:rPr>
        <w:t>модулі</w:t>
      </w:r>
      <w:proofErr w:type="spellEnd"/>
    </w:p>
    <w:p w14:paraId="79EDBAE3" w14:textId="5A70A7C7" w:rsidR="002470DA" w:rsidRPr="00C65618" w:rsidRDefault="002470DA" w:rsidP="002470DA">
      <w:pPr>
        <w:pStyle w:val="aff8"/>
        <w:tabs>
          <w:tab w:val="num" w:pos="360"/>
        </w:tabs>
        <w:spacing w:before="0" w:beforeAutospacing="0" w:after="0" w:afterAutospacing="0"/>
        <w:ind w:firstLine="709"/>
        <w:jc w:val="both"/>
        <w:rPr>
          <w:sz w:val="28"/>
          <w:szCs w:val="28"/>
          <w:lang w:val="kk-KZ"/>
        </w:rPr>
      </w:pPr>
      <w:proofErr w:type="spellStart"/>
      <w:r w:rsidRPr="002470DA">
        <w:rPr>
          <w:sz w:val="28"/>
          <w:szCs w:val="28"/>
        </w:rPr>
        <w:t>Сауықтыру</w:t>
      </w:r>
      <w:proofErr w:type="spellEnd"/>
      <w:r w:rsidRPr="002470DA">
        <w:rPr>
          <w:sz w:val="28"/>
          <w:szCs w:val="28"/>
        </w:rPr>
        <w:t xml:space="preserve"> </w:t>
      </w:r>
      <w:proofErr w:type="spellStart"/>
      <w:r w:rsidRPr="002470DA">
        <w:rPr>
          <w:sz w:val="28"/>
          <w:szCs w:val="28"/>
        </w:rPr>
        <w:t>модулі</w:t>
      </w:r>
      <w:proofErr w:type="spellEnd"/>
      <w:r w:rsidRPr="002470DA">
        <w:rPr>
          <w:sz w:val="28"/>
          <w:szCs w:val="28"/>
        </w:rPr>
        <w:t xml:space="preserve"> </w:t>
      </w:r>
      <w:proofErr w:type="spellStart"/>
      <w:r w:rsidRPr="002470DA">
        <w:rPr>
          <w:sz w:val="28"/>
          <w:szCs w:val="28"/>
        </w:rPr>
        <w:t>қатысушылардың</w:t>
      </w:r>
      <w:proofErr w:type="spellEnd"/>
      <w:r w:rsidRPr="002470DA">
        <w:rPr>
          <w:sz w:val="28"/>
          <w:szCs w:val="28"/>
        </w:rPr>
        <w:t xml:space="preserve"> </w:t>
      </w:r>
      <w:proofErr w:type="spellStart"/>
      <w:r w:rsidRPr="002470DA">
        <w:rPr>
          <w:sz w:val="28"/>
          <w:szCs w:val="28"/>
        </w:rPr>
        <w:t>дене</w:t>
      </w:r>
      <w:proofErr w:type="spellEnd"/>
      <w:r w:rsidRPr="002470DA">
        <w:rPr>
          <w:sz w:val="28"/>
          <w:szCs w:val="28"/>
        </w:rPr>
        <w:t xml:space="preserve"> </w:t>
      </w:r>
      <w:proofErr w:type="spellStart"/>
      <w:r w:rsidRPr="002470DA">
        <w:rPr>
          <w:sz w:val="28"/>
          <w:szCs w:val="28"/>
        </w:rPr>
        <w:t>және</w:t>
      </w:r>
      <w:proofErr w:type="spellEnd"/>
      <w:r w:rsidRPr="002470DA">
        <w:rPr>
          <w:sz w:val="28"/>
          <w:szCs w:val="28"/>
        </w:rPr>
        <w:t xml:space="preserve"> </w:t>
      </w:r>
      <w:proofErr w:type="spellStart"/>
      <w:r w:rsidRPr="002470DA">
        <w:rPr>
          <w:sz w:val="28"/>
          <w:szCs w:val="28"/>
        </w:rPr>
        <w:t>психоэмоционалдық</w:t>
      </w:r>
      <w:proofErr w:type="spellEnd"/>
      <w:r w:rsidRPr="002470DA">
        <w:rPr>
          <w:sz w:val="28"/>
          <w:szCs w:val="28"/>
        </w:rPr>
        <w:t xml:space="preserve"> </w:t>
      </w:r>
      <w:proofErr w:type="spellStart"/>
      <w:r w:rsidRPr="002470DA">
        <w:rPr>
          <w:sz w:val="28"/>
          <w:szCs w:val="28"/>
        </w:rPr>
        <w:t>денсаулығын</w:t>
      </w:r>
      <w:proofErr w:type="spellEnd"/>
      <w:r w:rsidRPr="002470DA">
        <w:rPr>
          <w:sz w:val="28"/>
          <w:szCs w:val="28"/>
        </w:rPr>
        <w:t xml:space="preserve"> </w:t>
      </w:r>
      <w:r>
        <w:rPr>
          <w:sz w:val="28"/>
          <w:szCs w:val="28"/>
          <w:lang w:val="kk-KZ"/>
        </w:rPr>
        <w:t>күшейтуге</w:t>
      </w:r>
      <w:r w:rsidRPr="002470DA">
        <w:rPr>
          <w:sz w:val="28"/>
          <w:szCs w:val="28"/>
        </w:rPr>
        <w:t xml:space="preserve">, </w:t>
      </w:r>
      <w:proofErr w:type="spellStart"/>
      <w:r w:rsidRPr="002470DA">
        <w:rPr>
          <w:sz w:val="28"/>
          <w:szCs w:val="28"/>
        </w:rPr>
        <w:t>аурулар</w:t>
      </w:r>
      <w:proofErr w:type="spellEnd"/>
      <w:r w:rsidRPr="002470DA">
        <w:rPr>
          <w:sz w:val="28"/>
          <w:szCs w:val="28"/>
        </w:rPr>
        <w:t xml:space="preserve"> </w:t>
      </w:r>
      <w:proofErr w:type="spellStart"/>
      <w:r w:rsidRPr="002470DA">
        <w:rPr>
          <w:sz w:val="28"/>
          <w:szCs w:val="28"/>
        </w:rPr>
        <w:t>мен</w:t>
      </w:r>
      <w:proofErr w:type="spellEnd"/>
      <w:r w:rsidRPr="002470DA">
        <w:rPr>
          <w:sz w:val="28"/>
          <w:szCs w:val="28"/>
        </w:rPr>
        <w:t xml:space="preserve"> </w:t>
      </w:r>
      <w:proofErr w:type="spellStart"/>
      <w:r w:rsidRPr="002470DA">
        <w:rPr>
          <w:sz w:val="28"/>
          <w:szCs w:val="28"/>
        </w:rPr>
        <w:t>жарақаттардың</w:t>
      </w:r>
      <w:proofErr w:type="spellEnd"/>
      <w:r w:rsidRPr="002470DA">
        <w:rPr>
          <w:sz w:val="28"/>
          <w:szCs w:val="28"/>
        </w:rPr>
        <w:t xml:space="preserve"> </w:t>
      </w:r>
      <w:proofErr w:type="spellStart"/>
      <w:r w:rsidRPr="002470DA">
        <w:rPr>
          <w:sz w:val="28"/>
          <w:szCs w:val="28"/>
        </w:rPr>
        <w:t>алдын</w:t>
      </w:r>
      <w:proofErr w:type="spellEnd"/>
      <w:r w:rsidRPr="002470DA">
        <w:rPr>
          <w:sz w:val="28"/>
          <w:szCs w:val="28"/>
        </w:rPr>
        <w:t xml:space="preserve"> </w:t>
      </w:r>
      <w:proofErr w:type="spellStart"/>
      <w:r w:rsidRPr="002470DA">
        <w:rPr>
          <w:sz w:val="28"/>
          <w:szCs w:val="28"/>
        </w:rPr>
        <w:t>алуға</w:t>
      </w:r>
      <w:proofErr w:type="spellEnd"/>
      <w:r w:rsidRPr="002470DA">
        <w:rPr>
          <w:sz w:val="28"/>
          <w:szCs w:val="28"/>
        </w:rPr>
        <w:t xml:space="preserve">, </w:t>
      </w:r>
      <w:proofErr w:type="spellStart"/>
      <w:r w:rsidRPr="002470DA">
        <w:rPr>
          <w:sz w:val="28"/>
          <w:szCs w:val="28"/>
        </w:rPr>
        <w:t>салауатты</w:t>
      </w:r>
      <w:proofErr w:type="spellEnd"/>
      <w:r w:rsidRPr="002470DA">
        <w:rPr>
          <w:sz w:val="28"/>
          <w:szCs w:val="28"/>
        </w:rPr>
        <w:t xml:space="preserve"> </w:t>
      </w:r>
      <w:proofErr w:type="spellStart"/>
      <w:r w:rsidRPr="002470DA">
        <w:rPr>
          <w:sz w:val="28"/>
          <w:szCs w:val="28"/>
        </w:rPr>
        <w:t>өмір</w:t>
      </w:r>
      <w:proofErr w:type="spellEnd"/>
      <w:r w:rsidRPr="002470DA">
        <w:rPr>
          <w:sz w:val="28"/>
          <w:szCs w:val="28"/>
        </w:rPr>
        <w:t xml:space="preserve"> </w:t>
      </w:r>
      <w:proofErr w:type="spellStart"/>
      <w:r w:rsidRPr="002470DA">
        <w:rPr>
          <w:sz w:val="28"/>
          <w:szCs w:val="28"/>
        </w:rPr>
        <w:t>салтының</w:t>
      </w:r>
      <w:proofErr w:type="spellEnd"/>
      <w:r w:rsidRPr="002470DA">
        <w:rPr>
          <w:sz w:val="28"/>
          <w:szCs w:val="28"/>
        </w:rPr>
        <w:t xml:space="preserve"> </w:t>
      </w:r>
      <w:proofErr w:type="spellStart"/>
      <w:r w:rsidRPr="002470DA">
        <w:rPr>
          <w:sz w:val="28"/>
          <w:szCs w:val="28"/>
        </w:rPr>
        <w:t>тұрақты</w:t>
      </w:r>
      <w:proofErr w:type="spellEnd"/>
      <w:r w:rsidRPr="002470DA">
        <w:rPr>
          <w:sz w:val="28"/>
          <w:szCs w:val="28"/>
        </w:rPr>
        <w:t xml:space="preserve"> </w:t>
      </w:r>
      <w:proofErr w:type="spellStart"/>
      <w:r w:rsidRPr="002470DA">
        <w:rPr>
          <w:sz w:val="28"/>
          <w:szCs w:val="28"/>
        </w:rPr>
        <w:t>дағдыларын</w:t>
      </w:r>
      <w:proofErr w:type="spellEnd"/>
      <w:r w:rsidRPr="002470DA">
        <w:rPr>
          <w:sz w:val="28"/>
          <w:szCs w:val="28"/>
        </w:rPr>
        <w:t xml:space="preserve"> </w:t>
      </w:r>
      <w:proofErr w:type="spellStart"/>
      <w:r w:rsidRPr="002470DA">
        <w:rPr>
          <w:sz w:val="28"/>
          <w:szCs w:val="28"/>
        </w:rPr>
        <w:t>қалыптастыруға</w:t>
      </w:r>
      <w:proofErr w:type="spellEnd"/>
      <w:r w:rsidRPr="002470DA">
        <w:rPr>
          <w:sz w:val="28"/>
          <w:szCs w:val="28"/>
        </w:rPr>
        <w:t xml:space="preserve">, </w:t>
      </w:r>
      <w:proofErr w:type="spellStart"/>
      <w:r w:rsidRPr="002470DA">
        <w:rPr>
          <w:sz w:val="28"/>
          <w:szCs w:val="28"/>
        </w:rPr>
        <w:t>күн</w:t>
      </w:r>
      <w:proofErr w:type="spellEnd"/>
      <w:r w:rsidRPr="002470DA">
        <w:rPr>
          <w:sz w:val="28"/>
          <w:szCs w:val="28"/>
        </w:rPr>
        <w:t xml:space="preserve"> </w:t>
      </w:r>
      <w:proofErr w:type="spellStart"/>
      <w:r w:rsidRPr="002470DA">
        <w:rPr>
          <w:sz w:val="28"/>
          <w:szCs w:val="28"/>
        </w:rPr>
        <w:t>тәртібін</w:t>
      </w:r>
      <w:proofErr w:type="spellEnd"/>
      <w:r w:rsidRPr="002470DA">
        <w:rPr>
          <w:sz w:val="28"/>
          <w:szCs w:val="28"/>
        </w:rPr>
        <w:t xml:space="preserve">, </w:t>
      </w:r>
      <w:proofErr w:type="spellStart"/>
      <w:r w:rsidRPr="002470DA">
        <w:rPr>
          <w:sz w:val="28"/>
          <w:szCs w:val="28"/>
        </w:rPr>
        <w:t>демалысты</w:t>
      </w:r>
      <w:proofErr w:type="spellEnd"/>
      <w:r w:rsidRPr="002470DA">
        <w:rPr>
          <w:sz w:val="28"/>
          <w:szCs w:val="28"/>
        </w:rPr>
        <w:t xml:space="preserve">, </w:t>
      </w:r>
      <w:proofErr w:type="spellStart"/>
      <w:r w:rsidRPr="002470DA">
        <w:rPr>
          <w:sz w:val="28"/>
          <w:szCs w:val="28"/>
        </w:rPr>
        <w:t>тамақтануды</w:t>
      </w:r>
      <w:proofErr w:type="spellEnd"/>
      <w:r w:rsidRPr="002470DA">
        <w:rPr>
          <w:sz w:val="28"/>
          <w:szCs w:val="28"/>
        </w:rPr>
        <w:t xml:space="preserve"> </w:t>
      </w:r>
      <w:proofErr w:type="spellStart"/>
      <w:r w:rsidRPr="002470DA">
        <w:rPr>
          <w:sz w:val="28"/>
          <w:szCs w:val="28"/>
        </w:rPr>
        <w:t>және</w:t>
      </w:r>
      <w:proofErr w:type="spellEnd"/>
      <w:r w:rsidRPr="002470DA">
        <w:rPr>
          <w:sz w:val="28"/>
          <w:szCs w:val="28"/>
        </w:rPr>
        <w:t xml:space="preserve"> </w:t>
      </w:r>
      <w:proofErr w:type="spellStart"/>
      <w:r w:rsidRPr="002470DA">
        <w:rPr>
          <w:sz w:val="28"/>
          <w:szCs w:val="28"/>
        </w:rPr>
        <w:t>эмоционалдық</w:t>
      </w:r>
      <w:proofErr w:type="spellEnd"/>
      <w:r w:rsidRPr="002470DA">
        <w:rPr>
          <w:sz w:val="28"/>
          <w:szCs w:val="28"/>
        </w:rPr>
        <w:t xml:space="preserve"> </w:t>
      </w:r>
      <w:r>
        <w:rPr>
          <w:sz w:val="28"/>
          <w:szCs w:val="28"/>
          <w:lang w:val="kk-KZ"/>
        </w:rPr>
        <w:t>салауатты</w:t>
      </w:r>
      <w:r w:rsidRPr="002470DA">
        <w:rPr>
          <w:sz w:val="28"/>
          <w:szCs w:val="28"/>
        </w:rPr>
        <w:t xml:space="preserve"> </w:t>
      </w:r>
      <w:proofErr w:type="spellStart"/>
      <w:r w:rsidRPr="002470DA">
        <w:rPr>
          <w:sz w:val="28"/>
          <w:szCs w:val="28"/>
        </w:rPr>
        <w:t>оңтайлы</w:t>
      </w:r>
      <w:proofErr w:type="spellEnd"/>
      <w:r w:rsidRPr="002470DA">
        <w:rPr>
          <w:sz w:val="28"/>
          <w:szCs w:val="28"/>
        </w:rPr>
        <w:t xml:space="preserve"> </w:t>
      </w:r>
      <w:proofErr w:type="spellStart"/>
      <w:r w:rsidRPr="002470DA">
        <w:rPr>
          <w:sz w:val="28"/>
          <w:szCs w:val="28"/>
        </w:rPr>
        <w:t>ұйымдастыруға</w:t>
      </w:r>
      <w:proofErr w:type="spellEnd"/>
      <w:r w:rsidRPr="002470DA">
        <w:rPr>
          <w:sz w:val="28"/>
          <w:szCs w:val="28"/>
        </w:rPr>
        <w:t xml:space="preserve"> </w:t>
      </w:r>
      <w:proofErr w:type="spellStart"/>
      <w:r w:rsidRPr="002470DA">
        <w:rPr>
          <w:sz w:val="28"/>
          <w:szCs w:val="28"/>
        </w:rPr>
        <w:t>бағытталған</w:t>
      </w:r>
      <w:proofErr w:type="spellEnd"/>
      <w:r w:rsidRPr="002470DA">
        <w:rPr>
          <w:sz w:val="28"/>
          <w:szCs w:val="28"/>
        </w:rPr>
        <w:t>.</w:t>
      </w:r>
      <w:r w:rsidR="00C65618">
        <w:rPr>
          <w:sz w:val="28"/>
          <w:szCs w:val="28"/>
          <w:lang w:val="kk-KZ"/>
        </w:rPr>
        <w:t xml:space="preserve"> </w:t>
      </w:r>
    </w:p>
    <w:p w14:paraId="30277C98" w14:textId="77777777" w:rsidR="002470DA" w:rsidRPr="00E56216" w:rsidRDefault="002470DA" w:rsidP="002470DA">
      <w:pPr>
        <w:pStyle w:val="aff8"/>
        <w:tabs>
          <w:tab w:val="num" w:pos="360"/>
        </w:tabs>
        <w:spacing w:before="0" w:beforeAutospacing="0" w:after="0" w:afterAutospacing="0"/>
        <w:ind w:firstLine="709"/>
        <w:jc w:val="both"/>
        <w:rPr>
          <w:sz w:val="28"/>
          <w:szCs w:val="28"/>
          <w:lang w:val="kk-KZ"/>
        </w:rPr>
      </w:pPr>
      <w:r w:rsidRPr="00E56216">
        <w:rPr>
          <w:sz w:val="28"/>
          <w:szCs w:val="28"/>
          <w:lang w:val="kk-KZ"/>
        </w:rPr>
        <w:t xml:space="preserve">Сауықтыру модулі ұйым жағдайлары мен медициналық көрсеткіштерді ескере отырып балалардың қимыл-қозғалыс белсенділігін, шынықтыру шараларын, аурулардың алдын алуды, дұрыс тамақтану мен су ішу режимін сақтауды, күн тәртібі мен демалысты тиімді ұйымдастыруды, психологиялық </w:t>
      </w:r>
      <w:r w:rsidRPr="00E56216">
        <w:rPr>
          <w:sz w:val="28"/>
          <w:szCs w:val="28"/>
          <w:lang w:val="kk-KZ"/>
        </w:rPr>
        <w:lastRenderedPageBreak/>
        <w:t>сүйемелдеуді және балалардың эмоционалдық жайлылығын қамтамасыз етуді қамтиды.</w:t>
      </w:r>
    </w:p>
    <w:p w14:paraId="75E39CDF" w14:textId="77777777" w:rsidR="002470DA" w:rsidRPr="00E56216" w:rsidRDefault="002470DA" w:rsidP="002470DA">
      <w:pPr>
        <w:pStyle w:val="aff8"/>
        <w:tabs>
          <w:tab w:val="num" w:pos="360"/>
        </w:tabs>
        <w:spacing w:before="0" w:beforeAutospacing="0" w:after="0" w:afterAutospacing="0"/>
        <w:ind w:firstLine="709"/>
        <w:jc w:val="both"/>
        <w:rPr>
          <w:sz w:val="28"/>
          <w:szCs w:val="28"/>
          <w:lang w:val="kk-KZ"/>
        </w:rPr>
      </w:pPr>
      <w:r w:rsidRPr="00E56216">
        <w:rPr>
          <w:sz w:val="28"/>
          <w:szCs w:val="28"/>
          <w:lang w:val="kk-KZ"/>
        </w:rPr>
        <w:t>Сауықтыру модулінің жалпы көлемі күніне 3 академиялық сағаттан аспайды. Сауықтыру іс-шараларының көлемі мен қарқындылығы білім беру жүктемесіне сәйкес үйлестіріліп, ауысым бойы біркелкі бөлінеді.</w:t>
      </w:r>
    </w:p>
    <w:p w14:paraId="63C1B18F" w14:textId="77777777" w:rsidR="002470DA" w:rsidRPr="00E56216" w:rsidRDefault="002470DA" w:rsidP="00D101F4">
      <w:pPr>
        <w:jc w:val="both"/>
        <w:rPr>
          <w:lang w:val="kk-KZ"/>
        </w:rPr>
      </w:pPr>
    </w:p>
    <w:tbl>
      <w:tblPr>
        <w:tblStyle w:val="aff0"/>
        <w:tblW w:w="0" w:type="auto"/>
        <w:jc w:val="center"/>
        <w:tblLook w:val="04A0" w:firstRow="1" w:lastRow="0" w:firstColumn="1" w:lastColumn="0" w:noHBand="0" w:noVBand="1"/>
      </w:tblPr>
      <w:tblGrid>
        <w:gridCol w:w="2268"/>
        <w:gridCol w:w="2551"/>
        <w:gridCol w:w="2551"/>
        <w:gridCol w:w="2268"/>
      </w:tblGrid>
      <w:tr w:rsidR="00B91334" w14:paraId="75FA72FD" w14:textId="77777777">
        <w:trPr>
          <w:tblHeader/>
          <w:jc w:val="center"/>
        </w:trPr>
        <w:tc>
          <w:tcPr>
            <w:tcW w:w="2268" w:type="dxa"/>
            <w:shd w:val="clear" w:color="auto" w:fill="D9EAD3"/>
          </w:tcPr>
          <w:p w14:paraId="3D1DA92B" w14:textId="605CC36E" w:rsidR="00B91334" w:rsidRPr="00E16827" w:rsidRDefault="00E16827" w:rsidP="00E16827">
            <w:pPr>
              <w:ind w:firstLine="0"/>
              <w:jc w:val="center"/>
              <w:rPr>
                <w:b/>
              </w:rPr>
            </w:pPr>
            <w:proofErr w:type="spellStart"/>
            <w:r w:rsidRPr="00E16827">
              <w:rPr>
                <w:b/>
              </w:rPr>
              <w:t>Сауықтыру</w:t>
            </w:r>
            <w:proofErr w:type="spellEnd"/>
            <w:r w:rsidRPr="00E16827">
              <w:rPr>
                <w:b/>
              </w:rPr>
              <w:t xml:space="preserve"> </w:t>
            </w:r>
            <w:proofErr w:type="spellStart"/>
            <w:r w:rsidRPr="00E16827">
              <w:rPr>
                <w:b/>
              </w:rPr>
              <w:t>модулінің</w:t>
            </w:r>
            <w:proofErr w:type="spellEnd"/>
            <w:r w:rsidRPr="00E16827">
              <w:rPr>
                <w:b/>
              </w:rPr>
              <w:t xml:space="preserve"> </w:t>
            </w:r>
            <w:proofErr w:type="spellStart"/>
            <w:r w:rsidRPr="00E16827">
              <w:rPr>
                <w:b/>
              </w:rPr>
              <w:t>бағыты</w:t>
            </w:r>
            <w:proofErr w:type="spellEnd"/>
          </w:p>
        </w:tc>
        <w:tc>
          <w:tcPr>
            <w:tcW w:w="2551" w:type="dxa"/>
            <w:shd w:val="clear" w:color="auto" w:fill="D9EAD3"/>
          </w:tcPr>
          <w:p w14:paraId="35EFB841" w14:textId="3180153B" w:rsidR="00B91334" w:rsidRPr="00E16827" w:rsidRDefault="00E16827" w:rsidP="00E16827">
            <w:pPr>
              <w:ind w:firstLine="0"/>
              <w:jc w:val="center"/>
              <w:rPr>
                <w:b/>
              </w:rPr>
            </w:pPr>
            <w:proofErr w:type="spellStart"/>
            <w:r w:rsidRPr="00E16827">
              <w:rPr>
                <w:b/>
              </w:rPr>
              <w:t>Мазмұны</w:t>
            </w:r>
            <w:proofErr w:type="spellEnd"/>
          </w:p>
        </w:tc>
        <w:tc>
          <w:tcPr>
            <w:tcW w:w="2551" w:type="dxa"/>
            <w:shd w:val="clear" w:color="auto" w:fill="D9EAD3"/>
          </w:tcPr>
          <w:p w14:paraId="487C6317" w14:textId="6BF0219B" w:rsidR="00B91334" w:rsidRPr="00E16827" w:rsidRDefault="00E16827" w:rsidP="00E16827">
            <w:pPr>
              <w:ind w:firstLine="0"/>
              <w:jc w:val="center"/>
              <w:rPr>
                <w:b/>
              </w:rPr>
            </w:pPr>
            <w:proofErr w:type="spellStart"/>
            <w:r w:rsidRPr="00E16827">
              <w:rPr>
                <w:b/>
              </w:rPr>
              <w:t>Іске</w:t>
            </w:r>
            <w:proofErr w:type="spellEnd"/>
            <w:r w:rsidRPr="00E16827">
              <w:rPr>
                <w:b/>
              </w:rPr>
              <w:t xml:space="preserve"> </w:t>
            </w:r>
            <w:proofErr w:type="spellStart"/>
            <w:r w:rsidRPr="00E16827">
              <w:rPr>
                <w:b/>
              </w:rPr>
              <w:t>асыру</w:t>
            </w:r>
            <w:proofErr w:type="spellEnd"/>
            <w:r w:rsidRPr="00E16827">
              <w:rPr>
                <w:b/>
              </w:rPr>
              <w:t xml:space="preserve"> </w:t>
            </w:r>
            <w:proofErr w:type="spellStart"/>
            <w:r w:rsidRPr="00E16827">
              <w:rPr>
                <w:b/>
              </w:rPr>
              <w:t>формалары</w:t>
            </w:r>
            <w:proofErr w:type="spellEnd"/>
          </w:p>
        </w:tc>
        <w:tc>
          <w:tcPr>
            <w:tcW w:w="2268" w:type="dxa"/>
            <w:shd w:val="clear" w:color="auto" w:fill="D9EAD3"/>
          </w:tcPr>
          <w:p w14:paraId="66F23C26" w14:textId="3B62CBD6" w:rsidR="00B91334" w:rsidRPr="00E16827" w:rsidRDefault="00E16827" w:rsidP="00E16827">
            <w:pPr>
              <w:ind w:firstLine="0"/>
              <w:jc w:val="center"/>
              <w:rPr>
                <w:b/>
              </w:rPr>
            </w:pPr>
            <w:proofErr w:type="spellStart"/>
            <w:r w:rsidRPr="00E16827">
              <w:rPr>
                <w:b/>
              </w:rPr>
              <w:t>Нәтиже</w:t>
            </w:r>
            <w:proofErr w:type="spellEnd"/>
          </w:p>
        </w:tc>
      </w:tr>
      <w:tr w:rsidR="00871BEB" w14:paraId="22BBF9D0" w14:textId="77777777">
        <w:trPr>
          <w:jc w:val="center"/>
        </w:trPr>
        <w:tc>
          <w:tcPr>
            <w:tcW w:w="2268" w:type="dxa"/>
          </w:tcPr>
          <w:p w14:paraId="241A5769" w14:textId="7F3BD37B" w:rsidR="00871BEB" w:rsidRDefault="00871BEB" w:rsidP="00871BEB">
            <w:pPr>
              <w:ind w:firstLine="0"/>
              <w:jc w:val="both"/>
            </w:pPr>
            <w:proofErr w:type="spellStart"/>
            <w:r w:rsidRPr="00C24CED">
              <w:t>Дене</w:t>
            </w:r>
            <w:proofErr w:type="spellEnd"/>
            <w:r w:rsidRPr="00C24CED">
              <w:t xml:space="preserve"> </w:t>
            </w:r>
            <w:proofErr w:type="spellStart"/>
            <w:r w:rsidRPr="00C24CED">
              <w:t>белсенділігі</w:t>
            </w:r>
            <w:proofErr w:type="spellEnd"/>
          </w:p>
        </w:tc>
        <w:tc>
          <w:tcPr>
            <w:tcW w:w="2551" w:type="dxa"/>
          </w:tcPr>
          <w:p w14:paraId="21982898" w14:textId="1DB336F5" w:rsidR="00871BEB" w:rsidRPr="00871BEB" w:rsidRDefault="00871BEB" w:rsidP="00871BEB">
            <w:pPr>
              <w:ind w:firstLine="0"/>
              <w:jc w:val="both"/>
            </w:pPr>
            <w:proofErr w:type="spellStart"/>
            <w:r w:rsidRPr="00C24CED">
              <w:t>Қимыл-қозғалыс</w:t>
            </w:r>
            <w:proofErr w:type="spellEnd"/>
            <w:r w:rsidRPr="00C24CED">
              <w:t xml:space="preserve"> </w:t>
            </w:r>
            <w:proofErr w:type="spellStart"/>
            <w:r w:rsidRPr="00C24CED">
              <w:t>белсенділігін</w:t>
            </w:r>
            <w:proofErr w:type="spellEnd"/>
            <w:r w:rsidRPr="00C24CED">
              <w:t xml:space="preserve"> </w:t>
            </w:r>
            <w:proofErr w:type="spellStart"/>
            <w:r w:rsidRPr="00C24CED">
              <w:t>дамыту</w:t>
            </w:r>
            <w:proofErr w:type="spellEnd"/>
            <w:r w:rsidRPr="00C24CED">
              <w:t xml:space="preserve"> </w:t>
            </w:r>
            <w:proofErr w:type="spellStart"/>
            <w:r w:rsidRPr="00C24CED">
              <w:t>және</w:t>
            </w:r>
            <w:proofErr w:type="spellEnd"/>
            <w:r w:rsidRPr="00C24CED">
              <w:t xml:space="preserve"> </w:t>
            </w:r>
            <w:proofErr w:type="spellStart"/>
            <w:r w:rsidRPr="00C24CED">
              <w:t>денсаулықты</w:t>
            </w:r>
            <w:proofErr w:type="spellEnd"/>
            <w:r w:rsidRPr="00C24CED">
              <w:t xml:space="preserve"> </w:t>
            </w:r>
            <w:proofErr w:type="spellStart"/>
            <w:r w:rsidRPr="00C24CED">
              <w:t>нығайту</w:t>
            </w:r>
            <w:proofErr w:type="spellEnd"/>
          </w:p>
        </w:tc>
        <w:tc>
          <w:tcPr>
            <w:tcW w:w="2551" w:type="dxa"/>
          </w:tcPr>
          <w:p w14:paraId="655A13B4" w14:textId="3C200B55" w:rsidR="00871BEB" w:rsidRPr="00871BEB" w:rsidRDefault="00871BEB" w:rsidP="00871BEB">
            <w:pPr>
              <w:ind w:firstLine="0"/>
              <w:jc w:val="both"/>
            </w:pPr>
            <w:proofErr w:type="spellStart"/>
            <w:r w:rsidRPr="00C24CED">
              <w:t>Таңертеңгі</w:t>
            </w:r>
            <w:proofErr w:type="spellEnd"/>
            <w:r w:rsidRPr="00C24CED">
              <w:t xml:space="preserve"> </w:t>
            </w:r>
            <w:proofErr w:type="spellStart"/>
            <w:r w:rsidRPr="00C24CED">
              <w:t>жаттығулар</w:t>
            </w:r>
            <w:proofErr w:type="spellEnd"/>
            <w:r w:rsidRPr="00C24CED">
              <w:t xml:space="preserve">, </w:t>
            </w:r>
            <w:proofErr w:type="spellStart"/>
            <w:r w:rsidRPr="00C24CED">
              <w:t>қимылды</w:t>
            </w:r>
            <w:proofErr w:type="spellEnd"/>
            <w:r w:rsidRPr="00C24CED">
              <w:t xml:space="preserve"> </w:t>
            </w:r>
            <w:proofErr w:type="spellStart"/>
            <w:r w:rsidRPr="00C24CED">
              <w:t>ойындар</w:t>
            </w:r>
            <w:proofErr w:type="spellEnd"/>
            <w:r w:rsidRPr="00C24CED">
              <w:t xml:space="preserve">, </w:t>
            </w:r>
            <w:proofErr w:type="spellStart"/>
            <w:r w:rsidRPr="00C24CED">
              <w:t>эстафеталар</w:t>
            </w:r>
            <w:proofErr w:type="spellEnd"/>
            <w:r w:rsidRPr="00C24CED">
              <w:t xml:space="preserve">, </w:t>
            </w:r>
            <w:proofErr w:type="spellStart"/>
            <w:r w:rsidRPr="00C24CED">
              <w:t>серуендер</w:t>
            </w:r>
            <w:proofErr w:type="spellEnd"/>
          </w:p>
        </w:tc>
        <w:tc>
          <w:tcPr>
            <w:tcW w:w="2268" w:type="dxa"/>
          </w:tcPr>
          <w:p w14:paraId="4BB2BAFB" w14:textId="4EE62935" w:rsidR="00871BEB" w:rsidRDefault="00871BEB" w:rsidP="00871BEB">
            <w:pPr>
              <w:ind w:firstLine="0"/>
              <w:jc w:val="both"/>
            </w:pPr>
            <w:proofErr w:type="spellStart"/>
            <w:r w:rsidRPr="00C24CED">
              <w:t>Қимыл</w:t>
            </w:r>
            <w:proofErr w:type="spellEnd"/>
            <w:r w:rsidRPr="00C24CED">
              <w:t xml:space="preserve"> </w:t>
            </w:r>
            <w:proofErr w:type="spellStart"/>
            <w:r w:rsidRPr="00C24CED">
              <w:t>белсенділігінің</w:t>
            </w:r>
            <w:proofErr w:type="spellEnd"/>
            <w:r w:rsidRPr="00C24CED">
              <w:t xml:space="preserve"> </w:t>
            </w:r>
            <w:proofErr w:type="spellStart"/>
            <w:r w:rsidRPr="00C24CED">
              <w:t>артуы</w:t>
            </w:r>
            <w:proofErr w:type="spellEnd"/>
          </w:p>
        </w:tc>
      </w:tr>
      <w:tr w:rsidR="00871BEB" w:rsidRPr="00E200D0" w14:paraId="5B0DA98D" w14:textId="77777777">
        <w:trPr>
          <w:jc w:val="center"/>
        </w:trPr>
        <w:tc>
          <w:tcPr>
            <w:tcW w:w="2268" w:type="dxa"/>
          </w:tcPr>
          <w:p w14:paraId="206B771B" w14:textId="73A07EA4" w:rsidR="00871BEB" w:rsidRPr="00240D21" w:rsidRDefault="00240D21" w:rsidP="00871BEB">
            <w:pPr>
              <w:ind w:firstLine="0"/>
              <w:jc w:val="both"/>
            </w:pPr>
            <w:proofErr w:type="spellStart"/>
            <w:r>
              <w:rPr>
                <w:lang w:val="ru-RU"/>
              </w:rPr>
              <w:t>Алдын</w:t>
            </w:r>
            <w:proofErr w:type="spellEnd"/>
            <w:r w:rsidRPr="00240D21">
              <w:t xml:space="preserve"> </w:t>
            </w:r>
            <w:proofErr w:type="spellStart"/>
            <w:r>
              <w:rPr>
                <w:lang w:val="ru-RU"/>
              </w:rPr>
              <w:t>алу</w:t>
            </w:r>
            <w:proofErr w:type="spellEnd"/>
            <w:r w:rsidR="00871BEB" w:rsidRPr="00240D21">
              <w:t xml:space="preserve"> </w:t>
            </w:r>
            <w:proofErr w:type="spellStart"/>
            <w:r w:rsidR="00871BEB" w:rsidRPr="00871BEB">
              <w:rPr>
                <w:lang w:val="ru-RU"/>
              </w:rPr>
              <w:t>және</w:t>
            </w:r>
            <w:proofErr w:type="spellEnd"/>
            <w:r w:rsidR="00871BEB" w:rsidRPr="00240D21">
              <w:t xml:space="preserve"> </w:t>
            </w:r>
            <w:proofErr w:type="spellStart"/>
            <w:r w:rsidR="00871BEB" w:rsidRPr="00871BEB">
              <w:rPr>
                <w:lang w:val="ru-RU"/>
              </w:rPr>
              <w:t>салауатты</w:t>
            </w:r>
            <w:proofErr w:type="spellEnd"/>
            <w:r w:rsidR="00871BEB" w:rsidRPr="00240D21">
              <w:t xml:space="preserve"> </w:t>
            </w:r>
            <w:proofErr w:type="spellStart"/>
            <w:r w:rsidR="00871BEB" w:rsidRPr="00871BEB">
              <w:rPr>
                <w:lang w:val="ru-RU"/>
              </w:rPr>
              <w:t>өмір</w:t>
            </w:r>
            <w:proofErr w:type="spellEnd"/>
            <w:r w:rsidR="00871BEB" w:rsidRPr="00240D21">
              <w:t xml:space="preserve"> </w:t>
            </w:r>
            <w:proofErr w:type="spellStart"/>
            <w:r w:rsidR="00871BEB" w:rsidRPr="00871BEB">
              <w:rPr>
                <w:lang w:val="ru-RU"/>
              </w:rPr>
              <w:t>салты</w:t>
            </w:r>
            <w:proofErr w:type="spellEnd"/>
          </w:p>
        </w:tc>
        <w:tc>
          <w:tcPr>
            <w:tcW w:w="2551" w:type="dxa"/>
          </w:tcPr>
          <w:p w14:paraId="55C518C7" w14:textId="789C8E2B" w:rsidR="00871BEB" w:rsidRPr="00E56216" w:rsidRDefault="00871BEB" w:rsidP="00871BEB">
            <w:pPr>
              <w:ind w:firstLine="0"/>
              <w:jc w:val="both"/>
            </w:pPr>
            <w:proofErr w:type="spellStart"/>
            <w:r w:rsidRPr="00871BEB">
              <w:rPr>
                <w:lang w:val="ru-RU"/>
              </w:rPr>
              <w:t>Пайдалы</w:t>
            </w:r>
            <w:proofErr w:type="spellEnd"/>
            <w:r w:rsidRPr="00E56216">
              <w:t xml:space="preserve"> </w:t>
            </w:r>
            <w:proofErr w:type="spellStart"/>
            <w:r w:rsidRPr="00871BEB">
              <w:rPr>
                <w:lang w:val="ru-RU"/>
              </w:rPr>
              <w:t>әдеттерді</w:t>
            </w:r>
            <w:proofErr w:type="spellEnd"/>
            <w:r w:rsidRPr="00E56216">
              <w:t xml:space="preserve">, </w:t>
            </w:r>
            <w:proofErr w:type="spellStart"/>
            <w:r w:rsidRPr="00871BEB">
              <w:rPr>
                <w:lang w:val="ru-RU"/>
              </w:rPr>
              <w:t>жеке</w:t>
            </w:r>
            <w:proofErr w:type="spellEnd"/>
            <w:r w:rsidRPr="00E56216">
              <w:t xml:space="preserve"> </w:t>
            </w:r>
            <w:proofErr w:type="spellStart"/>
            <w:r w:rsidRPr="00871BEB">
              <w:rPr>
                <w:lang w:val="ru-RU"/>
              </w:rPr>
              <w:t>гигиенаны</w:t>
            </w:r>
            <w:proofErr w:type="spellEnd"/>
            <w:r w:rsidRPr="00E56216">
              <w:t xml:space="preserve"> </w:t>
            </w:r>
            <w:proofErr w:type="spellStart"/>
            <w:r w:rsidRPr="00871BEB">
              <w:rPr>
                <w:lang w:val="ru-RU"/>
              </w:rPr>
              <w:t>және</w:t>
            </w:r>
            <w:proofErr w:type="spellEnd"/>
            <w:r w:rsidRPr="00E56216">
              <w:t xml:space="preserve"> </w:t>
            </w:r>
            <w:proofErr w:type="spellStart"/>
            <w:r w:rsidRPr="00871BEB">
              <w:rPr>
                <w:lang w:val="ru-RU"/>
              </w:rPr>
              <w:t>күн</w:t>
            </w:r>
            <w:proofErr w:type="spellEnd"/>
            <w:r w:rsidRPr="00E56216">
              <w:t xml:space="preserve"> </w:t>
            </w:r>
            <w:proofErr w:type="spellStart"/>
            <w:r w:rsidRPr="00871BEB">
              <w:rPr>
                <w:lang w:val="ru-RU"/>
              </w:rPr>
              <w:t>тәртібін</w:t>
            </w:r>
            <w:proofErr w:type="spellEnd"/>
            <w:r w:rsidRPr="00E56216">
              <w:t xml:space="preserve"> </w:t>
            </w:r>
            <w:proofErr w:type="spellStart"/>
            <w:r w:rsidRPr="00871BEB">
              <w:rPr>
                <w:lang w:val="ru-RU"/>
              </w:rPr>
              <w:t>қалыптастыру</w:t>
            </w:r>
            <w:proofErr w:type="spellEnd"/>
          </w:p>
        </w:tc>
        <w:tc>
          <w:tcPr>
            <w:tcW w:w="2551" w:type="dxa"/>
          </w:tcPr>
          <w:p w14:paraId="05547F8F" w14:textId="1FFE1E3B" w:rsidR="00871BEB" w:rsidRPr="00E56216" w:rsidRDefault="00871BEB" w:rsidP="00871BEB">
            <w:pPr>
              <w:ind w:firstLine="0"/>
              <w:jc w:val="both"/>
            </w:pPr>
            <w:proofErr w:type="spellStart"/>
            <w:r w:rsidRPr="00871BEB">
              <w:rPr>
                <w:lang w:val="ru-RU"/>
              </w:rPr>
              <w:t>Әңгімелер</w:t>
            </w:r>
            <w:proofErr w:type="spellEnd"/>
            <w:r w:rsidRPr="00E56216">
              <w:t xml:space="preserve">, </w:t>
            </w:r>
            <w:proofErr w:type="spellStart"/>
            <w:r>
              <w:rPr>
                <w:lang w:val="ru-RU"/>
              </w:rPr>
              <w:t>тәжірибелік</w:t>
            </w:r>
            <w:proofErr w:type="spellEnd"/>
            <w:r w:rsidRPr="00E56216">
              <w:t xml:space="preserve"> </w:t>
            </w:r>
            <w:proofErr w:type="spellStart"/>
            <w:r w:rsidRPr="00871BEB">
              <w:rPr>
                <w:lang w:val="ru-RU"/>
              </w:rPr>
              <w:t>жадынамалар</w:t>
            </w:r>
            <w:proofErr w:type="spellEnd"/>
            <w:r w:rsidRPr="00E56216">
              <w:t xml:space="preserve">, </w:t>
            </w:r>
            <w:proofErr w:type="spellStart"/>
            <w:r w:rsidRPr="00871BEB">
              <w:rPr>
                <w:lang w:val="ru-RU"/>
              </w:rPr>
              <w:t>режимді</w:t>
            </w:r>
            <w:proofErr w:type="spellEnd"/>
            <w:r w:rsidRPr="00E56216">
              <w:t xml:space="preserve"> </w:t>
            </w:r>
            <w:proofErr w:type="spellStart"/>
            <w:r w:rsidRPr="00871BEB">
              <w:rPr>
                <w:lang w:val="ru-RU"/>
              </w:rPr>
              <w:t>бақылау</w:t>
            </w:r>
            <w:proofErr w:type="spellEnd"/>
          </w:p>
        </w:tc>
        <w:tc>
          <w:tcPr>
            <w:tcW w:w="2268" w:type="dxa"/>
          </w:tcPr>
          <w:p w14:paraId="15AE4EB1" w14:textId="6C68F966" w:rsidR="00871BEB" w:rsidRPr="00E56216" w:rsidRDefault="00871BEB" w:rsidP="00871BEB">
            <w:pPr>
              <w:ind w:firstLine="0"/>
              <w:jc w:val="both"/>
            </w:pPr>
            <w:proofErr w:type="spellStart"/>
            <w:r w:rsidRPr="00871BEB">
              <w:rPr>
                <w:lang w:val="ru-RU"/>
              </w:rPr>
              <w:t>Салауатты</w:t>
            </w:r>
            <w:proofErr w:type="spellEnd"/>
            <w:r w:rsidRPr="00E56216">
              <w:t xml:space="preserve"> </w:t>
            </w:r>
            <w:proofErr w:type="spellStart"/>
            <w:r w:rsidRPr="00871BEB">
              <w:rPr>
                <w:lang w:val="ru-RU"/>
              </w:rPr>
              <w:t>және</w:t>
            </w:r>
            <w:proofErr w:type="spellEnd"/>
            <w:r w:rsidRPr="00E56216">
              <w:t xml:space="preserve"> </w:t>
            </w:r>
            <w:proofErr w:type="spellStart"/>
            <w:r w:rsidRPr="00871BEB">
              <w:rPr>
                <w:lang w:val="ru-RU"/>
              </w:rPr>
              <w:t>қауіпсіз</w:t>
            </w:r>
            <w:proofErr w:type="spellEnd"/>
            <w:r w:rsidRPr="00E56216">
              <w:t xml:space="preserve"> </w:t>
            </w:r>
            <w:proofErr w:type="spellStart"/>
            <w:r w:rsidRPr="00871BEB">
              <w:rPr>
                <w:lang w:val="ru-RU"/>
              </w:rPr>
              <w:t>мінез</w:t>
            </w:r>
            <w:proofErr w:type="spellEnd"/>
            <w:r w:rsidRPr="00E56216">
              <w:t>-</w:t>
            </w:r>
            <w:proofErr w:type="spellStart"/>
            <w:r w:rsidRPr="00871BEB">
              <w:rPr>
                <w:lang w:val="ru-RU"/>
              </w:rPr>
              <w:t>құлық</w:t>
            </w:r>
            <w:proofErr w:type="spellEnd"/>
            <w:r w:rsidRPr="00E56216">
              <w:t xml:space="preserve"> </w:t>
            </w:r>
            <w:proofErr w:type="spellStart"/>
            <w:r w:rsidRPr="00871BEB">
              <w:rPr>
                <w:lang w:val="ru-RU"/>
              </w:rPr>
              <w:t>дағдылары</w:t>
            </w:r>
            <w:proofErr w:type="spellEnd"/>
          </w:p>
        </w:tc>
      </w:tr>
      <w:tr w:rsidR="00871BEB" w:rsidRPr="00655EAC" w14:paraId="282C1C21" w14:textId="77777777">
        <w:trPr>
          <w:jc w:val="center"/>
        </w:trPr>
        <w:tc>
          <w:tcPr>
            <w:tcW w:w="2268" w:type="dxa"/>
          </w:tcPr>
          <w:p w14:paraId="362E6A7A" w14:textId="0899C803" w:rsidR="00871BEB" w:rsidRPr="00871BEB" w:rsidRDefault="00871BEB" w:rsidP="00871BEB">
            <w:pPr>
              <w:ind w:firstLine="0"/>
              <w:jc w:val="both"/>
              <w:rPr>
                <w:lang w:val="ru-RU"/>
              </w:rPr>
            </w:pPr>
            <w:proofErr w:type="spellStart"/>
            <w:r w:rsidRPr="00871BEB">
              <w:rPr>
                <w:lang w:val="ru-RU"/>
              </w:rPr>
              <w:t>Тамақтану</w:t>
            </w:r>
            <w:proofErr w:type="spellEnd"/>
            <w:r w:rsidRPr="00871BEB">
              <w:rPr>
                <w:lang w:val="ru-RU"/>
              </w:rPr>
              <w:t xml:space="preserve"> </w:t>
            </w:r>
            <w:proofErr w:type="spellStart"/>
            <w:r w:rsidRPr="00871BEB">
              <w:rPr>
                <w:lang w:val="ru-RU"/>
              </w:rPr>
              <w:t>және</w:t>
            </w:r>
            <w:proofErr w:type="spellEnd"/>
            <w:r w:rsidRPr="00871BEB">
              <w:rPr>
                <w:lang w:val="ru-RU"/>
              </w:rPr>
              <w:t xml:space="preserve"> су </w:t>
            </w:r>
            <w:proofErr w:type="spellStart"/>
            <w:r w:rsidRPr="00871BEB">
              <w:rPr>
                <w:lang w:val="ru-RU"/>
              </w:rPr>
              <w:t>ішу</w:t>
            </w:r>
            <w:proofErr w:type="spellEnd"/>
            <w:r w:rsidRPr="00871BEB">
              <w:rPr>
                <w:lang w:val="ru-RU"/>
              </w:rPr>
              <w:t xml:space="preserve"> </w:t>
            </w:r>
            <w:proofErr w:type="spellStart"/>
            <w:r w:rsidRPr="00871BEB">
              <w:rPr>
                <w:lang w:val="ru-RU"/>
              </w:rPr>
              <w:t>режимі</w:t>
            </w:r>
            <w:proofErr w:type="spellEnd"/>
          </w:p>
        </w:tc>
        <w:tc>
          <w:tcPr>
            <w:tcW w:w="2551" w:type="dxa"/>
          </w:tcPr>
          <w:p w14:paraId="2DB7A582" w14:textId="62FF0D57" w:rsidR="00871BEB" w:rsidRPr="00A81E3F" w:rsidRDefault="00871BEB" w:rsidP="00871BEB">
            <w:pPr>
              <w:ind w:firstLine="0"/>
              <w:jc w:val="both"/>
              <w:rPr>
                <w:lang w:val="ru-RU"/>
              </w:rPr>
            </w:pPr>
            <w:proofErr w:type="spellStart"/>
            <w:r w:rsidRPr="00871BEB">
              <w:rPr>
                <w:lang w:val="ru-RU"/>
              </w:rPr>
              <w:t>Тамақтану</w:t>
            </w:r>
            <w:proofErr w:type="spellEnd"/>
            <w:r w:rsidRPr="00871BEB">
              <w:rPr>
                <w:lang w:val="ru-RU"/>
              </w:rPr>
              <w:t xml:space="preserve"> </w:t>
            </w:r>
            <w:proofErr w:type="spellStart"/>
            <w:r w:rsidRPr="00871BEB">
              <w:rPr>
                <w:lang w:val="ru-RU"/>
              </w:rPr>
              <w:t>тәртібін</w:t>
            </w:r>
            <w:proofErr w:type="spellEnd"/>
            <w:r w:rsidRPr="00871BEB">
              <w:rPr>
                <w:lang w:val="ru-RU"/>
              </w:rPr>
              <w:t xml:space="preserve"> </w:t>
            </w:r>
            <w:proofErr w:type="spellStart"/>
            <w:r w:rsidRPr="00871BEB">
              <w:rPr>
                <w:lang w:val="ru-RU"/>
              </w:rPr>
              <w:t>сақтау</w:t>
            </w:r>
            <w:proofErr w:type="spellEnd"/>
            <w:r w:rsidRPr="00871BEB">
              <w:rPr>
                <w:lang w:val="ru-RU"/>
              </w:rPr>
              <w:t xml:space="preserve"> </w:t>
            </w:r>
            <w:proofErr w:type="spellStart"/>
            <w:r w:rsidRPr="00871BEB">
              <w:rPr>
                <w:lang w:val="ru-RU"/>
              </w:rPr>
              <w:t>және</w:t>
            </w:r>
            <w:proofErr w:type="spellEnd"/>
            <w:r w:rsidRPr="00871BEB">
              <w:rPr>
                <w:lang w:val="ru-RU"/>
              </w:rPr>
              <w:t xml:space="preserve"> таза </w:t>
            </w:r>
            <w:proofErr w:type="spellStart"/>
            <w:r w:rsidRPr="00871BEB">
              <w:rPr>
                <w:lang w:val="ru-RU"/>
              </w:rPr>
              <w:t>суға</w:t>
            </w:r>
            <w:proofErr w:type="spellEnd"/>
            <w:r w:rsidRPr="00871BEB">
              <w:rPr>
                <w:lang w:val="ru-RU"/>
              </w:rPr>
              <w:t xml:space="preserve"> </w:t>
            </w:r>
            <w:proofErr w:type="spellStart"/>
            <w:r w:rsidRPr="00871BEB">
              <w:rPr>
                <w:lang w:val="ru-RU"/>
              </w:rPr>
              <w:t>қолжетімділік</w:t>
            </w:r>
            <w:proofErr w:type="spellEnd"/>
          </w:p>
        </w:tc>
        <w:tc>
          <w:tcPr>
            <w:tcW w:w="2551" w:type="dxa"/>
          </w:tcPr>
          <w:p w14:paraId="7955483C" w14:textId="05C0EB33" w:rsidR="00871BEB" w:rsidRPr="00A81E3F" w:rsidRDefault="00871BEB" w:rsidP="00871BEB">
            <w:pPr>
              <w:ind w:firstLine="0"/>
              <w:jc w:val="both"/>
              <w:rPr>
                <w:lang w:val="ru-RU"/>
              </w:rPr>
            </w:pPr>
            <w:proofErr w:type="spellStart"/>
            <w:r w:rsidRPr="00871BEB">
              <w:rPr>
                <w:lang w:val="ru-RU"/>
              </w:rPr>
              <w:t>Ақпараттық</w:t>
            </w:r>
            <w:proofErr w:type="spellEnd"/>
            <w:r w:rsidRPr="00871BEB">
              <w:rPr>
                <w:lang w:val="ru-RU"/>
              </w:rPr>
              <w:t xml:space="preserve"> </w:t>
            </w:r>
            <w:proofErr w:type="spellStart"/>
            <w:r w:rsidRPr="00871BEB">
              <w:rPr>
                <w:lang w:val="ru-RU"/>
              </w:rPr>
              <w:t>минуттар</w:t>
            </w:r>
            <w:proofErr w:type="spellEnd"/>
            <w:r w:rsidRPr="00871BEB">
              <w:rPr>
                <w:lang w:val="ru-RU"/>
              </w:rPr>
              <w:t xml:space="preserve">, су </w:t>
            </w:r>
            <w:proofErr w:type="spellStart"/>
            <w:r w:rsidRPr="00871BEB">
              <w:rPr>
                <w:lang w:val="ru-RU"/>
              </w:rPr>
              <w:t>ішу</w:t>
            </w:r>
            <w:proofErr w:type="spellEnd"/>
            <w:r w:rsidRPr="00871BEB">
              <w:rPr>
                <w:lang w:val="ru-RU"/>
              </w:rPr>
              <w:t xml:space="preserve"> </w:t>
            </w:r>
            <w:proofErr w:type="spellStart"/>
            <w:r w:rsidRPr="00871BEB">
              <w:rPr>
                <w:lang w:val="ru-RU"/>
              </w:rPr>
              <w:t>режимін</w:t>
            </w:r>
            <w:proofErr w:type="spellEnd"/>
            <w:r w:rsidRPr="00871BEB">
              <w:rPr>
                <w:lang w:val="ru-RU"/>
              </w:rPr>
              <w:t xml:space="preserve"> </w:t>
            </w:r>
            <w:proofErr w:type="spellStart"/>
            <w:r w:rsidRPr="00871BEB">
              <w:rPr>
                <w:lang w:val="ru-RU"/>
              </w:rPr>
              <w:t>бақылау</w:t>
            </w:r>
            <w:proofErr w:type="spellEnd"/>
          </w:p>
        </w:tc>
        <w:tc>
          <w:tcPr>
            <w:tcW w:w="2268" w:type="dxa"/>
          </w:tcPr>
          <w:p w14:paraId="57C12819" w14:textId="3FFC5611" w:rsidR="00871BEB" w:rsidRPr="00A81E3F" w:rsidRDefault="00871BEB" w:rsidP="00871BEB">
            <w:pPr>
              <w:ind w:firstLine="0"/>
              <w:jc w:val="both"/>
              <w:rPr>
                <w:lang w:val="ru-RU"/>
              </w:rPr>
            </w:pPr>
            <w:proofErr w:type="spellStart"/>
            <w:r w:rsidRPr="00871BEB">
              <w:rPr>
                <w:lang w:val="ru-RU"/>
              </w:rPr>
              <w:t>Тамақ</w:t>
            </w:r>
            <w:proofErr w:type="spellEnd"/>
            <w:r w:rsidRPr="00871BEB">
              <w:rPr>
                <w:lang w:val="ru-RU"/>
              </w:rPr>
              <w:t xml:space="preserve"> пен </w:t>
            </w:r>
            <w:proofErr w:type="spellStart"/>
            <w:r w:rsidRPr="00871BEB">
              <w:rPr>
                <w:lang w:val="ru-RU"/>
              </w:rPr>
              <w:t>суға</w:t>
            </w:r>
            <w:proofErr w:type="spellEnd"/>
            <w:r w:rsidRPr="00871BEB">
              <w:rPr>
                <w:lang w:val="ru-RU"/>
              </w:rPr>
              <w:t xml:space="preserve"> </w:t>
            </w:r>
            <w:proofErr w:type="spellStart"/>
            <w:r w:rsidRPr="00871BEB">
              <w:rPr>
                <w:lang w:val="ru-RU"/>
              </w:rPr>
              <w:t>саналы</w:t>
            </w:r>
            <w:proofErr w:type="spellEnd"/>
            <w:r w:rsidRPr="00871BEB">
              <w:rPr>
                <w:lang w:val="ru-RU"/>
              </w:rPr>
              <w:t xml:space="preserve"> </w:t>
            </w:r>
            <w:proofErr w:type="spellStart"/>
            <w:r w:rsidRPr="00871BEB">
              <w:rPr>
                <w:lang w:val="ru-RU"/>
              </w:rPr>
              <w:t>көзқарас</w:t>
            </w:r>
            <w:proofErr w:type="spellEnd"/>
          </w:p>
        </w:tc>
      </w:tr>
      <w:tr w:rsidR="00871BEB" w14:paraId="293B058E" w14:textId="77777777">
        <w:trPr>
          <w:jc w:val="center"/>
        </w:trPr>
        <w:tc>
          <w:tcPr>
            <w:tcW w:w="2268" w:type="dxa"/>
          </w:tcPr>
          <w:p w14:paraId="3F3FD7AF" w14:textId="107A8B32" w:rsidR="00871BEB" w:rsidRPr="00871BEB" w:rsidRDefault="00871BEB" w:rsidP="00871BEB">
            <w:pPr>
              <w:ind w:firstLine="0"/>
              <w:jc w:val="both"/>
              <w:rPr>
                <w:lang w:val="kk-KZ"/>
              </w:rPr>
            </w:pPr>
            <w:proofErr w:type="spellStart"/>
            <w:r w:rsidRPr="00C24CED">
              <w:t>Эмоционалдық</w:t>
            </w:r>
            <w:proofErr w:type="spellEnd"/>
            <w:r w:rsidRPr="00C24CED">
              <w:t xml:space="preserve"> </w:t>
            </w:r>
            <w:r>
              <w:rPr>
                <w:lang w:val="kk-KZ"/>
              </w:rPr>
              <w:t>салауат</w:t>
            </w:r>
          </w:p>
        </w:tc>
        <w:tc>
          <w:tcPr>
            <w:tcW w:w="2551" w:type="dxa"/>
          </w:tcPr>
          <w:p w14:paraId="0F42292C" w14:textId="30C1A80D" w:rsidR="00871BEB" w:rsidRPr="00E200D0" w:rsidRDefault="00871BEB" w:rsidP="00871BEB">
            <w:pPr>
              <w:ind w:firstLine="0"/>
              <w:jc w:val="both"/>
              <w:rPr>
                <w:lang w:val="kk-KZ"/>
              </w:rPr>
            </w:pPr>
            <w:r w:rsidRPr="00E200D0">
              <w:rPr>
                <w:lang w:val="kk-KZ"/>
              </w:rPr>
              <w:t>Шиеленісті азайту және бейімделуді қолдау</w:t>
            </w:r>
          </w:p>
        </w:tc>
        <w:tc>
          <w:tcPr>
            <w:tcW w:w="2551" w:type="dxa"/>
          </w:tcPr>
          <w:p w14:paraId="7832333B" w14:textId="36DD3828" w:rsidR="00871BEB" w:rsidRPr="00E200D0" w:rsidRDefault="00871BEB" w:rsidP="00871BEB">
            <w:pPr>
              <w:ind w:firstLine="0"/>
              <w:jc w:val="both"/>
              <w:rPr>
                <w:lang w:val="kk-KZ"/>
              </w:rPr>
            </w:pPr>
            <w:r w:rsidRPr="00E200D0">
              <w:rPr>
                <w:lang w:val="kk-KZ"/>
              </w:rPr>
              <w:t>«От шеңбері», рефлексия, сенім ойындары, әңгімелер</w:t>
            </w:r>
          </w:p>
        </w:tc>
        <w:tc>
          <w:tcPr>
            <w:tcW w:w="2268" w:type="dxa"/>
          </w:tcPr>
          <w:p w14:paraId="38E44BC1" w14:textId="673E0A06" w:rsidR="00871BEB" w:rsidRDefault="00871BEB" w:rsidP="00871BEB">
            <w:pPr>
              <w:ind w:firstLine="0"/>
              <w:jc w:val="both"/>
            </w:pPr>
            <w:proofErr w:type="spellStart"/>
            <w:r w:rsidRPr="00C24CED">
              <w:t>Психологиялық</w:t>
            </w:r>
            <w:proofErr w:type="spellEnd"/>
            <w:r w:rsidRPr="00C24CED">
              <w:t xml:space="preserve"> </w:t>
            </w:r>
            <w:proofErr w:type="spellStart"/>
            <w:r w:rsidRPr="00C24CED">
              <w:t>жайлылық</w:t>
            </w:r>
            <w:proofErr w:type="spellEnd"/>
          </w:p>
        </w:tc>
      </w:tr>
      <w:tr w:rsidR="00871BEB" w:rsidRPr="00871BEB" w14:paraId="75ACD225" w14:textId="77777777">
        <w:trPr>
          <w:jc w:val="center"/>
        </w:trPr>
        <w:tc>
          <w:tcPr>
            <w:tcW w:w="2268" w:type="dxa"/>
          </w:tcPr>
          <w:p w14:paraId="5850D547" w14:textId="4EF730B8" w:rsidR="00871BEB" w:rsidRDefault="00871BEB" w:rsidP="00871BEB">
            <w:pPr>
              <w:ind w:firstLine="0"/>
              <w:jc w:val="both"/>
            </w:pPr>
            <w:proofErr w:type="spellStart"/>
            <w:r w:rsidRPr="00C24CED">
              <w:t>Қозғалыс</w:t>
            </w:r>
            <w:proofErr w:type="spellEnd"/>
            <w:r w:rsidRPr="00C24CED">
              <w:t xml:space="preserve"> </w:t>
            </w:r>
            <w:proofErr w:type="spellStart"/>
            <w:r w:rsidRPr="00C24CED">
              <w:t>қауіпсіздігі</w:t>
            </w:r>
            <w:proofErr w:type="spellEnd"/>
          </w:p>
        </w:tc>
        <w:tc>
          <w:tcPr>
            <w:tcW w:w="2551" w:type="dxa"/>
          </w:tcPr>
          <w:p w14:paraId="3012E394" w14:textId="45F5E7AC" w:rsidR="00871BEB" w:rsidRPr="00871BEB" w:rsidRDefault="00871BEB" w:rsidP="00871BEB">
            <w:pPr>
              <w:ind w:firstLine="0"/>
              <w:jc w:val="both"/>
            </w:pPr>
            <w:proofErr w:type="spellStart"/>
            <w:r w:rsidRPr="00C24CED">
              <w:t>Спорттық-туристік</w:t>
            </w:r>
            <w:proofErr w:type="spellEnd"/>
            <w:r w:rsidRPr="00C24CED">
              <w:t xml:space="preserve"> </w:t>
            </w:r>
            <w:proofErr w:type="spellStart"/>
            <w:r w:rsidRPr="00C24CED">
              <w:t>қызметте</w:t>
            </w:r>
            <w:proofErr w:type="spellEnd"/>
            <w:r w:rsidRPr="00C24CED">
              <w:t xml:space="preserve"> </w:t>
            </w:r>
            <w:proofErr w:type="spellStart"/>
            <w:r w:rsidRPr="00C24CED">
              <w:t>жарақаттың</w:t>
            </w:r>
            <w:proofErr w:type="spellEnd"/>
            <w:r w:rsidRPr="00C24CED">
              <w:t xml:space="preserve"> </w:t>
            </w:r>
            <w:proofErr w:type="spellStart"/>
            <w:r w:rsidRPr="00C24CED">
              <w:t>алдын</w:t>
            </w:r>
            <w:proofErr w:type="spellEnd"/>
            <w:r w:rsidRPr="00C24CED">
              <w:t xml:space="preserve"> </w:t>
            </w:r>
            <w:proofErr w:type="spellStart"/>
            <w:r w:rsidRPr="00C24CED">
              <w:t>алу</w:t>
            </w:r>
            <w:proofErr w:type="spellEnd"/>
          </w:p>
        </w:tc>
        <w:tc>
          <w:tcPr>
            <w:tcW w:w="2551" w:type="dxa"/>
          </w:tcPr>
          <w:p w14:paraId="5FB175FC" w14:textId="7CA00C91" w:rsidR="00871BEB" w:rsidRDefault="00871BEB" w:rsidP="00871BEB">
            <w:pPr>
              <w:ind w:firstLine="0"/>
              <w:jc w:val="both"/>
            </w:pPr>
            <w:proofErr w:type="spellStart"/>
            <w:r w:rsidRPr="00C24CED">
              <w:t>Нұсқа</w:t>
            </w:r>
            <w:proofErr w:type="spellEnd"/>
            <w:r>
              <w:rPr>
                <w:lang w:val="kk-KZ"/>
              </w:rPr>
              <w:t>улықтар</w:t>
            </w:r>
            <w:r w:rsidRPr="00C24CED">
              <w:t xml:space="preserve">, </w:t>
            </w:r>
            <w:proofErr w:type="spellStart"/>
            <w:r w:rsidRPr="00C24CED">
              <w:t>сүйемелдеу</w:t>
            </w:r>
            <w:proofErr w:type="spellEnd"/>
            <w:r w:rsidRPr="00C24CED">
              <w:t xml:space="preserve">, </w:t>
            </w:r>
            <w:proofErr w:type="spellStart"/>
            <w:r w:rsidRPr="00C24CED">
              <w:t>маршрут</w:t>
            </w:r>
            <w:proofErr w:type="spellEnd"/>
            <w:r w:rsidRPr="00C24CED">
              <w:t xml:space="preserve"> </w:t>
            </w:r>
            <w:proofErr w:type="spellStart"/>
            <w:r w:rsidRPr="00C24CED">
              <w:t>ережелері</w:t>
            </w:r>
            <w:proofErr w:type="spellEnd"/>
          </w:p>
        </w:tc>
        <w:tc>
          <w:tcPr>
            <w:tcW w:w="2268" w:type="dxa"/>
          </w:tcPr>
          <w:p w14:paraId="360840DB" w14:textId="153FE61B" w:rsidR="00871BEB" w:rsidRPr="00871BEB" w:rsidRDefault="00871BEB" w:rsidP="00871BEB">
            <w:pPr>
              <w:ind w:firstLine="0"/>
              <w:jc w:val="both"/>
            </w:pPr>
            <w:proofErr w:type="spellStart"/>
            <w:r w:rsidRPr="00C24CED">
              <w:t>Тәуекелдердің</w:t>
            </w:r>
            <w:proofErr w:type="spellEnd"/>
            <w:r w:rsidRPr="00C24CED">
              <w:t xml:space="preserve"> </w:t>
            </w:r>
            <w:proofErr w:type="spellStart"/>
            <w:r w:rsidRPr="00C24CED">
              <w:t>азаюы</w:t>
            </w:r>
            <w:proofErr w:type="spellEnd"/>
            <w:r w:rsidRPr="00C24CED">
              <w:t xml:space="preserve"> </w:t>
            </w:r>
            <w:proofErr w:type="spellStart"/>
            <w:r w:rsidRPr="00C24CED">
              <w:t>және</w:t>
            </w:r>
            <w:proofErr w:type="spellEnd"/>
            <w:r w:rsidRPr="00C24CED">
              <w:t xml:space="preserve"> </w:t>
            </w:r>
            <w:proofErr w:type="spellStart"/>
            <w:r w:rsidRPr="00C24CED">
              <w:t>ережелерді</w:t>
            </w:r>
            <w:proofErr w:type="spellEnd"/>
            <w:r w:rsidRPr="00C24CED">
              <w:t xml:space="preserve"> </w:t>
            </w:r>
            <w:proofErr w:type="spellStart"/>
            <w:r w:rsidRPr="00C24CED">
              <w:t>сақтау</w:t>
            </w:r>
            <w:proofErr w:type="spellEnd"/>
          </w:p>
        </w:tc>
      </w:tr>
    </w:tbl>
    <w:p w14:paraId="16BB6EF2" w14:textId="2B1B7341" w:rsidR="00E16827" w:rsidRPr="00E200D0" w:rsidRDefault="00991121" w:rsidP="00E16827">
      <w:pPr>
        <w:pStyle w:val="aff8"/>
        <w:ind w:firstLine="709"/>
        <w:jc w:val="both"/>
        <w:rPr>
          <w:b/>
          <w:sz w:val="28"/>
          <w:szCs w:val="28"/>
        </w:rPr>
      </w:pPr>
      <w:proofErr w:type="spellStart"/>
      <w:r>
        <w:rPr>
          <w:b/>
          <w:sz w:val="28"/>
          <w:szCs w:val="28"/>
          <w:lang w:val="ru-RU"/>
        </w:rPr>
        <w:t>М</w:t>
      </w:r>
      <w:r w:rsidR="00E16827" w:rsidRPr="00E16827">
        <w:rPr>
          <w:b/>
          <w:sz w:val="28"/>
          <w:szCs w:val="28"/>
          <w:lang w:val="ru-RU"/>
        </w:rPr>
        <w:t>одульдерді</w:t>
      </w:r>
      <w:proofErr w:type="spellEnd"/>
      <w:r w:rsidR="00E16827" w:rsidRPr="00E200D0">
        <w:rPr>
          <w:b/>
          <w:sz w:val="28"/>
          <w:szCs w:val="28"/>
        </w:rPr>
        <w:t xml:space="preserve"> </w:t>
      </w:r>
      <w:proofErr w:type="spellStart"/>
      <w:r w:rsidR="00E16827" w:rsidRPr="00E16827">
        <w:rPr>
          <w:b/>
          <w:sz w:val="28"/>
          <w:szCs w:val="28"/>
          <w:lang w:val="ru-RU"/>
        </w:rPr>
        <w:t>ауысым</w:t>
      </w:r>
      <w:proofErr w:type="spellEnd"/>
      <w:r w:rsidR="00E16827" w:rsidRPr="00E200D0">
        <w:rPr>
          <w:b/>
          <w:sz w:val="28"/>
          <w:szCs w:val="28"/>
        </w:rPr>
        <w:t xml:space="preserve"> </w:t>
      </w:r>
      <w:proofErr w:type="spellStart"/>
      <w:r w:rsidR="00E16827" w:rsidRPr="00E16827">
        <w:rPr>
          <w:b/>
          <w:sz w:val="28"/>
          <w:szCs w:val="28"/>
          <w:lang w:val="ru-RU"/>
        </w:rPr>
        <w:t>мазмұнына</w:t>
      </w:r>
      <w:proofErr w:type="spellEnd"/>
      <w:r w:rsidR="00E16827" w:rsidRPr="00E200D0">
        <w:rPr>
          <w:b/>
          <w:sz w:val="28"/>
          <w:szCs w:val="28"/>
        </w:rPr>
        <w:t xml:space="preserve"> </w:t>
      </w:r>
      <w:proofErr w:type="spellStart"/>
      <w:r w:rsidR="00E16827" w:rsidRPr="00E16827">
        <w:rPr>
          <w:b/>
          <w:sz w:val="28"/>
          <w:szCs w:val="28"/>
          <w:lang w:val="ru-RU"/>
        </w:rPr>
        <w:t>кіріктіру</w:t>
      </w:r>
      <w:proofErr w:type="spellEnd"/>
    </w:p>
    <w:p w14:paraId="2F9BF482" w14:textId="692C4580" w:rsidR="00E16827" w:rsidRDefault="00E16827" w:rsidP="00F44AD8">
      <w:pPr>
        <w:pStyle w:val="aff8"/>
        <w:ind w:firstLine="709"/>
        <w:jc w:val="both"/>
        <w:rPr>
          <w:sz w:val="28"/>
          <w:szCs w:val="28"/>
        </w:rPr>
      </w:pPr>
      <w:proofErr w:type="spellStart"/>
      <w:r w:rsidRPr="00E16827">
        <w:rPr>
          <w:sz w:val="28"/>
          <w:szCs w:val="28"/>
          <w:lang w:val="ru-RU"/>
        </w:rPr>
        <w:t>Білім</w:t>
      </w:r>
      <w:proofErr w:type="spellEnd"/>
      <w:r w:rsidRPr="00E200D0">
        <w:rPr>
          <w:sz w:val="28"/>
          <w:szCs w:val="28"/>
        </w:rPr>
        <w:t xml:space="preserve"> </w:t>
      </w:r>
      <w:r w:rsidRPr="00E16827">
        <w:rPr>
          <w:sz w:val="28"/>
          <w:szCs w:val="28"/>
          <w:lang w:val="ru-RU"/>
        </w:rPr>
        <w:t>беру</w:t>
      </w:r>
      <w:r w:rsidRPr="00E200D0">
        <w:rPr>
          <w:sz w:val="28"/>
          <w:szCs w:val="28"/>
        </w:rPr>
        <w:t xml:space="preserve"> </w:t>
      </w:r>
      <w:proofErr w:type="spellStart"/>
      <w:r w:rsidRPr="00E16827">
        <w:rPr>
          <w:sz w:val="28"/>
          <w:szCs w:val="28"/>
          <w:lang w:val="ru-RU"/>
        </w:rPr>
        <w:t>және</w:t>
      </w:r>
      <w:proofErr w:type="spellEnd"/>
      <w:r w:rsidRPr="00E200D0">
        <w:rPr>
          <w:sz w:val="28"/>
          <w:szCs w:val="28"/>
        </w:rPr>
        <w:t xml:space="preserve"> </w:t>
      </w:r>
      <w:proofErr w:type="spellStart"/>
      <w:r w:rsidRPr="00E16827">
        <w:rPr>
          <w:sz w:val="28"/>
          <w:szCs w:val="28"/>
          <w:lang w:val="ru-RU"/>
        </w:rPr>
        <w:t>сауықтыру</w:t>
      </w:r>
      <w:proofErr w:type="spellEnd"/>
      <w:r w:rsidRPr="00E200D0">
        <w:rPr>
          <w:sz w:val="28"/>
          <w:szCs w:val="28"/>
        </w:rPr>
        <w:t xml:space="preserve"> </w:t>
      </w:r>
      <w:proofErr w:type="spellStart"/>
      <w:r w:rsidRPr="00E16827">
        <w:rPr>
          <w:sz w:val="28"/>
          <w:szCs w:val="28"/>
          <w:lang w:val="ru-RU"/>
        </w:rPr>
        <w:t>модульдері</w:t>
      </w:r>
      <w:proofErr w:type="spellEnd"/>
      <w:r w:rsidRPr="00E200D0">
        <w:rPr>
          <w:sz w:val="28"/>
          <w:szCs w:val="28"/>
        </w:rPr>
        <w:t xml:space="preserve"> </w:t>
      </w:r>
      <w:proofErr w:type="spellStart"/>
      <w:r w:rsidRPr="00E16827">
        <w:rPr>
          <w:sz w:val="28"/>
          <w:szCs w:val="28"/>
          <w:lang w:val="ru-RU"/>
        </w:rPr>
        <w:t>өзара</w:t>
      </w:r>
      <w:proofErr w:type="spellEnd"/>
      <w:r w:rsidRPr="00E200D0">
        <w:rPr>
          <w:sz w:val="28"/>
          <w:szCs w:val="28"/>
        </w:rPr>
        <w:t xml:space="preserve"> </w:t>
      </w:r>
      <w:proofErr w:type="spellStart"/>
      <w:r w:rsidRPr="00E16827">
        <w:rPr>
          <w:sz w:val="28"/>
          <w:szCs w:val="28"/>
          <w:lang w:val="ru-RU"/>
        </w:rPr>
        <w:t>байланыста</w:t>
      </w:r>
      <w:proofErr w:type="spellEnd"/>
      <w:r w:rsidRPr="00E200D0">
        <w:rPr>
          <w:sz w:val="28"/>
          <w:szCs w:val="28"/>
        </w:rPr>
        <w:t xml:space="preserve"> </w:t>
      </w:r>
      <w:proofErr w:type="spellStart"/>
      <w:r w:rsidRPr="00E16827">
        <w:rPr>
          <w:sz w:val="28"/>
          <w:szCs w:val="28"/>
          <w:lang w:val="ru-RU"/>
        </w:rPr>
        <w:t>жүзеге</w:t>
      </w:r>
      <w:proofErr w:type="spellEnd"/>
      <w:r w:rsidRPr="00E200D0">
        <w:rPr>
          <w:sz w:val="28"/>
          <w:szCs w:val="28"/>
        </w:rPr>
        <w:t xml:space="preserve"> </w:t>
      </w:r>
      <w:proofErr w:type="spellStart"/>
      <w:r w:rsidRPr="00E16827">
        <w:rPr>
          <w:sz w:val="28"/>
          <w:szCs w:val="28"/>
          <w:lang w:val="ru-RU"/>
        </w:rPr>
        <w:t>асырылады</w:t>
      </w:r>
      <w:proofErr w:type="spellEnd"/>
      <w:r w:rsidRPr="00E200D0">
        <w:rPr>
          <w:sz w:val="28"/>
          <w:szCs w:val="28"/>
        </w:rPr>
        <w:t xml:space="preserve">. </w:t>
      </w:r>
      <w:proofErr w:type="spellStart"/>
      <w:r w:rsidRPr="00E16827">
        <w:rPr>
          <w:sz w:val="28"/>
          <w:szCs w:val="28"/>
          <w:lang w:val="ru-RU"/>
        </w:rPr>
        <w:t>Дамытушы</w:t>
      </w:r>
      <w:proofErr w:type="spellEnd"/>
      <w:r w:rsidRPr="00E200D0">
        <w:rPr>
          <w:sz w:val="28"/>
          <w:szCs w:val="28"/>
        </w:rPr>
        <w:t xml:space="preserve">, </w:t>
      </w:r>
      <w:proofErr w:type="spellStart"/>
      <w:r w:rsidRPr="00E16827">
        <w:rPr>
          <w:sz w:val="28"/>
          <w:szCs w:val="28"/>
          <w:lang w:val="ru-RU"/>
        </w:rPr>
        <w:t>практикалық</w:t>
      </w:r>
      <w:proofErr w:type="spellEnd"/>
      <w:r w:rsidRPr="00E200D0">
        <w:rPr>
          <w:sz w:val="28"/>
          <w:szCs w:val="28"/>
        </w:rPr>
        <w:t>-</w:t>
      </w:r>
      <w:proofErr w:type="spellStart"/>
      <w:r w:rsidRPr="00E16827">
        <w:rPr>
          <w:sz w:val="28"/>
          <w:szCs w:val="28"/>
          <w:lang w:val="ru-RU"/>
        </w:rPr>
        <w:t>бағдарлы</w:t>
      </w:r>
      <w:proofErr w:type="spellEnd"/>
      <w:r w:rsidRPr="00E200D0">
        <w:rPr>
          <w:sz w:val="28"/>
          <w:szCs w:val="28"/>
        </w:rPr>
        <w:t xml:space="preserve">, </w:t>
      </w:r>
      <w:proofErr w:type="spellStart"/>
      <w:r w:rsidRPr="00E16827">
        <w:rPr>
          <w:sz w:val="28"/>
          <w:szCs w:val="28"/>
          <w:lang w:val="ru-RU"/>
        </w:rPr>
        <w:t>туристік</w:t>
      </w:r>
      <w:proofErr w:type="spellEnd"/>
      <w:r w:rsidRPr="00E200D0">
        <w:rPr>
          <w:sz w:val="28"/>
          <w:szCs w:val="28"/>
        </w:rPr>
        <w:t xml:space="preserve">, </w:t>
      </w:r>
      <w:proofErr w:type="spellStart"/>
      <w:r w:rsidRPr="00E16827">
        <w:rPr>
          <w:sz w:val="28"/>
          <w:szCs w:val="28"/>
          <w:lang w:val="ru-RU"/>
        </w:rPr>
        <w:t>өлкетан</w:t>
      </w:r>
      <w:r>
        <w:rPr>
          <w:sz w:val="28"/>
          <w:szCs w:val="28"/>
          <w:lang w:val="ru-RU"/>
        </w:rPr>
        <w:t>ымдық</w:t>
      </w:r>
      <w:proofErr w:type="spellEnd"/>
      <w:r w:rsidRPr="00E200D0">
        <w:rPr>
          <w:sz w:val="28"/>
          <w:szCs w:val="28"/>
        </w:rPr>
        <w:t xml:space="preserve"> </w:t>
      </w:r>
      <w:proofErr w:type="spellStart"/>
      <w:r w:rsidRPr="00E16827">
        <w:rPr>
          <w:sz w:val="28"/>
          <w:szCs w:val="28"/>
          <w:lang w:val="ru-RU"/>
        </w:rPr>
        <w:t>және</w:t>
      </w:r>
      <w:proofErr w:type="spellEnd"/>
      <w:r w:rsidRPr="00E200D0">
        <w:rPr>
          <w:sz w:val="28"/>
          <w:szCs w:val="28"/>
        </w:rPr>
        <w:t xml:space="preserve"> </w:t>
      </w:r>
      <w:proofErr w:type="spellStart"/>
      <w:r w:rsidRPr="00E16827">
        <w:rPr>
          <w:sz w:val="28"/>
          <w:szCs w:val="28"/>
          <w:lang w:val="ru-RU"/>
        </w:rPr>
        <w:t>жобалық</w:t>
      </w:r>
      <w:proofErr w:type="spellEnd"/>
      <w:r w:rsidRPr="00E200D0">
        <w:rPr>
          <w:sz w:val="28"/>
          <w:szCs w:val="28"/>
        </w:rPr>
        <w:t xml:space="preserve"> </w:t>
      </w:r>
      <w:proofErr w:type="spellStart"/>
      <w:r w:rsidRPr="00E16827">
        <w:rPr>
          <w:sz w:val="28"/>
          <w:szCs w:val="28"/>
          <w:lang w:val="ru-RU"/>
        </w:rPr>
        <w:t>іс</w:t>
      </w:r>
      <w:proofErr w:type="spellEnd"/>
      <w:r w:rsidRPr="00E200D0">
        <w:rPr>
          <w:sz w:val="28"/>
          <w:szCs w:val="28"/>
        </w:rPr>
        <w:t>-</w:t>
      </w:r>
      <w:proofErr w:type="spellStart"/>
      <w:r w:rsidRPr="00E16827">
        <w:rPr>
          <w:sz w:val="28"/>
          <w:szCs w:val="28"/>
          <w:lang w:val="ru-RU"/>
        </w:rPr>
        <w:t>шаралар</w:t>
      </w:r>
      <w:proofErr w:type="spellEnd"/>
      <w:r w:rsidRPr="00E200D0">
        <w:rPr>
          <w:sz w:val="28"/>
          <w:szCs w:val="28"/>
        </w:rPr>
        <w:t xml:space="preserve"> </w:t>
      </w:r>
      <w:proofErr w:type="spellStart"/>
      <w:r w:rsidRPr="00E16827">
        <w:rPr>
          <w:sz w:val="28"/>
          <w:szCs w:val="28"/>
          <w:lang w:val="ru-RU"/>
        </w:rPr>
        <w:t>белсенді</w:t>
      </w:r>
      <w:proofErr w:type="spellEnd"/>
      <w:r w:rsidRPr="00E200D0">
        <w:rPr>
          <w:sz w:val="28"/>
          <w:szCs w:val="28"/>
        </w:rPr>
        <w:t xml:space="preserve"> </w:t>
      </w:r>
      <w:proofErr w:type="spellStart"/>
      <w:r w:rsidRPr="00E16827">
        <w:rPr>
          <w:sz w:val="28"/>
          <w:szCs w:val="28"/>
          <w:lang w:val="ru-RU"/>
        </w:rPr>
        <w:t>демалыс</w:t>
      </w:r>
      <w:proofErr w:type="spellEnd"/>
      <w:r w:rsidRPr="00E200D0">
        <w:rPr>
          <w:sz w:val="28"/>
          <w:szCs w:val="28"/>
        </w:rPr>
        <w:t xml:space="preserve">, </w:t>
      </w:r>
      <w:proofErr w:type="spellStart"/>
      <w:r w:rsidRPr="00E16827">
        <w:rPr>
          <w:sz w:val="28"/>
          <w:szCs w:val="28"/>
          <w:lang w:val="ru-RU"/>
        </w:rPr>
        <w:t>спорттық</w:t>
      </w:r>
      <w:proofErr w:type="spellEnd"/>
      <w:r w:rsidRPr="00E200D0">
        <w:rPr>
          <w:sz w:val="28"/>
          <w:szCs w:val="28"/>
        </w:rPr>
        <w:t xml:space="preserve"> </w:t>
      </w:r>
      <w:proofErr w:type="spellStart"/>
      <w:r w:rsidRPr="00E16827">
        <w:rPr>
          <w:sz w:val="28"/>
          <w:szCs w:val="28"/>
          <w:lang w:val="ru-RU"/>
        </w:rPr>
        <w:t>ойындар</w:t>
      </w:r>
      <w:proofErr w:type="spellEnd"/>
      <w:r w:rsidRPr="00E200D0">
        <w:rPr>
          <w:sz w:val="28"/>
          <w:szCs w:val="28"/>
        </w:rPr>
        <w:t xml:space="preserve">, </w:t>
      </w:r>
      <w:proofErr w:type="spellStart"/>
      <w:r w:rsidRPr="00E16827">
        <w:rPr>
          <w:sz w:val="28"/>
          <w:szCs w:val="28"/>
          <w:lang w:val="ru-RU"/>
        </w:rPr>
        <w:t>серуендер</w:t>
      </w:r>
      <w:proofErr w:type="spellEnd"/>
      <w:r w:rsidRPr="00E200D0">
        <w:rPr>
          <w:sz w:val="28"/>
          <w:szCs w:val="28"/>
        </w:rPr>
        <w:t xml:space="preserve">, </w:t>
      </w:r>
      <w:proofErr w:type="spellStart"/>
      <w:r w:rsidRPr="00E16827">
        <w:rPr>
          <w:sz w:val="28"/>
          <w:szCs w:val="28"/>
          <w:lang w:val="ru-RU"/>
        </w:rPr>
        <w:t>тамақтану</w:t>
      </w:r>
      <w:proofErr w:type="spellEnd"/>
      <w:r w:rsidRPr="00E200D0">
        <w:rPr>
          <w:sz w:val="28"/>
          <w:szCs w:val="28"/>
        </w:rPr>
        <w:t xml:space="preserve">, </w:t>
      </w:r>
      <w:proofErr w:type="spellStart"/>
      <w:r w:rsidRPr="00E16827">
        <w:rPr>
          <w:sz w:val="28"/>
          <w:szCs w:val="28"/>
          <w:lang w:val="ru-RU"/>
        </w:rPr>
        <w:t>демалыс</w:t>
      </w:r>
      <w:proofErr w:type="spellEnd"/>
      <w:r w:rsidRPr="00E200D0">
        <w:rPr>
          <w:sz w:val="28"/>
          <w:szCs w:val="28"/>
        </w:rPr>
        <w:t xml:space="preserve"> </w:t>
      </w:r>
      <w:proofErr w:type="spellStart"/>
      <w:r w:rsidRPr="00E16827">
        <w:rPr>
          <w:sz w:val="28"/>
          <w:szCs w:val="28"/>
          <w:lang w:val="ru-RU"/>
        </w:rPr>
        <w:t>және</w:t>
      </w:r>
      <w:proofErr w:type="spellEnd"/>
      <w:r w:rsidRPr="00E200D0">
        <w:rPr>
          <w:sz w:val="28"/>
          <w:szCs w:val="28"/>
        </w:rPr>
        <w:t xml:space="preserve"> </w:t>
      </w:r>
      <w:proofErr w:type="spellStart"/>
      <w:r>
        <w:rPr>
          <w:sz w:val="28"/>
          <w:szCs w:val="28"/>
          <w:lang w:val="ru-RU"/>
        </w:rPr>
        <w:t>кері</w:t>
      </w:r>
      <w:proofErr w:type="spellEnd"/>
      <w:r w:rsidRPr="00E200D0">
        <w:rPr>
          <w:sz w:val="28"/>
          <w:szCs w:val="28"/>
        </w:rPr>
        <w:t xml:space="preserve"> </w:t>
      </w:r>
      <w:proofErr w:type="spellStart"/>
      <w:r>
        <w:rPr>
          <w:sz w:val="28"/>
          <w:szCs w:val="28"/>
          <w:lang w:val="ru-RU"/>
        </w:rPr>
        <w:t>байланыспен</w:t>
      </w:r>
      <w:proofErr w:type="spellEnd"/>
      <w:r w:rsidRPr="00E200D0">
        <w:rPr>
          <w:sz w:val="28"/>
          <w:szCs w:val="28"/>
        </w:rPr>
        <w:t xml:space="preserve"> </w:t>
      </w:r>
      <w:proofErr w:type="spellStart"/>
      <w:r w:rsidRPr="00E16827">
        <w:rPr>
          <w:sz w:val="28"/>
          <w:szCs w:val="28"/>
          <w:lang w:val="ru-RU"/>
        </w:rPr>
        <w:t>кезектестіріледі</w:t>
      </w:r>
      <w:proofErr w:type="spellEnd"/>
      <w:r w:rsidRPr="00E200D0">
        <w:rPr>
          <w:sz w:val="28"/>
          <w:szCs w:val="28"/>
        </w:rPr>
        <w:t xml:space="preserve">. </w:t>
      </w:r>
      <w:proofErr w:type="spellStart"/>
      <w:r w:rsidRPr="00E16827">
        <w:rPr>
          <w:sz w:val="28"/>
          <w:szCs w:val="28"/>
          <w:lang w:val="ru-RU"/>
        </w:rPr>
        <w:t>Бұл</w:t>
      </w:r>
      <w:proofErr w:type="spellEnd"/>
      <w:r w:rsidRPr="00E200D0">
        <w:rPr>
          <w:sz w:val="28"/>
          <w:szCs w:val="28"/>
        </w:rPr>
        <w:t xml:space="preserve"> </w:t>
      </w:r>
      <w:proofErr w:type="spellStart"/>
      <w:r w:rsidRPr="00E16827">
        <w:rPr>
          <w:sz w:val="28"/>
          <w:szCs w:val="28"/>
          <w:lang w:val="ru-RU"/>
        </w:rPr>
        <w:t>зияткерлік</w:t>
      </w:r>
      <w:proofErr w:type="spellEnd"/>
      <w:r w:rsidRPr="00E200D0">
        <w:rPr>
          <w:sz w:val="28"/>
          <w:szCs w:val="28"/>
        </w:rPr>
        <w:t xml:space="preserve">, </w:t>
      </w:r>
      <w:proofErr w:type="spellStart"/>
      <w:r w:rsidRPr="00E16827">
        <w:rPr>
          <w:sz w:val="28"/>
          <w:szCs w:val="28"/>
          <w:lang w:val="ru-RU"/>
        </w:rPr>
        <w:t>эмоционалдық</w:t>
      </w:r>
      <w:proofErr w:type="spellEnd"/>
      <w:r w:rsidRPr="00E200D0">
        <w:rPr>
          <w:sz w:val="28"/>
          <w:szCs w:val="28"/>
        </w:rPr>
        <w:t xml:space="preserve"> </w:t>
      </w:r>
      <w:proofErr w:type="spellStart"/>
      <w:r w:rsidRPr="00E16827">
        <w:rPr>
          <w:sz w:val="28"/>
          <w:szCs w:val="28"/>
          <w:lang w:val="ru-RU"/>
        </w:rPr>
        <w:t>және</w:t>
      </w:r>
      <w:proofErr w:type="spellEnd"/>
      <w:r w:rsidRPr="00E200D0">
        <w:rPr>
          <w:sz w:val="28"/>
          <w:szCs w:val="28"/>
        </w:rPr>
        <w:t xml:space="preserve"> </w:t>
      </w:r>
      <w:proofErr w:type="spellStart"/>
      <w:r w:rsidRPr="00E16827">
        <w:rPr>
          <w:sz w:val="28"/>
          <w:szCs w:val="28"/>
          <w:lang w:val="ru-RU"/>
        </w:rPr>
        <w:t>дене</w:t>
      </w:r>
      <w:proofErr w:type="spellEnd"/>
      <w:r w:rsidRPr="00E200D0">
        <w:rPr>
          <w:sz w:val="28"/>
          <w:szCs w:val="28"/>
        </w:rPr>
        <w:t xml:space="preserve"> </w:t>
      </w:r>
      <w:proofErr w:type="spellStart"/>
      <w:r w:rsidRPr="00E16827">
        <w:rPr>
          <w:sz w:val="28"/>
          <w:szCs w:val="28"/>
          <w:lang w:val="ru-RU"/>
        </w:rPr>
        <w:t>жүктемесінің</w:t>
      </w:r>
      <w:proofErr w:type="spellEnd"/>
      <w:r w:rsidRPr="00E200D0">
        <w:rPr>
          <w:sz w:val="28"/>
          <w:szCs w:val="28"/>
        </w:rPr>
        <w:t xml:space="preserve"> </w:t>
      </w:r>
      <w:proofErr w:type="spellStart"/>
      <w:r w:rsidRPr="00E16827">
        <w:rPr>
          <w:sz w:val="28"/>
          <w:szCs w:val="28"/>
          <w:lang w:val="ru-RU"/>
        </w:rPr>
        <w:t>теңгерімін</w:t>
      </w:r>
      <w:proofErr w:type="spellEnd"/>
      <w:r w:rsidRPr="00E200D0">
        <w:rPr>
          <w:sz w:val="28"/>
          <w:szCs w:val="28"/>
        </w:rPr>
        <w:t xml:space="preserve"> </w:t>
      </w:r>
      <w:proofErr w:type="spellStart"/>
      <w:r w:rsidRPr="00E16827">
        <w:rPr>
          <w:sz w:val="28"/>
          <w:szCs w:val="28"/>
          <w:lang w:val="ru-RU"/>
        </w:rPr>
        <w:t>қамтамасыз</w:t>
      </w:r>
      <w:proofErr w:type="spellEnd"/>
      <w:r w:rsidRPr="00E200D0">
        <w:rPr>
          <w:sz w:val="28"/>
          <w:szCs w:val="28"/>
        </w:rPr>
        <w:t xml:space="preserve"> </w:t>
      </w:r>
      <w:proofErr w:type="spellStart"/>
      <w:r w:rsidRPr="00E16827">
        <w:rPr>
          <w:sz w:val="28"/>
          <w:szCs w:val="28"/>
          <w:lang w:val="ru-RU"/>
        </w:rPr>
        <w:t>етеді</w:t>
      </w:r>
      <w:proofErr w:type="spellEnd"/>
      <w:r w:rsidRPr="00E200D0">
        <w:rPr>
          <w:sz w:val="28"/>
          <w:szCs w:val="28"/>
        </w:rPr>
        <w:t>.</w:t>
      </w:r>
    </w:p>
    <w:p w14:paraId="036CB1D1" w14:textId="227CD486" w:rsidR="00D53DD4" w:rsidRPr="00E56216" w:rsidRDefault="00D53DD4" w:rsidP="00D53DD4">
      <w:pPr>
        <w:rPr>
          <w:rFonts w:eastAsiaTheme="majorEastAsia" w:cstheme="majorBidi"/>
          <w:b/>
          <w:bCs/>
          <w:szCs w:val="26"/>
        </w:rPr>
      </w:pPr>
      <w:r w:rsidRPr="00E56216">
        <w:rPr>
          <w:rFonts w:eastAsiaTheme="majorEastAsia" w:cstheme="majorBidi"/>
          <w:b/>
          <w:bCs/>
          <w:szCs w:val="26"/>
        </w:rPr>
        <w:t xml:space="preserve">12 </w:t>
      </w:r>
      <w:proofErr w:type="spellStart"/>
      <w:r w:rsidRPr="00E16827">
        <w:rPr>
          <w:rFonts w:eastAsiaTheme="majorEastAsia" w:cstheme="majorBidi"/>
          <w:b/>
          <w:bCs/>
          <w:szCs w:val="26"/>
          <w:lang w:val="ru-RU"/>
        </w:rPr>
        <w:t>күндік</w:t>
      </w:r>
      <w:proofErr w:type="spellEnd"/>
      <w:r w:rsidRPr="00E56216">
        <w:rPr>
          <w:rFonts w:eastAsiaTheme="majorEastAsia" w:cstheme="majorBidi"/>
          <w:b/>
          <w:bCs/>
          <w:szCs w:val="26"/>
        </w:rPr>
        <w:t xml:space="preserve"> </w:t>
      </w:r>
      <w:proofErr w:type="spellStart"/>
      <w:r w:rsidRPr="00E16827">
        <w:rPr>
          <w:rFonts w:eastAsiaTheme="majorEastAsia" w:cstheme="majorBidi"/>
          <w:b/>
          <w:bCs/>
          <w:szCs w:val="26"/>
          <w:lang w:val="ru-RU"/>
        </w:rPr>
        <w:t>ауысымға</w:t>
      </w:r>
      <w:proofErr w:type="spellEnd"/>
      <w:r w:rsidRPr="00E56216">
        <w:rPr>
          <w:rFonts w:eastAsiaTheme="majorEastAsia" w:cstheme="majorBidi"/>
          <w:b/>
          <w:bCs/>
          <w:szCs w:val="26"/>
        </w:rPr>
        <w:t xml:space="preserve"> </w:t>
      </w:r>
      <w:proofErr w:type="spellStart"/>
      <w:r w:rsidRPr="00E16827">
        <w:rPr>
          <w:rFonts w:eastAsiaTheme="majorEastAsia" w:cstheme="majorBidi"/>
          <w:b/>
          <w:bCs/>
          <w:szCs w:val="26"/>
          <w:lang w:val="ru-RU"/>
        </w:rPr>
        <w:t>арналған</w:t>
      </w:r>
      <w:proofErr w:type="spellEnd"/>
      <w:r w:rsidRPr="00E56216">
        <w:rPr>
          <w:rFonts w:eastAsiaTheme="majorEastAsia" w:cstheme="majorBidi"/>
          <w:b/>
          <w:bCs/>
          <w:szCs w:val="26"/>
        </w:rPr>
        <w:t xml:space="preserve"> </w:t>
      </w:r>
      <w:proofErr w:type="spellStart"/>
      <w:r w:rsidRPr="00E16827">
        <w:rPr>
          <w:rFonts w:eastAsiaTheme="majorEastAsia" w:cstheme="majorBidi"/>
          <w:b/>
          <w:bCs/>
          <w:szCs w:val="26"/>
          <w:lang w:val="ru-RU"/>
        </w:rPr>
        <w:t>үлгілік</w:t>
      </w:r>
      <w:proofErr w:type="spellEnd"/>
      <w:r w:rsidRPr="00E56216">
        <w:rPr>
          <w:rFonts w:eastAsiaTheme="majorEastAsia" w:cstheme="majorBidi"/>
          <w:b/>
          <w:bCs/>
          <w:szCs w:val="26"/>
        </w:rPr>
        <w:t xml:space="preserve"> </w:t>
      </w:r>
      <w:proofErr w:type="spellStart"/>
      <w:r w:rsidRPr="00E16827">
        <w:rPr>
          <w:rFonts w:eastAsiaTheme="majorEastAsia" w:cstheme="majorBidi"/>
          <w:b/>
          <w:bCs/>
          <w:szCs w:val="26"/>
          <w:lang w:val="ru-RU"/>
        </w:rPr>
        <w:t>жоспар</w:t>
      </w:r>
      <w:r w:rsidR="000C1C7D">
        <w:rPr>
          <w:rFonts w:eastAsiaTheme="majorEastAsia" w:cstheme="majorBidi"/>
          <w:b/>
          <w:bCs/>
          <w:szCs w:val="26"/>
          <w:lang w:val="ru-RU"/>
        </w:rPr>
        <w:t>і</w:t>
      </w:r>
      <w:proofErr w:type="spellEnd"/>
    </w:p>
    <w:tbl>
      <w:tblPr>
        <w:tblStyle w:val="aff0"/>
        <w:tblW w:w="0" w:type="auto"/>
        <w:jc w:val="center"/>
        <w:tblLook w:val="04A0" w:firstRow="1" w:lastRow="0" w:firstColumn="1" w:lastColumn="0" w:noHBand="0" w:noVBand="1"/>
      </w:tblPr>
      <w:tblGrid>
        <w:gridCol w:w="721"/>
        <w:gridCol w:w="2462"/>
        <w:gridCol w:w="2976"/>
        <w:gridCol w:w="3597"/>
      </w:tblGrid>
      <w:tr w:rsidR="00D53DD4" w14:paraId="6A7823E8" w14:textId="77777777" w:rsidTr="00F44AD8">
        <w:trPr>
          <w:tblHeader/>
          <w:jc w:val="center"/>
        </w:trPr>
        <w:tc>
          <w:tcPr>
            <w:tcW w:w="721" w:type="dxa"/>
            <w:shd w:val="clear" w:color="auto" w:fill="D9EAD3"/>
          </w:tcPr>
          <w:p w14:paraId="7F385DF8" w14:textId="77777777" w:rsidR="00D53DD4" w:rsidRPr="00D1641B" w:rsidRDefault="00D53DD4" w:rsidP="00E56216">
            <w:pPr>
              <w:ind w:firstLine="0"/>
              <w:jc w:val="center"/>
              <w:rPr>
                <w:b/>
              </w:rPr>
            </w:pPr>
            <w:proofErr w:type="spellStart"/>
            <w:r w:rsidRPr="00D1641B">
              <w:rPr>
                <w:b/>
              </w:rPr>
              <w:t>Күн</w:t>
            </w:r>
            <w:proofErr w:type="spellEnd"/>
          </w:p>
        </w:tc>
        <w:tc>
          <w:tcPr>
            <w:tcW w:w="2462" w:type="dxa"/>
            <w:shd w:val="clear" w:color="auto" w:fill="D9EAD3"/>
          </w:tcPr>
          <w:p w14:paraId="3079E6B6" w14:textId="77777777" w:rsidR="00D53DD4" w:rsidRPr="00D1641B" w:rsidRDefault="00D53DD4" w:rsidP="00E56216">
            <w:pPr>
              <w:ind w:firstLine="0"/>
              <w:jc w:val="center"/>
              <w:rPr>
                <w:b/>
              </w:rPr>
            </w:pPr>
            <w:proofErr w:type="spellStart"/>
            <w:r w:rsidRPr="00D1641B">
              <w:rPr>
                <w:b/>
              </w:rPr>
              <w:t>Күн</w:t>
            </w:r>
            <w:proofErr w:type="spellEnd"/>
            <w:r w:rsidRPr="00D1641B">
              <w:rPr>
                <w:b/>
              </w:rPr>
              <w:t xml:space="preserve"> </w:t>
            </w:r>
            <w:proofErr w:type="spellStart"/>
            <w:r w:rsidRPr="00D1641B">
              <w:rPr>
                <w:b/>
              </w:rPr>
              <w:t>тақырыбы</w:t>
            </w:r>
            <w:proofErr w:type="spellEnd"/>
          </w:p>
        </w:tc>
        <w:tc>
          <w:tcPr>
            <w:tcW w:w="2976" w:type="dxa"/>
            <w:shd w:val="clear" w:color="auto" w:fill="D9EAD3"/>
          </w:tcPr>
          <w:p w14:paraId="4F949215" w14:textId="77777777" w:rsidR="00D53DD4" w:rsidRPr="00D1641B" w:rsidRDefault="00D53DD4" w:rsidP="00E56216">
            <w:pPr>
              <w:ind w:firstLine="0"/>
              <w:jc w:val="center"/>
              <w:rPr>
                <w:b/>
              </w:rPr>
            </w:pPr>
            <w:proofErr w:type="spellStart"/>
            <w:r w:rsidRPr="00D1641B">
              <w:rPr>
                <w:b/>
              </w:rPr>
              <w:t>Педагогикалық</w:t>
            </w:r>
            <w:proofErr w:type="spellEnd"/>
            <w:r w:rsidRPr="00D1641B">
              <w:rPr>
                <w:b/>
              </w:rPr>
              <w:t xml:space="preserve"> </w:t>
            </w:r>
            <w:proofErr w:type="spellStart"/>
            <w:r w:rsidRPr="00D1641B">
              <w:rPr>
                <w:b/>
              </w:rPr>
              <w:t>міндет</w:t>
            </w:r>
            <w:proofErr w:type="spellEnd"/>
          </w:p>
        </w:tc>
        <w:tc>
          <w:tcPr>
            <w:tcW w:w="3597" w:type="dxa"/>
            <w:shd w:val="clear" w:color="auto" w:fill="D9EAD3"/>
          </w:tcPr>
          <w:p w14:paraId="11B511CA" w14:textId="77777777" w:rsidR="00D53DD4" w:rsidRPr="00D1641B" w:rsidRDefault="00D53DD4" w:rsidP="00E56216">
            <w:pPr>
              <w:ind w:firstLine="0"/>
              <w:jc w:val="center"/>
              <w:rPr>
                <w:b/>
              </w:rPr>
            </w:pPr>
            <w:proofErr w:type="spellStart"/>
            <w:r w:rsidRPr="00D1641B">
              <w:rPr>
                <w:b/>
              </w:rPr>
              <w:t>Қорытынды</w:t>
            </w:r>
            <w:proofErr w:type="spellEnd"/>
            <w:r w:rsidRPr="00D1641B">
              <w:rPr>
                <w:b/>
              </w:rPr>
              <w:t xml:space="preserve"> </w:t>
            </w:r>
            <w:proofErr w:type="spellStart"/>
            <w:r w:rsidRPr="00D1641B">
              <w:rPr>
                <w:b/>
              </w:rPr>
              <w:t>өнім</w:t>
            </w:r>
            <w:proofErr w:type="spellEnd"/>
            <w:r w:rsidRPr="00D1641B">
              <w:rPr>
                <w:b/>
              </w:rPr>
              <w:t xml:space="preserve"> / </w:t>
            </w:r>
            <w:proofErr w:type="spellStart"/>
            <w:r w:rsidRPr="00D1641B">
              <w:rPr>
                <w:b/>
              </w:rPr>
              <w:t>нәтиже</w:t>
            </w:r>
            <w:proofErr w:type="spellEnd"/>
          </w:p>
        </w:tc>
      </w:tr>
      <w:tr w:rsidR="00D53DD4" w:rsidRPr="00D1641B" w14:paraId="678F85EC" w14:textId="77777777" w:rsidTr="00F44AD8">
        <w:trPr>
          <w:jc w:val="center"/>
        </w:trPr>
        <w:tc>
          <w:tcPr>
            <w:tcW w:w="721" w:type="dxa"/>
          </w:tcPr>
          <w:p w14:paraId="1E067DF5" w14:textId="77777777" w:rsidR="00D53DD4" w:rsidRDefault="00D53DD4" w:rsidP="00E56216">
            <w:pPr>
              <w:ind w:firstLine="0"/>
            </w:pPr>
            <w:r w:rsidRPr="003329CF">
              <w:t>1</w:t>
            </w:r>
          </w:p>
        </w:tc>
        <w:tc>
          <w:tcPr>
            <w:tcW w:w="2462" w:type="dxa"/>
          </w:tcPr>
          <w:p w14:paraId="7A1AF173" w14:textId="77777777" w:rsidR="00D53DD4" w:rsidRDefault="00D53DD4" w:rsidP="00E56216">
            <w:pPr>
              <w:ind w:firstLine="0"/>
              <w:jc w:val="both"/>
            </w:pPr>
            <w:r w:rsidRPr="003329CF">
              <w:t>«</w:t>
            </w:r>
            <w:proofErr w:type="spellStart"/>
            <w:r w:rsidRPr="003329CF">
              <w:t>Бастау</w:t>
            </w:r>
            <w:proofErr w:type="spellEnd"/>
            <w:r w:rsidRPr="003329CF">
              <w:t xml:space="preserve">» – </w:t>
            </w:r>
            <w:proofErr w:type="spellStart"/>
            <w:r w:rsidRPr="003329CF">
              <w:lastRenderedPageBreak/>
              <w:t>ауысымның</w:t>
            </w:r>
            <w:proofErr w:type="spellEnd"/>
            <w:r w:rsidRPr="003329CF">
              <w:t xml:space="preserve"> </w:t>
            </w:r>
            <w:proofErr w:type="spellStart"/>
            <w:r w:rsidRPr="003329CF">
              <w:t>ашылуы</w:t>
            </w:r>
            <w:proofErr w:type="spellEnd"/>
          </w:p>
        </w:tc>
        <w:tc>
          <w:tcPr>
            <w:tcW w:w="2976" w:type="dxa"/>
          </w:tcPr>
          <w:p w14:paraId="76ADB39F" w14:textId="0AD0C309" w:rsidR="00D53DD4" w:rsidRPr="00D1641B" w:rsidRDefault="00D53DD4" w:rsidP="00E56216">
            <w:pPr>
              <w:ind w:firstLine="0"/>
              <w:jc w:val="both"/>
            </w:pPr>
            <w:proofErr w:type="spellStart"/>
            <w:r w:rsidRPr="003329CF">
              <w:lastRenderedPageBreak/>
              <w:t>Бейімделу</w:t>
            </w:r>
            <w:proofErr w:type="spellEnd"/>
            <w:r w:rsidRPr="003329CF">
              <w:t xml:space="preserve">, </w:t>
            </w:r>
            <w:proofErr w:type="spellStart"/>
            <w:r w:rsidRPr="003329CF">
              <w:t>қауіпсіздік</w:t>
            </w:r>
            <w:proofErr w:type="spellEnd"/>
            <w:r w:rsidRPr="003329CF">
              <w:t xml:space="preserve">, </w:t>
            </w:r>
            <w:r w:rsidR="00195065">
              <w:rPr>
                <w:lang w:val="ru-RU"/>
              </w:rPr>
              <w:lastRenderedPageBreak/>
              <w:t>ББСО</w:t>
            </w:r>
            <w:r w:rsidRPr="003329CF">
              <w:t xml:space="preserve"> </w:t>
            </w:r>
            <w:proofErr w:type="spellStart"/>
            <w:r w:rsidRPr="003329CF">
              <w:t>және</w:t>
            </w:r>
            <w:proofErr w:type="spellEnd"/>
            <w:r w:rsidRPr="003329CF">
              <w:t xml:space="preserve"> </w:t>
            </w:r>
            <w:proofErr w:type="spellStart"/>
            <w:r w:rsidRPr="003329CF">
              <w:t>ережелермен</w:t>
            </w:r>
            <w:proofErr w:type="spellEnd"/>
            <w:r w:rsidRPr="003329CF">
              <w:t xml:space="preserve"> </w:t>
            </w:r>
            <w:proofErr w:type="spellStart"/>
            <w:r w:rsidRPr="003329CF">
              <w:t>танысу</w:t>
            </w:r>
            <w:proofErr w:type="spellEnd"/>
          </w:p>
        </w:tc>
        <w:tc>
          <w:tcPr>
            <w:tcW w:w="3597" w:type="dxa"/>
          </w:tcPr>
          <w:p w14:paraId="00D0DBDE" w14:textId="77777777" w:rsidR="00D53DD4" w:rsidRPr="00D1641B" w:rsidRDefault="00D53DD4" w:rsidP="00E56216">
            <w:pPr>
              <w:ind w:firstLine="0"/>
              <w:jc w:val="both"/>
            </w:pPr>
            <w:proofErr w:type="spellStart"/>
            <w:r w:rsidRPr="003329CF">
              <w:lastRenderedPageBreak/>
              <w:t>Жасақ</w:t>
            </w:r>
            <w:proofErr w:type="spellEnd"/>
            <w:r w:rsidRPr="003329CF">
              <w:t xml:space="preserve"> </w:t>
            </w:r>
            <w:proofErr w:type="spellStart"/>
            <w:r w:rsidRPr="003329CF">
              <w:t>ережелері</w:t>
            </w:r>
            <w:proofErr w:type="spellEnd"/>
            <w:r w:rsidRPr="003329CF">
              <w:t xml:space="preserve"> </w:t>
            </w:r>
            <w:proofErr w:type="spellStart"/>
            <w:r w:rsidRPr="003329CF">
              <w:t>және</w:t>
            </w:r>
            <w:proofErr w:type="spellEnd"/>
            <w:r w:rsidRPr="003329CF">
              <w:t xml:space="preserve"> </w:t>
            </w:r>
            <w:proofErr w:type="spellStart"/>
            <w:r w:rsidRPr="003329CF">
              <w:lastRenderedPageBreak/>
              <w:t>қауіпсіз</w:t>
            </w:r>
            <w:proofErr w:type="spellEnd"/>
            <w:r w:rsidRPr="003329CF">
              <w:t xml:space="preserve"> </w:t>
            </w:r>
            <w:proofErr w:type="spellStart"/>
            <w:r w:rsidRPr="003329CF">
              <w:t>аймақтар</w:t>
            </w:r>
            <w:proofErr w:type="spellEnd"/>
            <w:r w:rsidRPr="003329CF">
              <w:t xml:space="preserve"> </w:t>
            </w:r>
            <w:proofErr w:type="spellStart"/>
            <w:r w:rsidRPr="003329CF">
              <w:t>картасы</w:t>
            </w:r>
            <w:proofErr w:type="spellEnd"/>
          </w:p>
        </w:tc>
      </w:tr>
      <w:tr w:rsidR="00D53DD4" w:rsidRPr="00D1641B" w14:paraId="0E6F4E27" w14:textId="77777777" w:rsidTr="00F44AD8">
        <w:trPr>
          <w:jc w:val="center"/>
        </w:trPr>
        <w:tc>
          <w:tcPr>
            <w:tcW w:w="721" w:type="dxa"/>
          </w:tcPr>
          <w:p w14:paraId="0811AA5F" w14:textId="77777777" w:rsidR="00D53DD4" w:rsidRDefault="00D53DD4" w:rsidP="00E56216">
            <w:pPr>
              <w:ind w:firstLine="0"/>
            </w:pPr>
            <w:r w:rsidRPr="003329CF">
              <w:lastRenderedPageBreak/>
              <w:t>2</w:t>
            </w:r>
          </w:p>
        </w:tc>
        <w:tc>
          <w:tcPr>
            <w:tcW w:w="2462" w:type="dxa"/>
          </w:tcPr>
          <w:p w14:paraId="28C1B237" w14:textId="77777777" w:rsidR="00D53DD4" w:rsidRDefault="00D53DD4" w:rsidP="00E56216">
            <w:pPr>
              <w:ind w:firstLine="0"/>
              <w:jc w:val="both"/>
            </w:pPr>
            <w:r w:rsidRPr="003329CF">
              <w:t>«</w:t>
            </w:r>
            <w:proofErr w:type="spellStart"/>
            <w:r w:rsidRPr="003329CF">
              <w:t>Бір</w:t>
            </w:r>
            <w:proofErr w:type="spellEnd"/>
            <w:r w:rsidRPr="003329CF">
              <w:t xml:space="preserve"> </w:t>
            </w:r>
            <w:proofErr w:type="spellStart"/>
            <w:r w:rsidRPr="003329CF">
              <w:t>командамыз</w:t>
            </w:r>
            <w:proofErr w:type="spellEnd"/>
            <w:r w:rsidRPr="003329CF">
              <w:t xml:space="preserve">» – </w:t>
            </w:r>
            <w:proofErr w:type="spellStart"/>
            <w:r w:rsidRPr="003329CF">
              <w:t>команда</w:t>
            </w:r>
            <w:proofErr w:type="spellEnd"/>
            <w:r w:rsidRPr="003329CF">
              <w:t xml:space="preserve"> </w:t>
            </w:r>
            <w:proofErr w:type="spellStart"/>
            <w:r w:rsidRPr="003329CF">
              <w:t>күні</w:t>
            </w:r>
            <w:proofErr w:type="spellEnd"/>
          </w:p>
        </w:tc>
        <w:tc>
          <w:tcPr>
            <w:tcW w:w="2976" w:type="dxa"/>
          </w:tcPr>
          <w:p w14:paraId="29DEA832" w14:textId="77777777" w:rsidR="00D53DD4" w:rsidRDefault="00D53DD4" w:rsidP="00E56216">
            <w:pPr>
              <w:ind w:firstLine="0"/>
              <w:jc w:val="both"/>
            </w:pPr>
            <w:proofErr w:type="spellStart"/>
            <w:r w:rsidRPr="003329CF">
              <w:t>Уақытша</w:t>
            </w:r>
            <w:proofErr w:type="spellEnd"/>
            <w:r w:rsidRPr="003329CF">
              <w:t xml:space="preserve"> </w:t>
            </w:r>
            <w:proofErr w:type="spellStart"/>
            <w:r w:rsidRPr="003329CF">
              <w:t>балалар</w:t>
            </w:r>
            <w:proofErr w:type="spellEnd"/>
            <w:r w:rsidRPr="003329CF">
              <w:t xml:space="preserve"> </w:t>
            </w:r>
            <w:proofErr w:type="spellStart"/>
            <w:r w:rsidRPr="003329CF">
              <w:t>ұжымын</w:t>
            </w:r>
            <w:proofErr w:type="spellEnd"/>
            <w:r w:rsidRPr="003329CF">
              <w:t xml:space="preserve"> </w:t>
            </w:r>
            <w:proofErr w:type="spellStart"/>
            <w:r w:rsidRPr="003329CF">
              <w:t>қалыптастыру</w:t>
            </w:r>
            <w:proofErr w:type="spellEnd"/>
          </w:p>
        </w:tc>
        <w:tc>
          <w:tcPr>
            <w:tcW w:w="3597" w:type="dxa"/>
          </w:tcPr>
          <w:p w14:paraId="5DE75330" w14:textId="77777777" w:rsidR="00D53DD4" w:rsidRPr="00D1641B" w:rsidRDefault="00D53DD4" w:rsidP="00E56216">
            <w:pPr>
              <w:ind w:firstLine="0"/>
              <w:jc w:val="both"/>
            </w:pPr>
            <w:proofErr w:type="spellStart"/>
            <w:r w:rsidRPr="003329CF">
              <w:t>Жасақ</w:t>
            </w:r>
            <w:proofErr w:type="spellEnd"/>
            <w:r w:rsidRPr="003329CF">
              <w:t xml:space="preserve"> </w:t>
            </w:r>
            <w:proofErr w:type="spellStart"/>
            <w:r w:rsidRPr="003329CF">
              <w:t>визиткасы</w:t>
            </w:r>
            <w:proofErr w:type="spellEnd"/>
            <w:r w:rsidRPr="003329CF">
              <w:t xml:space="preserve"> </w:t>
            </w:r>
            <w:proofErr w:type="spellStart"/>
            <w:r w:rsidRPr="003329CF">
              <w:t>және</w:t>
            </w:r>
            <w:proofErr w:type="spellEnd"/>
            <w:r w:rsidRPr="003329CF">
              <w:t xml:space="preserve"> </w:t>
            </w:r>
            <w:proofErr w:type="spellStart"/>
            <w:r w:rsidRPr="003329CF">
              <w:t>рөлдерді</w:t>
            </w:r>
            <w:proofErr w:type="spellEnd"/>
            <w:r w:rsidRPr="003329CF">
              <w:t xml:space="preserve"> </w:t>
            </w:r>
            <w:proofErr w:type="spellStart"/>
            <w:r w:rsidRPr="003329CF">
              <w:t>бөлу</w:t>
            </w:r>
            <w:proofErr w:type="spellEnd"/>
          </w:p>
        </w:tc>
      </w:tr>
      <w:tr w:rsidR="00D53DD4" w14:paraId="4B14DDEE" w14:textId="77777777" w:rsidTr="00F44AD8">
        <w:trPr>
          <w:jc w:val="center"/>
        </w:trPr>
        <w:tc>
          <w:tcPr>
            <w:tcW w:w="721" w:type="dxa"/>
          </w:tcPr>
          <w:p w14:paraId="5F15EF5B" w14:textId="77777777" w:rsidR="00D53DD4" w:rsidRDefault="00D53DD4" w:rsidP="00E56216">
            <w:pPr>
              <w:ind w:firstLine="0"/>
            </w:pPr>
            <w:r w:rsidRPr="003329CF">
              <w:t>3</w:t>
            </w:r>
          </w:p>
        </w:tc>
        <w:tc>
          <w:tcPr>
            <w:tcW w:w="2462" w:type="dxa"/>
          </w:tcPr>
          <w:p w14:paraId="678C50F2" w14:textId="77777777" w:rsidR="00D53DD4" w:rsidRDefault="00D53DD4" w:rsidP="00E56216">
            <w:pPr>
              <w:ind w:firstLine="0"/>
              <w:jc w:val="both"/>
            </w:pPr>
            <w:r w:rsidRPr="003329CF">
              <w:t>«</w:t>
            </w:r>
            <w:proofErr w:type="spellStart"/>
            <w:r w:rsidRPr="003329CF">
              <w:t>Қауіпсіз</w:t>
            </w:r>
            <w:proofErr w:type="spellEnd"/>
            <w:r w:rsidRPr="003329CF">
              <w:t xml:space="preserve"> </w:t>
            </w:r>
            <w:proofErr w:type="spellStart"/>
            <w:r w:rsidRPr="003329CF">
              <w:t>маршрут</w:t>
            </w:r>
            <w:proofErr w:type="spellEnd"/>
            <w:r w:rsidRPr="003329CF">
              <w:t xml:space="preserve">» – </w:t>
            </w:r>
            <w:proofErr w:type="spellStart"/>
            <w:r w:rsidRPr="003329CF">
              <w:t>қауіпсіздік</w:t>
            </w:r>
            <w:proofErr w:type="spellEnd"/>
            <w:r w:rsidRPr="003329CF">
              <w:t xml:space="preserve"> </w:t>
            </w:r>
            <w:proofErr w:type="spellStart"/>
            <w:r w:rsidRPr="003329CF">
              <w:t>күні</w:t>
            </w:r>
            <w:proofErr w:type="spellEnd"/>
          </w:p>
        </w:tc>
        <w:tc>
          <w:tcPr>
            <w:tcW w:w="2976" w:type="dxa"/>
          </w:tcPr>
          <w:p w14:paraId="0D0A3A6B" w14:textId="77777777" w:rsidR="00D53DD4" w:rsidRPr="00D1641B" w:rsidRDefault="00D53DD4" w:rsidP="00E56216">
            <w:pPr>
              <w:ind w:firstLine="0"/>
              <w:jc w:val="both"/>
            </w:pPr>
            <w:proofErr w:type="spellStart"/>
            <w:r w:rsidRPr="003329CF">
              <w:t>Қауіпсіз</w:t>
            </w:r>
            <w:proofErr w:type="spellEnd"/>
            <w:r w:rsidRPr="003329CF">
              <w:t xml:space="preserve"> </w:t>
            </w:r>
            <w:proofErr w:type="spellStart"/>
            <w:r w:rsidRPr="003329CF">
              <w:t>мінез-құлық</w:t>
            </w:r>
            <w:proofErr w:type="spellEnd"/>
            <w:r w:rsidRPr="003329CF">
              <w:t xml:space="preserve"> </w:t>
            </w:r>
            <w:proofErr w:type="spellStart"/>
            <w:r w:rsidRPr="003329CF">
              <w:t>және</w:t>
            </w:r>
            <w:proofErr w:type="spellEnd"/>
            <w:r w:rsidRPr="003329CF">
              <w:t xml:space="preserve"> </w:t>
            </w:r>
            <w:proofErr w:type="spellStart"/>
            <w:r w:rsidRPr="003329CF">
              <w:t>маршруттық</w:t>
            </w:r>
            <w:proofErr w:type="spellEnd"/>
            <w:r w:rsidRPr="003329CF">
              <w:t xml:space="preserve"> </w:t>
            </w:r>
            <w:proofErr w:type="spellStart"/>
            <w:r w:rsidRPr="003329CF">
              <w:t>тәртіпті</w:t>
            </w:r>
            <w:proofErr w:type="spellEnd"/>
            <w:r w:rsidRPr="003329CF">
              <w:t xml:space="preserve"> </w:t>
            </w:r>
            <w:proofErr w:type="spellStart"/>
            <w:r w:rsidRPr="003329CF">
              <w:t>меңгеру</w:t>
            </w:r>
            <w:proofErr w:type="spellEnd"/>
          </w:p>
        </w:tc>
        <w:tc>
          <w:tcPr>
            <w:tcW w:w="3597" w:type="dxa"/>
          </w:tcPr>
          <w:p w14:paraId="5C6FE0ED" w14:textId="77777777" w:rsidR="00D53DD4" w:rsidRDefault="00D53DD4" w:rsidP="00E56216">
            <w:pPr>
              <w:ind w:firstLine="0"/>
              <w:jc w:val="both"/>
            </w:pPr>
            <w:proofErr w:type="spellStart"/>
            <w:r w:rsidRPr="003329CF">
              <w:t>Қауіпсіз</w:t>
            </w:r>
            <w:proofErr w:type="spellEnd"/>
            <w:r w:rsidRPr="003329CF">
              <w:t xml:space="preserve"> </w:t>
            </w:r>
            <w:proofErr w:type="spellStart"/>
            <w:r w:rsidRPr="003329CF">
              <w:t>турист</w:t>
            </w:r>
            <w:proofErr w:type="spellEnd"/>
            <w:r w:rsidRPr="003329CF">
              <w:t xml:space="preserve"> </w:t>
            </w:r>
            <w:proofErr w:type="spellStart"/>
            <w:r w:rsidRPr="003329CF">
              <w:t>жадынамасы</w:t>
            </w:r>
            <w:proofErr w:type="spellEnd"/>
          </w:p>
        </w:tc>
      </w:tr>
      <w:tr w:rsidR="00D53DD4" w14:paraId="66C0851C" w14:textId="77777777" w:rsidTr="00F44AD8">
        <w:trPr>
          <w:jc w:val="center"/>
        </w:trPr>
        <w:tc>
          <w:tcPr>
            <w:tcW w:w="721" w:type="dxa"/>
          </w:tcPr>
          <w:p w14:paraId="7A92DAA2" w14:textId="77777777" w:rsidR="00D53DD4" w:rsidRDefault="00D53DD4" w:rsidP="00E56216">
            <w:pPr>
              <w:ind w:firstLine="0"/>
            </w:pPr>
            <w:r w:rsidRPr="003329CF">
              <w:t>4</w:t>
            </w:r>
          </w:p>
        </w:tc>
        <w:tc>
          <w:tcPr>
            <w:tcW w:w="2462" w:type="dxa"/>
          </w:tcPr>
          <w:p w14:paraId="6EDA7D9F" w14:textId="77777777" w:rsidR="00D53DD4" w:rsidRPr="00D1641B" w:rsidRDefault="00D53DD4" w:rsidP="00E56216">
            <w:pPr>
              <w:ind w:firstLine="0"/>
              <w:jc w:val="both"/>
            </w:pPr>
            <w:r w:rsidRPr="003329CF">
              <w:t>«</w:t>
            </w:r>
            <w:proofErr w:type="spellStart"/>
            <w:r w:rsidRPr="003329CF">
              <w:t>Қозғалыс</w:t>
            </w:r>
            <w:proofErr w:type="spellEnd"/>
            <w:r w:rsidRPr="003329CF">
              <w:t xml:space="preserve"> </w:t>
            </w:r>
            <w:proofErr w:type="spellStart"/>
            <w:r w:rsidRPr="003329CF">
              <w:t>және</w:t>
            </w:r>
            <w:proofErr w:type="spellEnd"/>
            <w:r w:rsidRPr="003329CF">
              <w:t xml:space="preserve"> </w:t>
            </w:r>
            <w:proofErr w:type="spellStart"/>
            <w:r w:rsidRPr="003329CF">
              <w:t>спорт</w:t>
            </w:r>
            <w:proofErr w:type="spellEnd"/>
            <w:r w:rsidRPr="003329CF">
              <w:t xml:space="preserve">» – </w:t>
            </w:r>
            <w:proofErr w:type="spellStart"/>
            <w:r w:rsidRPr="003329CF">
              <w:t>белсенді</w:t>
            </w:r>
            <w:proofErr w:type="spellEnd"/>
            <w:r w:rsidRPr="003329CF">
              <w:t xml:space="preserve"> </w:t>
            </w:r>
            <w:proofErr w:type="spellStart"/>
            <w:r w:rsidRPr="003329CF">
              <w:t>қозғалыс</w:t>
            </w:r>
            <w:proofErr w:type="spellEnd"/>
            <w:r w:rsidRPr="003329CF">
              <w:t xml:space="preserve"> </w:t>
            </w:r>
            <w:proofErr w:type="spellStart"/>
            <w:r w:rsidRPr="003329CF">
              <w:t>күні</w:t>
            </w:r>
            <w:proofErr w:type="spellEnd"/>
          </w:p>
        </w:tc>
        <w:tc>
          <w:tcPr>
            <w:tcW w:w="2976" w:type="dxa"/>
          </w:tcPr>
          <w:p w14:paraId="4F1237DE" w14:textId="77777777" w:rsidR="00D53DD4" w:rsidRPr="00D1641B" w:rsidRDefault="00D53DD4" w:rsidP="00E56216">
            <w:pPr>
              <w:ind w:firstLine="0"/>
              <w:jc w:val="both"/>
            </w:pPr>
            <w:proofErr w:type="spellStart"/>
            <w:r w:rsidRPr="003329CF">
              <w:t>Қимыл-қозғалыс</w:t>
            </w:r>
            <w:proofErr w:type="spellEnd"/>
            <w:r w:rsidRPr="003329CF">
              <w:t xml:space="preserve"> </w:t>
            </w:r>
            <w:proofErr w:type="spellStart"/>
            <w:r w:rsidRPr="003329CF">
              <w:t>белсенділігі</w:t>
            </w:r>
            <w:proofErr w:type="spellEnd"/>
            <w:r w:rsidRPr="003329CF">
              <w:t xml:space="preserve"> </w:t>
            </w:r>
            <w:proofErr w:type="spellStart"/>
            <w:r w:rsidRPr="003329CF">
              <w:t>мен</w:t>
            </w:r>
            <w:proofErr w:type="spellEnd"/>
            <w:r w:rsidRPr="003329CF">
              <w:t xml:space="preserve"> </w:t>
            </w:r>
            <w:proofErr w:type="spellStart"/>
            <w:r w:rsidRPr="003329CF">
              <w:t>командалық</w:t>
            </w:r>
            <w:proofErr w:type="spellEnd"/>
            <w:r w:rsidRPr="003329CF">
              <w:t xml:space="preserve"> </w:t>
            </w:r>
            <w:proofErr w:type="spellStart"/>
            <w:r w:rsidRPr="003329CF">
              <w:t>рухты</w:t>
            </w:r>
            <w:proofErr w:type="spellEnd"/>
            <w:r w:rsidRPr="003329CF">
              <w:t xml:space="preserve"> </w:t>
            </w:r>
            <w:proofErr w:type="spellStart"/>
            <w:r w:rsidRPr="003329CF">
              <w:t>дамыту</w:t>
            </w:r>
            <w:proofErr w:type="spellEnd"/>
          </w:p>
        </w:tc>
        <w:tc>
          <w:tcPr>
            <w:tcW w:w="3597" w:type="dxa"/>
          </w:tcPr>
          <w:p w14:paraId="08F62A46" w14:textId="77777777" w:rsidR="00D53DD4" w:rsidRDefault="00D53DD4" w:rsidP="00E56216">
            <w:pPr>
              <w:ind w:firstLine="0"/>
              <w:jc w:val="both"/>
            </w:pPr>
            <w:proofErr w:type="spellStart"/>
            <w:r w:rsidRPr="003329CF">
              <w:t>Командалық</w:t>
            </w:r>
            <w:proofErr w:type="spellEnd"/>
            <w:r w:rsidRPr="003329CF">
              <w:t xml:space="preserve"> </w:t>
            </w:r>
            <w:proofErr w:type="spellStart"/>
            <w:r w:rsidRPr="003329CF">
              <w:t>спорттық</w:t>
            </w:r>
            <w:proofErr w:type="spellEnd"/>
            <w:r w:rsidRPr="003329CF">
              <w:t xml:space="preserve"> </w:t>
            </w:r>
            <w:proofErr w:type="spellStart"/>
            <w:r w:rsidRPr="003329CF">
              <w:t>нәтиже</w:t>
            </w:r>
            <w:proofErr w:type="spellEnd"/>
          </w:p>
        </w:tc>
      </w:tr>
      <w:tr w:rsidR="00D53DD4" w14:paraId="101C5457" w14:textId="77777777" w:rsidTr="00F44AD8">
        <w:trPr>
          <w:jc w:val="center"/>
        </w:trPr>
        <w:tc>
          <w:tcPr>
            <w:tcW w:w="721" w:type="dxa"/>
          </w:tcPr>
          <w:p w14:paraId="02BF8088" w14:textId="77777777" w:rsidR="00D53DD4" w:rsidRDefault="00D53DD4" w:rsidP="00E56216">
            <w:pPr>
              <w:ind w:firstLine="0"/>
            </w:pPr>
            <w:r w:rsidRPr="003329CF">
              <w:t>5</w:t>
            </w:r>
          </w:p>
        </w:tc>
        <w:tc>
          <w:tcPr>
            <w:tcW w:w="2462" w:type="dxa"/>
          </w:tcPr>
          <w:p w14:paraId="07B29077" w14:textId="77777777" w:rsidR="00D53DD4" w:rsidRPr="00A81E3F" w:rsidRDefault="00D53DD4" w:rsidP="00E56216">
            <w:pPr>
              <w:ind w:firstLine="0"/>
              <w:jc w:val="both"/>
              <w:rPr>
                <w:lang w:val="ru-RU"/>
              </w:rPr>
            </w:pPr>
            <w:r w:rsidRPr="00D1641B">
              <w:rPr>
                <w:lang w:val="ru-RU"/>
              </w:rPr>
              <w:t>«</w:t>
            </w:r>
            <w:proofErr w:type="spellStart"/>
            <w:r w:rsidRPr="00D1641B">
              <w:rPr>
                <w:lang w:val="ru-RU"/>
              </w:rPr>
              <w:t>Бағдар</w:t>
            </w:r>
            <w:proofErr w:type="spellEnd"/>
            <w:r w:rsidRPr="00D1641B">
              <w:rPr>
                <w:lang w:val="ru-RU"/>
              </w:rPr>
              <w:t xml:space="preserve"> </w:t>
            </w:r>
            <w:proofErr w:type="spellStart"/>
            <w:r w:rsidRPr="00D1641B">
              <w:rPr>
                <w:lang w:val="ru-RU"/>
              </w:rPr>
              <w:t>және</w:t>
            </w:r>
            <w:proofErr w:type="spellEnd"/>
            <w:r w:rsidRPr="00D1641B">
              <w:rPr>
                <w:lang w:val="ru-RU"/>
              </w:rPr>
              <w:t xml:space="preserve"> карта» – </w:t>
            </w:r>
            <w:proofErr w:type="spellStart"/>
            <w:r w:rsidRPr="00D1641B">
              <w:rPr>
                <w:lang w:val="ru-RU"/>
              </w:rPr>
              <w:t>бағдарлау</w:t>
            </w:r>
            <w:proofErr w:type="spellEnd"/>
            <w:r w:rsidRPr="00D1641B">
              <w:rPr>
                <w:lang w:val="ru-RU"/>
              </w:rPr>
              <w:t xml:space="preserve"> </w:t>
            </w:r>
            <w:proofErr w:type="spellStart"/>
            <w:r w:rsidRPr="00D1641B">
              <w:rPr>
                <w:lang w:val="ru-RU"/>
              </w:rPr>
              <w:t>күні</w:t>
            </w:r>
            <w:proofErr w:type="spellEnd"/>
          </w:p>
        </w:tc>
        <w:tc>
          <w:tcPr>
            <w:tcW w:w="2976" w:type="dxa"/>
          </w:tcPr>
          <w:p w14:paraId="685CDB67" w14:textId="77777777" w:rsidR="00D53DD4" w:rsidRPr="00A81E3F" w:rsidRDefault="00D53DD4" w:rsidP="00E56216">
            <w:pPr>
              <w:ind w:firstLine="0"/>
              <w:jc w:val="both"/>
              <w:rPr>
                <w:lang w:val="ru-RU"/>
              </w:rPr>
            </w:pPr>
            <w:proofErr w:type="spellStart"/>
            <w:r w:rsidRPr="00D1641B">
              <w:rPr>
                <w:lang w:val="ru-RU"/>
              </w:rPr>
              <w:t>Сызба</w:t>
            </w:r>
            <w:proofErr w:type="spellEnd"/>
            <w:r w:rsidRPr="00D1641B">
              <w:rPr>
                <w:lang w:val="ru-RU"/>
              </w:rPr>
              <w:t xml:space="preserve">, </w:t>
            </w:r>
            <w:proofErr w:type="spellStart"/>
            <w:r w:rsidRPr="00D1641B">
              <w:rPr>
                <w:lang w:val="ru-RU"/>
              </w:rPr>
              <w:t>бағдарлар</w:t>
            </w:r>
            <w:proofErr w:type="spellEnd"/>
            <w:r w:rsidRPr="00D1641B">
              <w:rPr>
                <w:lang w:val="ru-RU"/>
              </w:rPr>
              <w:t xml:space="preserve"> </w:t>
            </w:r>
            <w:proofErr w:type="spellStart"/>
            <w:r w:rsidRPr="00D1641B">
              <w:rPr>
                <w:lang w:val="ru-RU"/>
              </w:rPr>
              <w:t>және</w:t>
            </w:r>
            <w:proofErr w:type="spellEnd"/>
            <w:r w:rsidRPr="00D1641B">
              <w:rPr>
                <w:lang w:val="ru-RU"/>
              </w:rPr>
              <w:t xml:space="preserve"> </w:t>
            </w:r>
            <w:proofErr w:type="spellStart"/>
            <w:r w:rsidRPr="00D1641B">
              <w:rPr>
                <w:lang w:val="ru-RU"/>
              </w:rPr>
              <w:t>маршрутпен</w:t>
            </w:r>
            <w:proofErr w:type="spellEnd"/>
            <w:r w:rsidRPr="00D1641B">
              <w:rPr>
                <w:lang w:val="ru-RU"/>
              </w:rPr>
              <w:t xml:space="preserve"> </w:t>
            </w:r>
            <w:proofErr w:type="spellStart"/>
            <w:r w:rsidRPr="00D1641B">
              <w:rPr>
                <w:lang w:val="ru-RU"/>
              </w:rPr>
              <w:t>жұмыс</w:t>
            </w:r>
            <w:proofErr w:type="spellEnd"/>
            <w:r w:rsidRPr="00D1641B">
              <w:rPr>
                <w:lang w:val="ru-RU"/>
              </w:rPr>
              <w:t xml:space="preserve"> </w:t>
            </w:r>
            <w:proofErr w:type="spellStart"/>
            <w:r w:rsidRPr="00D1641B">
              <w:rPr>
                <w:lang w:val="ru-RU"/>
              </w:rPr>
              <w:t>дағдыларын</w:t>
            </w:r>
            <w:proofErr w:type="spellEnd"/>
            <w:r w:rsidRPr="00D1641B">
              <w:rPr>
                <w:lang w:val="ru-RU"/>
              </w:rPr>
              <w:t xml:space="preserve"> </w:t>
            </w:r>
            <w:proofErr w:type="spellStart"/>
            <w:r w:rsidRPr="00D1641B">
              <w:rPr>
                <w:lang w:val="ru-RU"/>
              </w:rPr>
              <w:t>дамыту</w:t>
            </w:r>
            <w:proofErr w:type="spellEnd"/>
          </w:p>
        </w:tc>
        <w:tc>
          <w:tcPr>
            <w:tcW w:w="3597" w:type="dxa"/>
          </w:tcPr>
          <w:p w14:paraId="4D59FBC3" w14:textId="77777777" w:rsidR="00D53DD4" w:rsidRDefault="00D53DD4" w:rsidP="00E56216">
            <w:pPr>
              <w:ind w:firstLine="0"/>
              <w:jc w:val="both"/>
            </w:pPr>
            <w:proofErr w:type="spellStart"/>
            <w:r w:rsidRPr="003329CF">
              <w:t>Маршрут</w:t>
            </w:r>
            <w:proofErr w:type="spellEnd"/>
            <w:r w:rsidRPr="003329CF">
              <w:t xml:space="preserve"> </w:t>
            </w:r>
            <w:proofErr w:type="spellStart"/>
            <w:r w:rsidRPr="003329CF">
              <w:t>сызбасы</w:t>
            </w:r>
            <w:proofErr w:type="spellEnd"/>
            <w:r w:rsidRPr="003329CF">
              <w:t xml:space="preserve"> / </w:t>
            </w:r>
            <w:proofErr w:type="spellStart"/>
            <w:r w:rsidRPr="003329CF">
              <w:t>маршрут</w:t>
            </w:r>
            <w:proofErr w:type="spellEnd"/>
            <w:r w:rsidRPr="003329CF">
              <w:t xml:space="preserve"> </w:t>
            </w:r>
            <w:proofErr w:type="spellStart"/>
            <w:r w:rsidRPr="003329CF">
              <w:t>парағы</w:t>
            </w:r>
            <w:proofErr w:type="spellEnd"/>
          </w:p>
        </w:tc>
      </w:tr>
      <w:tr w:rsidR="00D53DD4" w14:paraId="457BB5CC" w14:textId="77777777" w:rsidTr="00F44AD8">
        <w:trPr>
          <w:jc w:val="center"/>
        </w:trPr>
        <w:tc>
          <w:tcPr>
            <w:tcW w:w="721" w:type="dxa"/>
          </w:tcPr>
          <w:p w14:paraId="29DC41AF" w14:textId="77777777" w:rsidR="00D53DD4" w:rsidRDefault="00D53DD4" w:rsidP="00E56216">
            <w:pPr>
              <w:ind w:firstLine="0"/>
            </w:pPr>
            <w:r w:rsidRPr="003329CF">
              <w:t>6</w:t>
            </w:r>
          </w:p>
        </w:tc>
        <w:tc>
          <w:tcPr>
            <w:tcW w:w="2462" w:type="dxa"/>
          </w:tcPr>
          <w:p w14:paraId="01D09345" w14:textId="77777777" w:rsidR="00D53DD4" w:rsidRPr="00A81E3F" w:rsidRDefault="00D53DD4" w:rsidP="00E56216">
            <w:pPr>
              <w:ind w:firstLine="0"/>
              <w:jc w:val="both"/>
              <w:rPr>
                <w:lang w:val="ru-RU"/>
              </w:rPr>
            </w:pPr>
            <w:r w:rsidRPr="00D1641B">
              <w:rPr>
                <w:lang w:val="ru-RU"/>
              </w:rPr>
              <w:t xml:space="preserve">«Турист </w:t>
            </w:r>
            <w:proofErr w:type="spellStart"/>
            <w:r w:rsidRPr="00D1641B">
              <w:rPr>
                <w:lang w:val="ru-RU"/>
              </w:rPr>
              <w:t>дағдылары</w:t>
            </w:r>
            <w:proofErr w:type="spellEnd"/>
            <w:r w:rsidRPr="00D1641B">
              <w:rPr>
                <w:lang w:val="ru-RU"/>
              </w:rPr>
              <w:t xml:space="preserve">» – </w:t>
            </w:r>
            <w:proofErr w:type="spellStart"/>
            <w:r w:rsidRPr="00D1641B">
              <w:rPr>
                <w:lang w:val="ru-RU"/>
              </w:rPr>
              <w:t>туристік</w:t>
            </w:r>
            <w:proofErr w:type="spellEnd"/>
            <w:r w:rsidRPr="00D1641B">
              <w:rPr>
                <w:lang w:val="ru-RU"/>
              </w:rPr>
              <w:t xml:space="preserve"> </w:t>
            </w:r>
            <w:proofErr w:type="spellStart"/>
            <w:r w:rsidRPr="00D1641B">
              <w:rPr>
                <w:lang w:val="ru-RU"/>
              </w:rPr>
              <w:t>дағдылар</w:t>
            </w:r>
            <w:proofErr w:type="spellEnd"/>
            <w:r w:rsidRPr="00D1641B">
              <w:rPr>
                <w:lang w:val="ru-RU"/>
              </w:rPr>
              <w:t xml:space="preserve"> </w:t>
            </w:r>
            <w:proofErr w:type="spellStart"/>
            <w:r w:rsidRPr="00D1641B">
              <w:rPr>
                <w:lang w:val="ru-RU"/>
              </w:rPr>
              <w:t>күні</w:t>
            </w:r>
            <w:proofErr w:type="spellEnd"/>
          </w:p>
        </w:tc>
        <w:tc>
          <w:tcPr>
            <w:tcW w:w="2976" w:type="dxa"/>
          </w:tcPr>
          <w:p w14:paraId="39AE767D" w14:textId="77777777" w:rsidR="00D53DD4" w:rsidRDefault="00D53DD4" w:rsidP="00E56216">
            <w:pPr>
              <w:ind w:firstLine="0"/>
              <w:jc w:val="both"/>
            </w:pPr>
            <w:proofErr w:type="spellStart"/>
            <w:r w:rsidRPr="003329CF">
              <w:t>Қарапайым</w:t>
            </w:r>
            <w:proofErr w:type="spellEnd"/>
            <w:r w:rsidRPr="003329CF">
              <w:t xml:space="preserve"> </w:t>
            </w:r>
            <w:proofErr w:type="spellStart"/>
            <w:r w:rsidRPr="003329CF">
              <w:t>туристік</w:t>
            </w:r>
            <w:proofErr w:type="spellEnd"/>
            <w:r w:rsidRPr="003329CF">
              <w:t xml:space="preserve"> </w:t>
            </w:r>
            <w:proofErr w:type="spellStart"/>
            <w:r w:rsidRPr="003329CF">
              <w:t>әрекеттерді</w:t>
            </w:r>
            <w:proofErr w:type="spellEnd"/>
            <w:r w:rsidRPr="003329CF">
              <w:t xml:space="preserve"> </w:t>
            </w:r>
            <w:proofErr w:type="spellStart"/>
            <w:r w:rsidRPr="003329CF">
              <w:t>меңгеру</w:t>
            </w:r>
            <w:proofErr w:type="spellEnd"/>
          </w:p>
        </w:tc>
        <w:tc>
          <w:tcPr>
            <w:tcW w:w="3597" w:type="dxa"/>
          </w:tcPr>
          <w:p w14:paraId="75046AA2" w14:textId="77777777" w:rsidR="00D53DD4" w:rsidRDefault="00D53DD4" w:rsidP="00E56216">
            <w:pPr>
              <w:ind w:firstLine="0"/>
              <w:jc w:val="both"/>
            </w:pPr>
            <w:proofErr w:type="spellStart"/>
            <w:r w:rsidRPr="003329CF">
              <w:t>Туристік</w:t>
            </w:r>
            <w:proofErr w:type="spellEnd"/>
            <w:r w:rsidRPr="003329CF">
              <w:t xml:space="preserve"> </w:t>
            </w:r>
            <w:proofErr w:type="spellStart"/>
            <w:r w:rsidRPr="003329CF">
              <w:t>станция</w:t>
            </w:r>
            <w:proofErr w:type="spellEnd"/>
            <w:r w:rsidRPr="003329CF">
              <w:t xml:space="preserve"> / </w:t>
            </w:r>
            <w:r>
              <w:rPr>
                <w:lang w:val="kk-KZ"/>
              </w:rPr>
              <w:t>тәжірибелік</w:t>
            </w:r>
            <w:r w:rsidRPr="003329CF">
              <w:t xml:space="preserve"> </w:t>
            </w:r>
            <w:proofErr w:type="spellStart"/>
            <w:r w:rsidRPr="003329CF">
              <w:t>тапсырма</w:t>
            </w:r>
            <w:proofErr w:type="spellEnd"/>
          </w:p>
        </w:tc>
      </w:tr>
      <w:tr w:rsidR="00D53DD4" w14:paraId="2CB7E2C0" w14:textId="77777777" w:rsidTr="00F44AD8">
        <w:trPr>
          <w:jc w:val="center"/>
        </w:trPr>
        <w:tc>
          <w:tcPr>
            <w:tcW w:w="721" w:type="dxa"/>
          </w:tcPr>
          <w:p w14:paraId="35FA3125" w14:textId="77777777" w:rsidR="00D53DD4" w:rsidRDefault="00D53DD4" w:rsidP="00E56216">
            <w:pPr>
              <w:ind w:firstLine="0"/>
            </w:pPr>
            <w:r w:rsidRPr="003329CF">
              <w:t>7</w:t>
            </w:r>
          </w:p>
        </w:tc>
        <w:tc>
          <w:tcPr>
            <w:tcW w:w="2462" w:type="dxa"/>
          </w:tcPr>
          <w:p w14:paraId="5A3C30B5" w14:textId="77777777" w:rsidR="00D53DD4" w:rsidRDefault="00D53DD4" w:rsidP="00E56216">
            <w:pPr>
              <w:ind w:firstLine="0"/>
              <w:jc w:val="both"/>
            </w:pPr>
            <w:r w:rsidRPr="003329CF">
              <w:t>«</w:t>
            </w:r>
            <w:proofErr w:type="spellStart"/>
            <w:r w:rsidRPr="003329CF">
              <w:t>Туған</w:t>
            </w:r>
            <w:proofErr w:type="spellEnd"/>
            <w:r w:rsidRPr="003329CF">
              <w:t xml:space="preserve"> </w:t>
            </w:r>
            <w:proofErr w:type="spellStart"/>
            <w:r w:rsidRPr="003329CF">
              <w:t>өлке</w:t>
            </w:r>
            <w:proofErr w:type="spellEnd"/>
            <w:r w:rsidRPr="003329CF">
              <w:t xml:space="preserve">» – </w:t>
            </w:r>
            <w:proofErr w:type="spellStart"/>
            <w:r w:rsidRPr="003329CF">
              <w:t>өлкетану</w:t>
            </w:r>
            <w:proofErr w:type="spellEnd"/>
            <w:r w:rsidRPr="003329CF">
              <w:t xml:space="preserve"> </w:t>
            </w:r>
            <w:proofErr w:type="spellStart"/>
            <w:r w:rsidRPr="003329CF">
              <w:t>күні</w:t>
            </w:r>
            <w:proofErr w:type="spellEnd"/>
          </w:p>
        </w:tc>
        <w:tc>
          <w:tcPr>
            <w:tcW w:w="2976" w:type="dxa"/>
          </w:tcPr>
          <w:p w14:paraId="5225688B" w14:textId="77777777" w:rsidR="00D53DD4" w:rsidRPr="00D1641B" w:rsidRDefault="00D53DD4" w:rsidP="00E56216">
            <w:pPr>
              <w:ind w:firstLine="0"/>
              <w:jc w:val="both"/>
            </w:pPr>
            <w:proofErr w:type="spellStart"/>
            <w:r w:rsidRPr="003329CF">
              <w:t>Жергілікті</w:t>
            </w:r>
            <w:proofErr w:type="spellEnd"/>
            <w:r w:rsidRPr="003329CF">
              <w:t xml:space="preserve"> </w:t>
            </w:r>
            <w:proofErr w:type="spellStart"/>
            <w:r w:rsidRPr="003329CF">
              <w:t>жердің</w:t>
            </w:r>
            <w:proofErr w:type="spellEnd"/>
            <w:r w:rsidRPr="003329CF">
              <w:t xml:space="preserve"> </w:t>
            </w:r>
            <w:proofErr w:type="spellStart"/>
            <w:r w:rsidRPr="003329CF">
              <w:t>табиғаты</w:t>
            </w:r>
            <w:proofErr w:type="spellEnd"/>
            <w:r w:rsidRPr="003329CF">
              <w:t xml:space="preserve"> </w:t>
            </w:r>
            <w:proofErr w:type="spellStart"/>
            <w:r w:rsidRPr="003329CF">
              <w:t>мен</w:t>
            </w:r>
            <w:proofErr w:type="spellEnd"/>
            <w:r w:rsidRPr="003329CF">
              <w:t xml:space="preserve"> </w:t>
            </w:r>
            <w:proofErr w:type="spellStart"/>
            <w:r w:rsidRPr="003329CF">
              <w:t>мәдени</w:t>
            </w:r>
            <w:proofErr w:type="spellEnd"/>
            <w:r w:rsidRPr="003329CF">
              <w:t xml:space="preserve"> </w:t>
            </w:r>
            <w:proofErr w:type="spellStart"/>
            <w:r w:rsidRPr="003329CF">
              <w:t>ерекшеліктерін</w:t>
            </w:r>
            <w:proofErr w:type="spellEnd"/>
            <w:r w:rsidRPr="003329CF">
              <w:t xml:space="preserve"> </w:t>
            </w:r>
            <w:proofErr w:type="spellStart"/>
            <w:r w:rsidRPr="003329CF">
              <w:t>зерттеу</w:t>
            </w:r>
            <w:proofErr w:type="spellEnd"/>
          </w:p>
        </w:tc>
        <w:tc>
          <w:tcPr>
            <w:tcW w:w="3597" w:type="dxa"/>
          </w:tcPr>
          <w:p w14:paraId="00287FB5" w14:textId="77777777" w:rsidR="00D53DD4" w:rsidRDefault="00D53DD4" w:rsidP="00E56216">
            <w:pPr>
              <w:ind w:firstLine="0"/>
              <w:jc w:val="both"/>
            </w:pPr>
            <w:proofErr w:type="spellStart"/>
            <w:r w:rsidRPr="003329CF">
              <w:t>Қызықты</w:t>
            </w:r>
            <w:proofErr w:type="spellEnd"/>
            <w:r w:rsidRPr="003329CF">
              <w:t xml:space="preserve"> </w:t>
            </w:r>
            <w:proofErr w:type="spellStart"/>
            <w:r w:rsidRPr="003329CF">
              <w:t>орындар</w:t>
            </w:r>
            <w:proofErr w:type="spellEnd"/>
            <w:r w:rsidRPr="003329CF">
              <w:t xml:space="preserve"> </w:t>
            </w:r>
            <w:proofErr w:type="spellStart"/>
            <w:r w:rsidRPr="003329CF">
              <w:t>картасы</w:t>
            </w:r>
            <w:proofErr w:type="spellEnd"/>
            <w:r w:rsidRPr="003329CF">
              <w:t xml:space="preserve"> / </w:t>
            </w:r>
            <w:proofErr w:type="spellStart"/>
            <w:r w:rsidRPr="003329CF">
              <w:t>фотожылнама</w:t>
            </w:r>
            <w:proofErr w:type="spellEnd"/>
          </w:p>
        </w:tc>
      </w:tr>
      <w:tr w:rsidR="00D53DD4" w:rsidRPr="00655EAC" w14:paraId="24F870E2" w14:textId="77777777" w:rsidTr="00F44AD8">
        <w:trPr>
          <w:jc w:val="center"/>
        </w:trPr>
        <w:tc>
          <w:tcPr>
            <w:tcW w:w="721" w:type="dxa"/>
          </w:tcPr>
          <w:p w14:paraId="2582A8BC" w14:textId="77777777" w:rsidR="00D53DD4" w:rsidRDefault="00D53DD4" w:rsidP="00E56216">
            <w:pPr>
              <w:ind w:firstLine="0"/>
            </w:pPr>
            <w:r w:rsidRPr="003329CF">
              <w:t>8</w:t>
            </w:r>
          </w:p>
        </w:tc>
        <w:tc>
          <w:tcPr>
            <w:tcW w:w="2462" w:type="dxa"/>
          </w:tcPr>
          <w:p w14:paraId="208FF304" w14:textId="77777777" w:rsidR="00D53DD4" w:rsidRDefault="00D53DD4" w:rsidP="00E56216">
            <w:pPr>
              <w:ind w:firstLine="0"/>
              <w:jc w:val="both"/>
            </w:pPr>
            <w:r w:rsidRPr="003329CF">
              <w:t>«</w:t>
            </w:r>
            <w:proofErr w:type="spellStart"/>
            <w:r w:rsidRPr="003329CF">
              <w:t>Таза</w:t>
            </w:r>
            <w:proofErr w:type="spellEnd"/>
            <w:r w:rsidRPr="003329CF">
              <w:t xml:space="preserve"> </w:t>
            </w:r>
            <w:proofErr w:type="spellStart"/>
            <w:r w:rsidRPr="003329CF">
              <w:t>маршрут</w:t>
            </w:r>
            <w:proofErr w:type="spellEnd"/>
            <w:r w:rsidRPr="003329CF">
              <w:t xml:space="preserve">» – </w:t>
            </w:r>
            <w:proofErr w:type="spellStart"/>
            <w:r w:rsidRPr="003329CF">
              <w:t>экология</w:t>
            </w:r>
            <w:proofErr w:type="spellEnd"/>
            <w:r w:rsidRPr="003329CF">
              <w:t xml:space="preserve"> </w:t>
            </w:r>
            <w:proofErr w:type="spellStart"/>
            <w:r w:rsidRPr="003329CF">
              <w:t>күні</w:t>
            </w:r>
            <w:proofErr w:type="spellEnd"/>
          </w:p>
        </w:tc>
        <w:tc>
          <w:tcPr>
            <w:tcW w:w="2976" w:type="dxa"/>
          </w:tcPr>
          <w:p w14:paraId="4D6A9534" w14:textId="77777777" w:rsidR="00D53DD4" w:rsidRPr="00A81E3F" w:rsidRDefault="00D53DD4" w:rsidP="00E56216">
            <w:pPr>
              <w:ind w:firstLine="0"/>
              <w:jc w:val="both"/>
              <w:rPr>
                <w:lang w:val="ru-RU"/>
              </w:rPr>
            </w:pPr>
            <w:proofErr w:type="spellStart"/>
            <w:r w:rsidRPr="003329CF">
              <w:t>Маршруттағы</w:t>
            </w:r>
            <w:proofErr w:type="spellEnd"/>
            <w:r w:rsidRPr="003329CF">
              <w:t xml:space="preserve"> </w:t>
            </w:r>
            <w:proofErr w:type="spellStart"/>
            <w:r w:rsidRPr="003329CF">
              <w:t>экологиялық</w:t>
            </w:r>
            <w:proofErr w:type="spellEnd"/>
            <w:r w:rsidRPr="003329CF">
              <w:t xml:space="preserve"> </w:t>
            </w:r>
            <w:proofErr w:type="spellStart"/>
            <w:r w:rsidRPr="003329CF">
              <w:t>жауапкершілікті</w:t>
            </w:r>
            <w:proofErr w:type="spellEnd"/>
            <w:r w:rsidRPr="003329CF">
              <w:t xml:space="preserve"> </w:t>
            </w:r>
            <w:proofErr w:type="spellStart"/>
            <w:r w:rsidRPr="003329CF">
              <w:t>қалыптастыру</w:t>
            </w:r>
            <w:proofErr w:type="spellEnd"/>
          </w:p>
        </w:tc>
        <w:tc>
          <w:tcPr>
            <w:tcW w:w="3597" w:type="dxa"/>
          </w:tcPr>
          <w:p w14:paraId="0CEAC0F0" w14:textId="77777777" w:rsidR="00D53DD4" w:rsidRPr="00A81E3F" w:rsidRDefault="00D53DD4" w:rsidP="00E56216">
            <w:pPr>
              <w:ind w:firstLine="0"/>
              <w:jc w:val="both"/>
              <w:rPr>
                <w:lang w:val="ru-RU"/>
              </w:rPr>
            </w:pPr>
            <w:r w:rsidRPr="00D1641B">
              <w:rPr>
                <w:lang w:val="ru-RU"/>
              </w:rPr>
              <w:t>Эко-</w:t>
            </w:r>
            <w:proofErr w:type="spellStart"/>
            <w:r w:rsidRPr="00D1641B">
              <w:rPr>
                <w:lang w:val="ru-RU"/>
              </w:rPr>
              <w:t>жадынама</w:t>
            </w:r>
            <w:proofErr w:type="spellEnd"/>
            <w:r w:rsidRPr="00D1641B">
              <w:rPr>
                <w:lang w:val="ru-RU"/>
              </w:rPr>
              <w:t xml:space="preserve"> </w:t>
            </w:r>
            <w:proofErr w:type="spellStart"/>
            <w:r w:rsidRPr="00D1641B">
              <w:rPr>
                <w:lang w:val="ru-RU"/>
              </w:rPr>
              <w:t>немесе</w:t>
            </w:r>
            <w:proofErr w:type="spellEnd"/>
            <w:r w:rsidRPr="00D1641B">
              <w:rPr>
                <w:lang w:val="ru-RU"/>
              </w:rPr>
              <w:t xml:space="preserve"> эко-</w:t>
            </w:r>
            <w:proofErr w:type="spellStart"/>
            <w:r w:rsidRPr="00D1641B">
              <w:rPr>
                <w:lang w:val="ru-RU"/>
              </w:rPr>
              <w:t>бастама</w:t>
            </w:r>
            <w:proofErr w:type="spellEnd"/>
          </w:p>
        </w:tc>
      </w:tr>
      <w:tr w:rsidR="00D53DD4" w14:paraId="28621D7F" w14:textId="77777777" w:rsidTr="00F44AD8">
        <w:trPr>
          <w:jc w:val="center"/>
        </w:trPr>
        <w:tc>
          <w:tcPr>
            <w:tcW w:w="721" w:type="dxa"/>
          </w:tcPr>
          <w:p w14:paraId="6A0F62B2" w14:textId="77777777" w:rsidR="00D53DD4" w:rsidRDefault="00D53DD4" w:rsidP="00E56216">
            <w:pPr>
              <w:ind w:firstLine="0"/>
            </w:pPr>
            <w:r w:rsidRPr="003329CF">
              <w:t>9</w:t>
            </w:r>
          </w:p>
        </w:tc>
        <w:tc>
          <w:tcPr>
            <w:tcW w:w="2462" w:type="dxa"/>
          </w:tcPr>
          <w:p w14:paraId="6B4A2346" w14:textId="77777777" w:rsidR="00D53DD4" w:rsidRDefault="00D53DD4" w:rsidP="00E56216">
            <w:pPr>
              <w:ind w:firstLine="0"/>
              <w:jc w:val="both"/>
            </w:pPr>
            <w:r w:rsidRPr="003329CF">
              <w:t>«</w:t>
            </w:r>
            <w:proofErr w:type="spellStart"/>
            <w:r w:rsidRPr="003329CF">
              <w:t>Жоба</w:t>
            </w:r>
            <w:proofErr w:type="spellEnd"/>
            <w:r w:rsidRPr="003329CF">
              <w:t xml:space="preserve"> </w:t>
            </w:r>
            <w:proofErr w:type="spellStart"/>
            <w:r w:rsidRPr="003329CF">
              <w:t>маршруты</w:t>
            </w:r>
            <w:proofErr w:type="spellEnd"/>
            <w:r w:rsidRPr="003329CF">
              <w:t xml:space="preserve">» – </w:t>
            </w:r>
            <w:proofErr w:type="spellStart"/>
            <w:r w:rsidRPr="003329CF">
              <w:t>жобалау</w:t>
            </w:r>
            <w:proofErr w:type="spellEnd"/>
            <w:r w:rsidRPr="003329CF">
              <w:t xml:space="preserve"> </w:t>
            </w:r>
            <w:proofErr w:type="spellStart"/>
            <w:r w:rsidRPr="003329CF">
              <w:t>күні</w:t>
            </w:r>
            <w:proofErr w:type="spellEnd"/>
          </w:p>
        </w:tc>
        <w:tc>
          <w:tcPr>
            <w:tcW w:w="2976" w:type="dxa"/>
          </w:tcPr>
          <w:p w14:paraId="163821C1" w14:textId="77777777" w:rsidR="00D53DD4" w:rsidRPr="00A81E3F" w:rsidRDefault="00D53DD4" w:rsidP="00E56216">
            <w:pPr>
              <w:ind w:firstLine="0"/>
              <w:jc w:val="both"/>
              <w:rPr>
                <w:lang w:val="ru-RU"/>
              </w:rPr>
            </w:pPr>
            <w:proofErr w:type="spellStart"/>
            <w:r w:rsidRPr="00D1641B">
              <w:rPr>
                <w:lang w:val="ru-RU"/>
              </w:rPr>
              <w:t>Командалық</w:t>
            </w:r>
            <w:proofErr w:type="spellEnd"/>
            <w:r w:rsidRPr="00D1641B">
              <w:rPr>
                <w:lang w:val="ru-RU"/>
              </w:rPr>
              <w:t xml:space="preserve"> </w:t>
            </w:r>
            <w:proofErr w:type="spellStart"/>
            <w:r w:rsidRPr="00D1641B">
              <w:rPr>
                <w:lang w:val="ru-RU"/>
              </w:rPr>
              <w:t>спорттық-туристік</w:t>
            </w:r>
            <w:proofErr w:type="spellEnd"/>
            <w:r w:rsidRPr="00D1641B">
              <w:rPr>
                <w:lang w:val="ru-RU"/>
              </w:rPr>
              <w:t xml:space="preserve"> </w:t>
            </w:r>
            <w:proofErr w:type="spellStart"/>
            <w:r w:rsidRPr="00D1641B">
              <w:rPr>
                <w:lang w:val="ru-RU"/>
              </w:rPr>
              <w:t>жобаларды</w:t>
            </w:r>
            <w:proofErr w:type="spellEnd"/>
            <w:r w:rsidRPr="00D1641B">
              <w:rPr>
                <w:lang w:val="ru-RU"/>
              </w:rPr>
              <w:t xml:space="preserve"> </w:t>
            </w:r>
            <w:proofErr w:type="spellStart"/>
            <w:r w:rsidRPr="00D1641B">
              <w:rPr>
                <w:lang w:val="ru-RU"/>
              </w:rPr>
              <w:t>дайындау</w:t>
            </w:r>
            <w:proofErr w:type="spellEnd"/>
          </w:p>
        </w:tc>
        <w:tc>
          <w:tcPr>
            <w:tcW w:w="3597" w:type="dxa"/>
          </w:tcPr>
          <w:p w14:paraId="02739D31" w14:textId="77777777" w:rsidR="00D53DD4" w:rsidRDefault="00D53DD4" w:rsidP="00E56216">
            <w:pPr>
              <w:ind w:firstLine="0"/>
              <w:jc w:val="both"/>
            </w:pPr>
            <w:proofErr w:type="spellStart"/>
            <w:r w:rsidRPr="003329CF">
              <w:t>Маршруттың</w:t>
            </w:r>
            <w:proofErr w:type="spellEnd"/>
            <w:r w:rsidRPr="003329CF">
              <w:t xml:space="preserve"> </w:t>
            </w:r>
            <w:proofErr w:type="spellStart"/>
            <w:r w:rsidRPr="003329CF">
              <w:t>бастапқы</w:t>
            </w:r>
            <w:proofErr w:type="spellEnd"/>
            <w:r w:rsidRPr="003329CF">
              <w:t xml:space="preserve"> </w:t>
            </w:r>
            <w:proofErr w:type="spellStart"/>
            <w:r w:rsidRPr="003329CF">
              <w:t>жобасы</w:t>
            </w:r>
            <w:proofErr w:type="spellEnd"/>
          </w:p>
        </w:tc>
      </w:tr>
      <w:tr w:rsidR="00D53DD4" w:rsidRPr="00655EAC" w14:paraId="53FAF238" w14:textId="77777777" w:rsidTr="00F44AD8">
        <w:trPr>
          <w:jc w:val="center"/>
        </w:trPr>
        <w:tc>
          <w:tcPr>
            <w:tcW w:w="721" w:type="dxa"/>
          </w:tcPr>
          <w:p w14:paraId="5712498F" w14:textId="77777777" w:rsidR="00D53DD4" w:rsidRDefault="00D53DD4" w:rsidP="00E56216">
            <w:pPr>
              <w:ind w:firstLine="0"/>
            </w:pPr>
            <w:r w:rsidRPr="003329CF">
              <w:t>10</w:t>
            </w:r>
          </w:p>
        </w:tc>
        <w:tc>
          <w:tcPr>
            <w:tcW w:w="2462" w:type="dxa"/>
          </w:tcPr>
          <w:p w14:paraId="739CDB2C" w14:textId="77777777" w:rsidR="00D53DD4" w:rsidRPr="00D1641B" w:rsidRDefault="00D53DD4" w:rsidP="00E56216">
            <w:pPr>
              <w:ind w:firstLine="0"/>
              <w:jc w:val="both"/>
            </w:pPr>
            <w:r w:rsidRPr="003329CF">
              <w:t>«</w:t>
            </w:r>
            <w:proofErr w:type="spellStart"/>
            <w:r w:rsidRPr="003329CF">
              <w:t>Дайындық</w:t>
            </w:r>
            <w:proofErr w:type="spellEnd"/>
            <w:r w:rsidRPr="003329CF">
              <w:t xml:space="preserve"> </w:t>
            </w:r>
            <w:proofErr w:type="spellStart"/>
            <w:r w:rsidRPr="003329CF">
              <w:t>және</w:t>
            </w:r>
            <w:proofErr w:type="spellEnd"/>
            <w:r w:rsidRPr="003329CF">
              <w:t xml:space="preserve"> </w:t>
            </w:r>
            <w:proofErr w:type="spellStart"/>
            <w:r w:rsidRPr="003329CF">
              <w:t>бірлік</w:t>
            </w:r>
            <w:proofErr w:type="spellEnd"/>
            <w:r w:rsidRPr="003329CF">
              <w:t xml:space="preserve">» – </w:t>
            </w:r>
            <w:proofErr w:type="spellStart"/>
            <w:r w:rsidRPr="003329CF">
              <w:t>дайындық</w:t>
            </w:r>
            <w:proofErr w:type="spellEnd"/>
            <w:r w:rsidRPr="003329CF">
              <w:t xml:space="preserve"> </w:t>
            </w:r>
            <w:proofErr w:type="spellStart"/>
            <w:r w:rsidRPr="003329CF">
              <w:t>күні</w:t>
            </w:r>
            <w:proofErr w:type="spellEnd"/>
          </w:p>
        </w:tc>
        <w:tc>
          <w:tcPr>
            <w:tcW w:w="2976" w:type="dxa"/>
          </w:tcPr>
          <w:p w14:paraId="63911A39" w14:textId="77777777" w:rsidR="00D53DD4" w:rsidRPr="00F167DB" w:rsidRDefault="00D53DD4" w:rsidP="00E56216">
            <w:pPr>
              <w:ind w:firstLine="0"/>
              <w:jc w:val="both"/>
            </w:pPr>
            <w:proofErr w:type="spellStart"/>
            <w:r w:rsidRPr="00D1641B">
              <w:rPr>
                <w:lang w:val="ru-RU"/>
              </w:rPr>
              <w:t>Жобаларды</w:t>
            </w:r>
            <w:proofErr w:type="spellEnd"/>
            <w:r w:rsidRPr="00F167DB">
              <w:t xml:space="preserve"> </w:t>
            </w:r>
            <w:proofErr w:type="spellStart"/>
            <w:r w:rsidRPr="00D1641B">
              <w:rPr>
                <w:lang w:val="ru-RU"/>
              </w:rPr>
              <w:t>жетілдіру</w:t>
            </w:r>
            <w:proofErr w:type="spellEnd"/>
            <w:r w:rsidRPr="00F167DB">
              <w:t xml:space="preserve">, </w:t>
            </w:r>
            <w:proofErr w:type="spellStart"/>
            <w:r>
              <w:rPr>
                <w:lang w:val="ru-RU"/>
              </w:rPr>
              <w:t>дайындық</w:t>
            </w:r>
            <w:proofErr w:type="spellEnd"/>
            <w:r w:rsidRPr="00F167DB">
              <w:t xml:space="preserve">, </w:t>
            </w:r>
            <w:proofErr w:type="spellStart"/>
            <w:r w:rsidRPr="00D1641B">
              <w:rPr>
                <w:lang w:val="ru-RU"/>
              </w:rPr>
              <w:t>материалдарды</w:t>
            </w:r>
            <w:proofErr w:type="spellEnd"/>
            <w:r w:rsidRPr="00F167DB">
              <w:t xml:space="preserve"> </w:t>
            </w:r>
            <w:proofErr w:type="spellStart"/>
            <w:r w:rsidRPr="00D1641B">
              <w:rPr>
                <w:lang w:val="ru-RU"/>
              </w:rPr>
              <w:t>рәсімдеу</w:t>
            </w:r>
            <w:proofErr w:type="spellEnd"/>
          </w:p>
        </w:tc>
        <w:tc>
          <w:tcPr>
            <w:tcW w:w="3597" w:type="dxa"/>
          </w:tcPr>
          <w:p w14:paraId="50A7E4A2" w14:textId="5E3ECE2F" w:rsidR="00D53DD4" w:rsidRPr="000C1C7D" w:rsidRDefault="00D53DD4" w:rsidP="00E56216">
            <w:pPr>
              <w:ind w:firstLine="0"/>
              <w:jc w:val="both"/>
              <w:rPr>
                <w:lang w:val="kk-KZ"/>
              </w:rPr>
            </w:pPr>
            <w:proofErr w:type="spellStart"/>
            <w:r w:rsidRPr="000C1C7D">
              <w:rPr>
                <w:lang w:val="ru-RU"/>
              </w:rPr>
              <w:t>Дайын</w:t>
            </w:r>
            <w:proofErr w:type="spellEnd"/>
            <w:r w:rsidRPr="000C1C7D">
              <w:rPr>
                <w:lang w:val="ru-RU"/>
              </w:rPr>
              <w:t xml:space="preserve"> презентация / карта / </w:t>
            </w:r>
            <w:r w:rsidR="000C1C7D">
              <w:rPr>
                <w:lang w:val="kk-KZ"/>
              </w:rPr>
              <w:t>ескертулер нұсқасы</w:t>
            </w:r>
          </w:p>
        </w:tc>
      </w:tr>
      <w:tr w:rsidR="00D53DD4" w14:paraId="5481D8F4" w14:textId="77777777" w:rsidTr="00F44AD8">
        <w:trPr>
          <w:jc w:val="center"/>
        </w:trPr>
        <w:tc>
          <w:tcPr>
            <w:tcW w:w="721" w:type="dxa"/>
          </w:tcPr>
          <w:p w14:paraId="5D2B203D" w14:textId="77777777" w:rsidR="00D53DD4" w:rsidRDefault="00D53DD4" w:rsidP="00E56216">
            <w:pPr>
              <w:ind w:firstLine="0"/>
            </w:pPr>
            <w:r w:rsidRPr="003329CF">
              <w:t>11</w:t>
            </w:r>
          </w:p>
        </w:tc>
        <w:tc>
          <w:tcPr>
            <w:tcW w:w="2462" w:type="dxa"/>
          </w:tcPr>
          <w:p w14:paraId="5A80B274" w14:textId="77777777" w:rsidR="00D53DD4" w:rsidRDefault="00D53DD4" w:rsidP="00E56216">
            <w:pPr>
              <w:ind w:firstLine="0"/>
              <w:jc w:val="both"/>
            </w:pPr>
            <w:r w:rsidRPr="003329CF">
              <w:t>«</w:t>
            </w:r>
            <w:proofErr w:type="spellStart"/>
            <w:r w:rsidRPr="003329CF">
              <w:t>Туристік</w:t>
            </w:r>
            <w:proofErr w:type="spellEnd"/>
            <w:r w:rsidRPr="003329CF">
              <w:t xml:space="preserve"> </w:t>
            </w:r>
            <w:proofErr w:type="spellStart"/>
            <w:r w:rsidRPr="003329CF">
              <w:t>фестиваль</w:t>
            </w:r>
            <w:proofErr w:type="spellEnd"/>
            <w:r w:rsidRPr="003329CF">
              <w:t xml:space="preserve">» – </w:t>
            </w:r>
            <w:proofErr w:type="spellStart"/>
            <w:r w:rsidRPr="003329CF">
              <w:t>жетістіктер</w:t>
            </w:r>
            <w:proofErr w:type="spellEnd"/>
            <w:r w:rsidRPr="003329CF">
              <w:t xml:space="preserve"> </w:t>
            </w:r>
            <w:proofErr w:type="spellStart"/>
            <w:r w:rsidRPr="003329CF">
              <w:t>фестивалі</w:t>
            </w:r>
            <w:proofErr w:type="spellEnd"/>
          </w:p>
        </w:tc>
        <w:tc>
          <w:tcPr>
            <w:tcW w:w="2976" w:type="dxa"/>
          </w:tcPr>
          <w:p w14:paraId="164AF45E" w14:textId="77777777" w:rsidR="00D53DD4" w:rsidRPr="00A81E3F" w:rsidRDefault="00D53DD4" w:rsidP="00E56216">
            <w:pPr>
              <w:ind w:firstLine="0"/>
              <w:jc w:val="both"/>
              <w:rPr>
                <w:lang w:val="ru-RU"/>
              </w:rPr>
            </w:pPr>
            <w:proofErr w:type="spellStart"/>
            <w:r w:rsidRPr="00D1641B">
              <w:rPr>
                <w:lang w:val="ru-RU"/>
              </w:rPr>
              <w:t>Нәтижелерді</w:t>
            </w:r>
            <w:proofErr w:type="spellEnd"/>
            <w:r w:rsidRPr="00D1641B">
              <w:rPr>
                <w:lang w:val="ru-RU"/>
              </w:rPr>
              <w:t xml:space="preserve"> </w:t>
            </w:r>
            <w:proofErr w:type="spellStart"/>
            <w:r w:rsidRPr="00D1641B">
              <w:rPr>
                <w:lang w:val="ru-RU"/>
              </w:rPr>
              <w:t>таныстыру</w:t>
            </w:r>
            <w:proofErr w:type="spellEnd"/>
            <w:r w:rsidRPr="00D1641B">
              <w:rPr>
                <w:lang w:val="ru-RU"/>
              </w:rPr>
              <w:t xml:space="preserve"> </w:t>
            </w:r>
            <w:proofErr w:type="spellStart"/>
            <w:r w:rsidRPr="00D1641B">
              <w:rPr>
                <w:lang w:val="ru-RU"/>
              </w:rPr>
              <w:t>және</w:t>
            </w:r>
            <w:proofErr w:type="spellEnd"/>
            <w:r w:rsidRPr="00D1641B">
              <w:rPr>
                <w:lang w:val="ru-RU"/>
              </w:rPr>
              <w:t xml:space="preserve"> </w:t>
            </w:r>
            <w:proofErr w:type="spellStart"/>
            <w:r w:rsidRPr="00D1641B">
              <w:rPr>
                <w:lang w:val="ru-RU"/>
              </w:rPr>
              <w:t>туристік</w:t>
            </w:r>
            <w:proofErr w:type="spellEnd"/>
            <w:r w:rsidRPr="00D1641B">
              <w:rPr>
                <w:lang w:val="ru-RU"/>
              </w:rPr>
              <w:t xml:space="preserve"> </w:t>
            </w:r>
            <w:proofErr w:type="spellStart"/>
            <w:r w:rsidRPr="00D1641B">
              <w:rPr>
                <w:lang w:val="ru-RU"/>
              </w:rPr>
              <w:t>станциялар</w:t>
            </w:r>
            <w:proofErr w:type="spellEnd"/>
          </w:p>
        </w:tc>
        <w:tc>
          <w:tcPr>
            <w:tcW w:w="3597" w:type="dxa"/>
          </w:tcPr>
          <w:p w14:paraId="548D8706" w14:textId="77777777" w:rsidR="00D53DD4" w:rsidRDefault="00D53DD4" w:rsidP="00E56216">
            <w:pPr>
              <w:ind w:firstLine="0"/>
              <w:jc w:val="both"/>
            </w:pPr>
            <w:proofErr w:type="spellStart"/>
            <w:r w:rsidRPr="003329CF">
              <w:t>Жобаларды</w:t>
            </w:r>
            <w:proofErr w:type="spellEnd"/>
            <w:r w:rsidRPr="003329CF">
              <w:t xml:space="preserve"> </w:t>
            </w:r>
            <w:proofErr w:type="spellStart"/>
            <w:r w:rsidRPr="003329CF">
              <w:t>қорғау</w:t>
            </w:r>
            <w:proofErr w:type="spellEnd"/>
            <w:r w:rsidRPr="003329CF">
              <w:t xml:space="preserve">, </w:t>
            </w:r>
            <w:proofErr w:type="spellStart"/>
            <w:r w:rsidRPr="003329CF">
              <w:t>фестиваль</w:t>
            </w:r>
            <w:proofErr w:type="spellEnd"/>
            <w:r w:rsidRPr="003329CF">
              <w:t xml:space="preserve">, </w:t>
            </w:r>
            <w:proofErr w:type="spellStart"/>
            <w:r w:rsidRPr="003329CF">
              <w:t>марапаттау</w:t>
            </w:r>
            <w:proofErr w:type="spellEnd"/>
          </w:p>
        </w:tc>
      </w:tr>
      <w:tr w:rsidR="00D53DD4" w14:paraId="474F313B" w14:textId="77777777" w:rsidTr="00F44AD8">
        <w:trPr>
          <w:jc w:val="center"/>
        </w:trPr>
        <w:tc>
          <w:tcPr>
            <w:tcW w:w="721" w:type="dxa"/>
          </w:tcPr>
          <w:p w14:paraId="146CF870" w14:textId="77777777" w:rsidR="00D53DD4" w:rsidRDefault="00D53DD4" w:rsidP="00E56216">
            <w:pPr>
              <w:ind w:firstLine="0"/>
            </w:pPr>
            <w:r w:rsidRPr="003329CF">
              <w:t>12</w:t>
            </w:r>
          </w:p>
        </w:tc>
        <w:tc>
          <w:tcPr>
            <w:tcW w:w="2462" w:type="dxa"/>
          </w:tcPr>
          <w:p w14:paraId="33839477" w14:textId="77777777" w:rsidR="00D53DD4" w:rsidRDefault="00D53DD4" w:rsidP="00E56216">
            <w:pPr>
              <w:ind w:firstLine="0"/>
              <w:jc w:val="both"/>
            </w:pPr>
            <w:r w:rsidRPr="003329CF">
              <w:t>«</w:t>
            </w:r>
            <w:proofErr w:type="spellStart"/>
            <w:r w:rsidRPr="003329CF">
              <w:t>Қоштасу</w:t>
            </w:r>
            <w:proofErr w:type="spellEnd"/>
            <w:r w:rsidRPr="003329CF">
              <w:t xml:space="preserve"> </w:t>
            </w:r>
            <w:proofErr w:type="spellStart"/>
            <w:r w:rsidRPr="003329CF">
              <w:t>күні</w:t>
            </w:r>
            <w:proofErr w:type="spellEnd"/>
            <w:r w:rsidRPr="003329CF">
              <w:t xml:space="preserve">» – </w:t>
            </w:r>
            <w:proofErr w:type="spellStart"/>
            <w:r w:rsidRPr="003329CF">
              <w:lastRenderedPageBreak/>
              <w:t>ауысымды</w:t>
            </w:r>
            <w:proofErr w:type="spellEnd"/>
            <w:r w:rsidRPr="003329CF">
              <w:t xml:space="preserve"> </w:t>
            </w:r>
            <w:proofErr w:type="spellStart"/>
            <w:r w:rsidRPr="003329CF">
              <w:t>жабу</w:t>
            </w:r>
            <w:proofErr w:type="spellEnd"/>
          </w:p>
        </w:tc>
        <w:tc>
          <w:tcPr>
            <w:tcW w:w="2976" w:type="dxa"/>
          </w:tcPr>
          <w:p w14:paraId="59E36069" w14:textId="77777777" w:rsidR="00D53DD4" w:rsidRDefault="00D53DD4" w:rsidP="00E56216">
            <w:pPr>
              <w:ind w:firstLine="0"/>
              <w:jc w:val="both"/>
            </w:pPr>
            <w:r>
              <w:rPr>
                <w:lang w:val="kk-KZ"/>
              </w:rPr>
              <w:lastRenderedPageBreak/>
              <w:t>Кері байланыс</w:t>
            </w:r>
            <w:r w:rsidRPr="003329CF">
              <w:t xml:space="preserve">, </w:t>
            </w:r>
            <w:proofErr w:type="spellStart"/>
            <w:r w:rsidRPr="003329CF">
              <w:lastRenderedPageBreak/>
              <w:t>қорытындылау</w:t>
            </w:r>
            <w:proofErr w:type="spellEnd"/>
            <w:r w:rsidRPr="003329CF">
              <w:t xml:space="preserve">, </w:t>
            </w:r>
            <w:proofErr w:type="spellStart"/>
            <w:r w:rsidRPr="003329CF">
              <w:t>қатысушылардың</w:t>
            </w:r>
            <w:proofErr w:type="spellEnd"/>
            <w:r w:rsidRPr="003329CF">
              <w:t xml:space="preserve"> </w:t>
            </w:r>
            <w:proofErr w:type="spellStart"/>
            <w:r w:rsidRPr="003329CF">
              <w:t>шығуы</w:t>
            </w:r>
            <w:proofErr w:type="spellEnd"/>
          </w:p>
        </w:tc>
        <w:tc>
          <w:tcPr>
            <w:tcW w:w="3597" w:type="dxa"/>
          </w:tcPr>
          <w:p w14:paraId="02F68B6B" w14:textId="77777777" w:rsidR="00D53DD4" w:rsidRDefault="00D53DD4" w:rsidP="00E56216">
            <w:pPr>
              <w:ind w:firstLine="0"/>
              <w:jc w:val="both"/>
            </w:pPr>
            <w:proofErr w:type="spellStart"/>
            <w:r w:rsidRPr="003329CF">
              <w:lastRenderedPageBreak/>
              <w:t>Қорытынды</w:t>
            </w:r>
            <w:proofErr w:type="spellEnd"/>
            <w:r w:rsidRPr="003329CF">
              <w:t xml:space="preserve"> </w:t>
            </w:r>
            <w:proofErr w:type="spellStart"/>
            <w:r w:rsidRPr="003329CF">
              <w:t>сауалнама</w:t>
            </w:r>
            <w:proofErr w:type="spellEnd"/>
            <w:r w:rsidRPr="003329CF">
              <w:t xml:space="preserve">, </w:t>
            </w:r>
            <w:proofErr w:type="spellStart"/>
            <w:r w:rsidRPr="003329CF">
              <w:lastRenderedPageBreak/>
              <w:t>сертификаттар</w:t>
            </w:r>
            <w:proofErr w:type="spellEnd"/>
            <w:r w:rsidRPr="003329CF">
              <w:t xml:space="preserve">, </w:t>
            </w:r>
            <w:proofErr w:type="spellStart"/>
            <w:r w:rsidRPr="003329CF">
              <w:t>жабылу</w:t>
            </w:r>
            <w:proofErr w:type="spellEnd"/>
          </w:p>
        </w:tc>
      </w:tr>
    </w:tbl>
    <w:p w14:paraId="44208877" w14:textId="77777777" w:rsidR="00D53DD4" w:rsidRDefault="00D53DD4" w:rsidP="00F41431">
      <w:pPr>
        <w:pStyle w:val="21"/>
        <w:rPr>
          <w:lang w:val="ru-RU"/>
        </w:rPr>
      </w:pPr>
    </w:p>
    <w:p w14:paraId="2F201A84" w14:textId="4E544713" w:rsidR="00D53DD4" w:rsidRDefault="00D53DD4" w:rsidP="00D53DD4">
      <w:pPr>
        <w:pStyle w:val="31"/>
        <w:ind w:firstLine="720"/>
        <w:rPr>
          <w:szCs w:val="26"/>
          <w:lang w:val="ru-RU"/>
        </w:rPr>
      </w:pPr>
      <w:proofErr w:type="spellStart"/>
      <w:r w:rsidRPr="00F167DB">
        <w:rPr>
          <w:szCs w:val="26"/>
          <w:lang w:val="ru-RU"/>
        </w:rPr>
        <w:t>Ауысымның</w:t>
      </w:r>
      <w:proofErr w:type="spellEnd"/>
      <w:r w:rsidRPr="00F167DB">
        <w:rPr>
          <w:szCs w:val="26"/>
          <w:lang w:val="ru-RU"/>
        </w:rPr>
        <w:t xml:space="preserve"> </w:t>
      </w:r>
      <w:proofErr w:type="spellStart"/>
      <w:r w:rsidRPr="00F167DB">
        <w:rPr>
          <w:szCs w:val="26"/>
          <w:lang w:val="ru-RU"/>
        </w:rPr>
        <w:t>күндер</w:t>
      </w:r>
      <w:r w:rsidR="000C1C7D">
        <w:rPr>
          <w:szCs w:val="26"/>
          <w:lang w:val="ru-RU"/>
        </w:rPr>
        <w:t>ін</w:t>
      </w:r>
      <w:proofErr w:type="spellEnd"/>
      <w:r w:rsidRPr="00F167DB">
        <w:rPr>
          <w:szCs w:val="26"/>
          <w:lang w:val="ru-RU"/>
        </w:rPr>
        <w:t xml:space="preserve"> </w:t>
      </w:r>
      <w:proofErr w:type="spellStart"/>
      <w:r>
        <w:rPr>
          <w:szCs w:val="26"/>
          <w:lang w:val="ru-RU"/>
        </w:rPr>
        <w:t>нақтыланған</w:t>
      </w:r>
      <w:proofErr w:type="spellEnd"/>
      <w:r>
        <w:rPr>
          <w:szCs w:val="26"/>
          <w:lang w:val="ru-RU"/>
        </w:rPr>
        <w:t xml:space="preserve"> </w:t>
      </w:r>
      <w:proofErr w:type="spellStart"/>
      <w:r w:rsidRPr="00F167DB">
        <w:rPr>
          <w:szCs w:val="26"/>
          <w:lang w:val="ru-RU"/>
        </w:rPr>
        <w:t>мазмұны</w:t>
      </w:r>
      <w:proofErr w:type="spellEnd"/>
    </w:p>
    <w:p w14:paraId="7DA61942" w14:textId="77777777" w:rsidR="00D53DD4" w:rsidRPr="00F167DB" w:rsidRDefault="00D53DD4" w:rsidP="008F0ECE">
      <w:pPr>
        <w:pStyle w:val="31"/>
        <w:rPr>
          <w:lang w:val="kk-KZ"/>
        </w:rPr>
      </w:pPr>
      <w:r>
        <w:rPr>
          <w:rFonts w:eastAsia="Times New Roman"/>
        </w:rPr>
        <w:t xml:space="preserve">1 </w:t>
      </w:r>
      <w:r>
        <w:rPr>
          <w:rFonts w:eastAsia="Times New Roman"/>
          <w:lang w:val="kk-KZ"/>
        </w:rPr>
        <w:t>күн</w:t>
      </w:r>
      <w:r>
        <w:rPr>
          <w:rFonts w:eastAsia="Times New Roman"/>
        </w:rPr>
        <w:t>. «</w:t>
      </w:r>
      <w:proofErr w:type="spellStart"/>
      <w:r>
        <w:rPr>
          <w:rFonts w:eastAsia="Times New Roman"/>
        </w:rPr>
        <w:t>Бастау</w:t>
      </w:r>
      <w:proofErr w:type="spellEnd"/>
      <w:r>
        <w:rPr>
          <w:rFonts w:eastAsia="Times New Roman"/>
        </w:rPr>
        <w:t xml:space="preserve">» - </w:t>
      </w:r>
      <w:r>
        <w:rPr>
          <w:rFonts w:eastAsia="Times New Roman"/>
          <w:lang w:val="kk-KZ"/>
        </w:rPr>
        <w:t>ауысымның ашылуы</w:t>
      </w:r>
    </w:p>
    <w:tbl>
      <w:tblPr>
        <w:tblStyle w:val="aff0"/>
        <w:tblW w:w="0" w:type="auto"/>
        <w:jc w:val="center"/>
        <w:tblLook w:val="04A0" w:firstRow="1" w:lastRow="0" w:firstColumn="1" w:lastColumn="0" w:noHBand="0" w:noVBand="1"/>
      </w:tblPr>
      <w:tblGrid>
        <w:gridCol w:w="3402"/>
        <w:gridCol w:w="6236"/>
      </w:tblGrid>
      <w:tr w:rsidR="00D53DD4" w:rsidRPr="00F167DB" w14:paraId="4EF8F53D" w14:textId="77777777" w:rsidTr="00E56216">
        <w:trPr>
          <w:tblHeader/>
          <w:jc w:val="center"/>
        </w:trPr>
        <w:tc>
          <w:tcPr>
            <w:tcW w:w="3402" w:type="dxa"/>
            <w:shd w:val="clear" w:color="auto" w:fill="D9EAD3"/>
          </w:tcPr>
          <w:p w14:paraId="6823FAFA" w14:textId="77777777" w:rsidR="00D53DD4" w:rsidRPr="003F7BF7" w:rsidRDefault="00D53DD4" w:rsidP="00E56216">
            <w:pPr>
              <w:ind w:firstLine="0"/>
              <w:jc w:val="center"/>
              <w:rPr>
                <w:szCs w:val="28"/>
                <w:lang w:val="kk-KZ"/>
              </w:rPr>
            </w:pPr>
            <w:r>
              <w:rPr>
                <w:b/>
                <w:szCs w:val="28"/>
                <w:lang w:val="kk-KZ"/>
              </w:rPr>
              <w:t>Күннің құрамдас бөлігі</w:t>
            </w:r>
          </w:p>
        </w:tc>
        <w:tc>
          <w:tcPr>
            <w:tcW w:w="6236" w:type="dxa"/>
            <w:shd w:val="clear" w:color="auto" w:fill="D9EAD3"/>
          </w:tcPr>
          <w:p w14:paraId="4760285B" w14:textId="77777777" w:rsidR="00D53DD4" w:rsidRPr="00F167DB" w:rsidRDefault="00D53DD4" w:rsidP="00E56216">
            <w:pPr>
              <w:ind w:firstLine="0"/>
              <w:jc w:val="center"/>
              <w:rPr>
                <w:szCs w:val="28"/>
                <w:lang w:val="kk-KZ"/>
              </w:rPr>
            </w:pPr>
            <w:r w:rsidRPr="00F167DB">
              <w:rPr>
                <w:b/>
                <w:szCs w:val="28"/>
                <w:lang w:val="kk-KZ"/>
              </w:rPr>
              <w:t>Мазмұны</w:t>
            </w:r>
          </w:p>
        </w:tc>
      </w:tr>
      <w:tr w:rsidR="00D53DD4" w:rsidRPr="007D2A96" w14:paraId="0D2289B8" w14:textId="77777777" w:rsidTr="00E56216">
        <w:trPr>
          <w:jc w:val="center"/>
        </w:trPr>
        <w:tc>
          <w:tcPr>
            <w:tcW w:w="3402" w:type="dxa"/>
          </w:tcPr>
          <w:p w14:paraId="3FE4F842" w14:textId="77777777" w:rsidR="00D53DD4" w:rsidRPr="007D2A96" w:rsidRDefault="00D53DD4" w:rsidP="00E56216">
            <w:pPr>
              <w:ind w:firstLine="0"/>
              <w:jc w:val="both"/>
              <w:rPr>
                <w:szCs w:val="28"/>
              </w:rPr>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236" w:type="dxa"/>
          </w:tcPr>
          <w:p w14:paraId="4E14C050" w14:textId="4B8E6069" w:rsidR="00D53DD4" w:rsidRPr="007D2A96" w:rsidRDefault="00195065" w:rsidP="00E56216">
            <w:pPr>
              <w:ind w:firstLine="0"/>
              <w:jc w:val="both"/>
              <w:rPr>
                <w:szCs w:val="28"/>
              </w:rPr>
            </w:pPr>
            <w:r>
              <w:rPr>
                <w:lang w:val="ru-RU"/>
              </w:rPr>
              <w:t>ББСО</w:t>
            </w:r>
            <w:r>
              <w:t xml:space="preserve"> </w:t>
            </w:r>
            <w:proofErr w:type="spellStart"/>
            <w:r w:rsidR="00D53DD4">
              <w:t>аумағымен</w:t>
            </w:r>
            <w:proofErr w:type="spellEnd"/>
            <w:r w:rsidR="00D53DD4">
              <w:t xml:space="preserve"> </w:t>
            </w:r>
            <w:proofErr w:type="spellStart"/>
            <w:r w:rsidR="00D53DD4">
              <w:t>және</w:t>
            </w:r>
            <w:proofErr w:type="spellEnd"/>
            <w:r w:rsidR="00D53DD4">
              <w:t xml:space="preserve"> </w:t>
            </w:r>
            <w:proofErr w:type="spellStart"/>
            <w:r w:rsidR="00D53DD4">
              <w:t>қауіпсіз</w:t>
            </w:r>
            <w:proofErr w:type="spellEnd"/>
            <w:r w:rsidR="00D53DD4">
              <w:t xml:space="preserve"> </w:t>
            </w:r>
            <w:proofErr w:type="spellStart"/>
            <w:r w:rsidR="00D53DD4">
              <w:t>аймақтармен</w:t>
            </w:r>
            <w:proofErr w:type="spellEnd"/>
            <w:r w:rsidR="00D53DD4">
              <w:t xml:space="preserve"> </w:t>
            </w:r>
            <w:proofErr w:type="spellStart"/>
            <w:r w:rsidR="00D53DD4">
              <w:t>танысу</w:t>
            </w:r>
            <w:proofErr w:type="spellEnd"/>
            <w:r w:rsidR="00D53DD4">
              <w:t xml:space="preserve">. </w:t>
            </w:r>
            <w:r w:rsidR="00D53DD4">
              <w:br/>
            </w:r>
            <w:proofErr w:type="spellStart"/>
            <w:r w:rsidR="00D53DD4">
              <w:t>Дамытушы</w:t>
            </w:r>
            <w:proofErr w:type="spellEnd"/>
            <w:r w:rsidR="00D53DD4">
              <w:t xml:space="preserve"> </w:t>
            </w:r>
            <w:proofErr w:type="spellStart"/>
            <w:r w:rsidR="00D53DD4">
              <w:t>ойын</w:t>
            </w:r>
            <w:proofErr w:type="spellEnd"/>
            <w:r w:rsidR="00D53DD4">
              <w:t xml:space="preserve"> «</w:t>
            </w:r>
            <w:proofErr w:type="spellStart"/>
            <w:r w:rsidR="00D53DD4">
              <w:t>Мен</w:t>
            </w:r>
            <w:proofErr w:type="spellEnd"/>
            <w:r w:rsidR="00D53DD4">
              <w:t xml:space="preserve"> </w:t>
            </w:r>
            <w:proofErr w:type="spellStart"/>
            <w:r w:rsidR="00D53DD4">
              <w:t>маршрут</w:t>
            </w:r>
            <w:proofErr w:type="spellEnd"/>
            <w:r w:rsidR="00D53DD4">
              <w:t xml:space="preserve"> </w:t>
            </w:r>
            <w:proofErr w:type="spellStart"/>
            <w:r w:rsidR="00D53DD4">
              <w:t>командасымын</w:t>
            </w:r>
            <w:proofErr w:type="spellEnd"/>
            <w:r w:rsidR="00D53DD4">
              <w:t xml:space="preserve">»: </w:t>
            </w:r>
            <w:proofErr w:type="spellStart"/>
            <w:r w:rsidR="00D53DD4">
              <w:t>күтулер</w:t>
            </w:r>
            <w:proofErr w:type="spellEnd"/>
            <w:r w:rsidR="00D53DD4">
              <w:t xml:space="preserve">, </w:t>
            </w:r>
            <w:proofErr w:type="spellStart"/>
            <w:r w:rsidR="00D53DD4">
              <w:t>қызығушылықтар</w:t>
            </w:r>
            <w:proofErr w:type="spellEnd"/>
            <w:r w:rsidR="00D53DD4">
              <w:t xml:space="preserve">, </w:t>
            </w:r>
            <w:proofErr w:type="spellStart"/>
            <w:r w:rsidR="00D53DD4">
              <w:t>ережелер</w:t>
            </w:r>
            <w:proofErr w:type="spellEnd"/>
            <w:r w:rsidR="00D53DD4">
              <w:t>.</w:t>
            </w:r>
          </w:p>
        </w:tc>
      </w:tr>
      <w:tr w:rsidR="00D53DD4" w:rsidRPr="00655EAC" w14:paraId="0DAC826E" w14:textId="77777777" w:rsidTr="00E56216">
        <w:trPr>
          <w:jc w:val="center"/>
        </w:trPr>
        <w:tc>
          <w:tcPr>
            <w:tcW w:w="3402" w:type="dxa"/>
          </w:tcPr>
          <w:p w14:paraId="010A045B" w14:textId="6F27C045" w:rsidR="00D53DD4" w:rsidRPr="00F167DB" w:rsidRDefault="000C1C7D" w:rsidP="00E56216">
            <w:pPr>
              <w:ind w:firstLine="0"/>
              <w:jc w:val="both"/>
              <w:rPr>
                <w:szCs w:val="28"/>
                <w:lang w:val="ru-RU"/>
              </w:rPr>
            </w:pPr>
            <w:r>
              <w:rPr>
                <w:lang w:val="kk-KZ"/>
              </w:rPr>
              <w:t>Тәжірибелі</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236" w:type="dxa"/>
          </w:tcPr>
          <w:p w14:paraId="7855C67C" w14:textId="6F2A8AD0" w:rsidR="00D53DD4" w:rsidRPr="007D2A96" w:rsidRDefault="00D53DD4" w:rsidP="00E56216">
            <w:pPr>
              <w:ind w:firstLine="0"/>
              <w:jc w:val="both"/>
              <w:rPr>
                <w:szCs w:val="28"/>
                <w:lang w:val="ru-RU"/>
              </w:rPr>
            </w:pPr>
            <w:proofErr w:type="spellStart"/>
            <w:r w:rsidRPr="007D2A96">
              <w:rPr>
                <w:lang w:val="ru-RU"/>
              </w:rPr>
              <w:t>Қауіпсіздік</w:t>
            </w:r>
            <w:proofErr w:type="spellEnd"/>
            <w:r w:rsidRPr="007D2A96">
              <w:rPr>
                <w:lang w:val="ru-RU"/>
              </w:rPr>
              <w:t xml:space="preserve">, </w:t>
            </w:r>
            <w:proofErr w:type="spellStart"/>
            <w:r w:rsidRPr="007D2A96">
              <w:rPr>
                <w:lang w:val="ru-RU"/>
              </w:rPr>
              <w:t>өрт</w:t>
            </w:r>
            <w:proofErr w:type="spellEnd"/>
            <w:r w:rsidRPr="007D2A96">
              <w:rPr>
                <w:lang w:val="ru-RU"/>
              </w:rPr>
              <w:t xml:space="preserve"> </w:t>
            </w:r>
            <w:proofErr w:type="spellStart"/>
            <w:r w:rsidRPr="007D2A96">
              <w:rPr>
                <w:lang w:val="ru-RU"/>
              </w:rPr>
              <w:t>қауіпсіздігі</w:t>
            </w:r>
            <w:proofErr w:type="spellEnd"/>
            <w:r w:rsidRPr="007D2A96">
              <w:rPr>
                <w:lang w:val="ru-RU"/>
              </w:rPr>
              <w:t xml:space="preserve">, </w:t>
            </w:r>
            <w:proofErr w:type="spellStart"/>
            <w:r w:rsidRPr="007D2A96">
              <w:rPr>
                <w:lang w:val="ru-RU"/>
              </w:rPr>
              <w:t>санитарлық-</w:t>
            </w:r>
            <w:r>
              <w:rPr>
                <w:lang w:val="ru-RU"/>
              </w:rPr>
              <w:t>тазалық</w:t>
            </w:r>
            <w:proofErr w:type="spellEnd"/>
            <w:r>
              <w:rPr>
                <w:lang w:val="ru-RU"/>
              </w:rPr>
              <w:t xml:space="preserve"> </w:t>
            </w:r>
            <w:proofErr w:type="spellStart"/>
            <w:r>
              <w:rPr>
                <w:lang w:val="ru-RU"/>
              </w:rPr>
              <w:t>сақтау</w:t>
            </w:r>
            <w:proofErr w:type="spellEnd"/>
            <w:r w:rsidRPr="007D2A96">
              <w:rPr>
                <w:lang w:val="ru-RU"/>
              </w:rPr>
              <w:t xml:space="preserve"> </w:t>
            </w:r>
            <w:proofErr w:type="spellStart"/>
            <w:r w:rsidRPr="007D2A96">
              <w:rPr>
                <w:lang w:val="ru-RU"/>
              </w:rPr>
              <w:t>талаптар</w:t>
            </w:r>
            <w:r>
              <w:rPr>
                <w:lang w:val="ru-RU"/>
              </w:rPr>
              <w:t>ы</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күн</w:t>
            </w:r>
            <w:proofErr w:type="spellEnd"/>
            <w:r w:rsidRPr="007D2A96">
              <w:rPr>
                <w:lang w:val="ru-RU"/>
              </w:rPr>
              <w:t xml:space="preserve"> </w:t>
            </w:r>
            <w:proofErr w:type="spellStart"/>
            <w:r w:rsidRPr="007D2A96">
              <w:rPr>
                <w:lang w:val="ru-RU"/>
              </w:rPr>
              <w:t>тәртібі</w:t>
            </w:r>
            <w:r w:rsidR="000C1C7D">
              <w:rPr>
                <w:lang w:val="ru-RU"/>
              </w:rPr>
              <w:t>не</w:t>
            </w:r>
            <w:proofErr w:type="spellEnd"/>
            <w:r w:rsidRPr="007D2A96">
              <w:rPr>
                <w:lang w:val="ru-RU"/>
              </w:rPr>
              <w:t xml:space="preserve"> </w:t>
            </w:r>
            <w:proofErr w:type="spellStart"/>
            <w:r w:rsidRPr="007D2A96">
              <w:rPr>
                <w:lang w:val="ru-RU"/>
              </w:rPr>
              <w:t>нұсқа</w:t>
            </w:r>
            <w:r>
              <w:rPr>
                <w:lang w:val="ru-RU"/>
              </w:rPr>
              <w:t>улықтар</w:t>
            </w:r>
            <w:proofErr w:type="spellEnd"/>
            <w:r w:rsidRPr="007D2A96">
              <w:rPr>
                <w:lang w:val="ru-RU"/>
              </w:rPr>
              <w:t xml:space="preserve">. </w:t>
            </w:r>
            <w:r w:rsidRPr="007D2A96">
              <w:rPr>
                <w:lang w:val="ru-RU"/>
              </w:rPr>
              <w:br/>
              <w:t>«</w:t>
            </w:r>
            <w:proofErr w:type="spellStart"/>
            <w:r w:rsidRPr="007D2A96">
              <w:rPr>
                <w:lang w:val="ru-RU"/>
              </w:rPr>
              <w:t>Біздің</w:t>
            </w:r>
            <w:proofErr w:type="spellEnd"/>
            <w:r w:rsidRPr="007D2A96">
              <w:rPr>
                <w:lang w:val="ru-RU"/>
              </w:rPr>
              <w:t xml:space="preserve"> </w:t>
            </w:r>
            <w:proofErr w:type="spellStart"/>
            <w:r w:rsidRPr="007D2A96">
              <w:rPr>
                <w:lang w:val="ru-RU"/>
              </w:rPr>
              <w:t>жасақ</w:t>
            </w:r>
            <w:proofErr w:type="spellEnd"/>
            <w:r w:rsidRPr="007D2A96">
              <w:rPr>
                <w:lang w:val="ru-RU"/>
              </w:rPr>
              <w:t xml:space="preserve">» </w:t>
            </w:r>
            <w:proofErr w:type="spellStart"/>
            <w:r w:rsidRPr="007D2A96">
              <w:rPr>
                <w:lang w:val="ru-RU"/>
              </w:rPr>
              <w:t>практикалық</w:t>
            </w:r>
            <w:proofErr w:type="spellEnd"/>
            <w:r w:rsidRPr="007D2A96">
              <w:rPr>
                <w:lang w:val="ru-RU"/>
              </w:rPr>
              <w:t xml:space="preserve"> </w:t>
            </w:r>
            <w:proofErr w:type="spellStart"/>
            <w:r w:rsidRPr="007D2A96">
              <w:rPr>
                <w:lang w:val="ru-RU"/>
              </w:rPr>
              <w:t>жұмысы</w:t>
            </w:r>
            <w:proofErr w:type="spellEnd"/>
            <w:r w:rsidRPr="007D2A96">
              <w:rPr>
                <w:lang w:val="ru-RU"/>
              </w:rPr>
              <w:t xml:space="preserve">: </w:t>
            </w:r>
            <w:proofErr w:type="spellStart"/>
            <w:r w:rsidRPr="007D2A96">
              <w:rPr>
                <w:lang w:val="ru-RU"/>
              </w:rPr>
              <w:t>атау</w:t>
            </w:r>
            <w:proofErr w:type="spellEnd"/>
            <w:r w:rsidRPr="007D2A96">
              <w:rPr>
                <w:lang w:val="ru-RU"/>
              </w:rPr>
              <w:t xml:space="preserve">, </w:t>
            </w:r>
            <w:proofErr w:type="spellStart"/>
            <w:r w:rsidRPr="007D2A96">
              <w:rPr>
                <w:lang w:val="ru-RU"/>
              </w:rPr>
              <w:t>ұран</w:t>
            </w:r>
            <w:proofErr w:type="spellEnd"/>
            <w:r w:rsidRPr="007D2A96">
              <w:rPr>
                <w:lang w:val="ru-RU"/>
              </w:rPr>
              <w:t xml:space="preserve">, </w:t>
            </w:r>
            <w:proofErr w:type="spellStart"/>
            <w:r w:rsidR="000C1C7D">
              <w:rPr>
                <w:lang w:val="ru-RU"/>
              </w:rPr>
              <w:t>таңба</w:t>
            </w:r>
            <w:proofErr w:type="spellEnd"/>
            <w:r w:rsidRPr="007D2A96">
              <w:rPr>
                <w:lang w:val="ru-RU"/>
              </w:rPr>
              <w:t xml:space="preserve">, </w:t>
            </w:r>
            <w:proofErr w:type="spellStart"/>
            <w:r w:rsidRPr="007D2A96">
              <w:rPr>
                <w:lang w:val="ru-RU"/>
              </w:rPr>
              <w:t>өзара</w:t>
            </w:r>
            <w:proofErr w:type="spellEnd"/>
            <w:r w:rsidRPr="007D2A96">
              <w:rPr>
                <w:lang w:val="ru-RU"/>
              </w:rPr>
              <w:t xml:space="preserve"> </w:t>
            </w:r>
            <w:proofErr w:type="spellStart"/>
            <w:r w:rsidRPr="007D2A96">
              <w:rPr>
                <w:lang w:val="ru-RU"/>
              </w:rPr>
              <w:t>әрекет</w:t>
            </w:r>
            <w:proofErr w:type="spellEnd"/>
            <w:r w:rsidRPr="007D2A96">
              <w:rPr>
                <w:lang w:val="ru-RU"/>
              </w:rPr>
              <w:t xml:space="preserve"> </w:t>
            </w:r>
            <w:proofErr w:type="spellStart"/>
            <w:r w:rsidRPr="007D2A96">
              <w:rPr>
                <w:lang w:val="ru-RU"/>
              </w:rPr>
              <w:t>ережелері</w:t>
            </w:r>
            <w:proofErr w:type="spellEnd"/>
            <w:r w:rsidRPr="007D2A96">
              <w:rPr>
                <w:lang w:val="ru-RU"/>
              </w:rPr>
              <w:t>.</w:t>
            </w:r>
          </w:p>
        </w:tc>
      </w:tr>
      <w:tr w:rsidR="00D53DD4" w:rsidRPr="00655EAC" w14:paraId="40EA0CC8" w14:textId="77777777" w:rsidTr="00E56216">
        <w:trPr>
          <w:jc w:val="center"/>
        </w:trPr>
        <w:tc>
          <w:tcPr>
            <w:tcW w:w="3402" w:type="dxa"/>
          </w:tcPr>
          <w:p w14:paraId="2E146CE3" w14:textId="77777777" w:rsidR="00D53DD4" w:rsidRPr="007D2A96" w:rsidRDefault="00D53DD4" w:rsidP="00E56216">
            <w:pPr>
              <w:ind w:firstLine="0"/>
              <w:jc w:val="both"/>
              <w:rPr>
                <w:szCs w:val="28"/>
                <w:lang w:val="ru-RU"/>
              </w:rPr>
            </w:pPr>
            <w:proofErr w:type="spellStart"/>
            <w:r w:rsidRPr="007D2A96">
              <w:rPr>
                <w:lang w:val="ru-RU"/>
              </w:rPr>
              <w:t>Тәрбиелік</w:t>
            </w:r>
            <w:proofErr w:type="spellEnd"/>
            <w:r w:rsidRPr="007D2A96">
              <w:rPr>
                <w:lang w:val="ru-RU"/>
              </w:rPr>
              <w:t xml:space="preserve"> </w:t>
            </w:r>
            <w:proofErr w:type="spellStart"/>
            <w:r w:rsidRPr="007D2A96">
              <w:rPr>
                <w:lang w:val="ru-RU"/>
              </w:rPr>
              <w:t>іс-шаралар</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жобалар</w:t>
            </w:r>
            <w:proofErr w:type="spellEnd"/>
            <w:r w:rsidRPr="007D2A96">
              <w:rPr>
                <w:lang w:val="ru-RU"/>
              </w:rPr>
              <w:t xml:space="preserve"> (</w:t>
            </w:r>
            <w:proofErr w:type="spellStart"/>
            <w:r w:rsidRPr="007D2A96">
              <w:rPr>
                <w:lang w:val="ru-RU"/>
              </w:rPr>
              <w:t>кемінде</w:t>
            </w:r>
            <w:proofErr w:type="spellEnd"/>
            <w:r w:rsidRPr="007D2A96">
              <w:rPr>
                <w:lang w:val="ru-RU"/>
              </w:rPr>
              <w:t xml:space="preserve"> 2)</w:t>
            </w:r>
          </w:p>
        </w:tc>
        <w:tc>
          <w:tcPr>
            <w:tcW w:w="6236" w:type="dxa"/>
          </w:tcPr>
          <w:p w14:paraId="60A1F969" w14:textId="476B03A2" w:rsidR="00D53DD4" w:rsidRPr="007D2A96" w:rsidRDefault="00D53DD4" w:rsidP="00E56216">
            <w:pPr>
              <w:ind w:firstLine="0"/>
              <w:jc w:val="both"/>
              <w:rPr>
                <w:szCs w:val="28"/>
                <w:lang w:val="ru-RU"/>
              </w:rPr>
            </w:pPr>
            <w:proofErr w:type="spellStart"/>
            <w:r w:rsidRPr="007D2A96">
              <w:rPr>
                <w:lang w:val="ru-RU"/>
              </w:rPr>
              <w:t>Ауысымның</w:t>
            </w:r>
            <w:proofErr w:type="spellEnd"/>
            <w:r w:rsidRPr="007D2A96">
              <w:rPr>
                <w:lang w:val="ru-RU"/>
              </w:rPr>
              <w:t xml:space="preserve"> </w:t>
            </w:r>
            <w:proofErr w:type="spellStart"/>
            <w:r w:rsidRPr="007D2A96">
              <w:rPr>
                <w:lang w:val="ru-RU"/>
              </w:rPr>
              <w:t>салтанатты</w:t>
            </w:r>
            <w:proofErr w:type="spellEnd"/>
            <w:r w:rsidRPr="007D2A96">
              <w:rPr>
                <w:lang w:val="ru-RU"/>
              </w:rPr>
              <w:t xml:space="preserve"> </w:t>
            </w:r>
            <w:proofErr w:type="spellStart"/>
            <w:r w:rsidRPr="007D2A96">
              <w:rPr>
                <w:lang w:val="ru-RU"/>
              </w:rPr>
              <w:t>ашылуы</w:t>
            </w:r>
            <w:proofErr w:type="spellEnd"/>
            <w:r w:rsidRPr="007D2A96">
              <w:rPr>
                <w:lang w:val="ru-RU"/>
              </w:rPr>
              <w:t xml:space="preserve">. </w:t>
            </w:r>
            <w:r w:rsidRPr="007D2A96">
              <w:rPr>
                <w:lang w:val="ru-RU"/>
              </w:rPr>
              <w:br/>
              <w:t>«</w:t>
            </w:r>
            <w:proofErr w:type="spellStart"/>
            <w:r w:rsidRPr="007D2A96">
              <w:rPr>
                <w:lang w:val="ru-RU"/>
              </w:rPr>
              <w:t>Менің</w:t>
            </w:r>
            <w:proofErr w:type="spellEnd"/>
            <w:r w:rsidRPr="007D2A96">
              <w:rPr>
                <w:lang w:val="ru-RU"/>
              </w:rPr>
              <w:t xml:space="preserve"> </w:t>
            </w:r>
            <w:proofErr w:type="spellStart"/>
            <w:r w:rsidRPr="007D2A96">
              <w:rPr>
                <w:lang w:val="ru-RU"/>
              </w:rPr>
              <w:t>қауіпсіз</w:t>
            </w:r>
            <w:proofErr w:type="spellEnd"/>
            <w:r w:rsidRPr="007D2A96">
              <w:rPr>
                <w:lang w:val="ru-RU"/>
              </w:rPr>
              <w:t xml:space="preserve"> </w:t>
            </w:r>
            <w:proofErr w:type="spellStart"/>
            <w:r w:rsidRPr="007D2A96">
              <w:rPr>
                <w:lang w:val="ru-RU"/>
              </w:rPr>
              <w:t>бастауым</w:t>
            </w:r>
            <w:proofErr w:type="spellEnd"/>
            <w:r w:rsidRPr="007D2A96">
              <w:rPr>
                <w:lang w:val="ru-RU"/>
              </w:rPr>
              <w:t xml:space="preserve">» </w:t>
            </w:r>
            <w:proofErr w:type="spellStart"/>
            <w:r w:rsidRPr="007D2A96">
              <w:rPr>
                <w:lang w:val="ru-RU"/>
              </w:rPr>
              <w:t>кешкі</w:t>
            </w:r>
            <w:proofErr w:type="spellEnd"/>
            <w:r w:rsidRPr="007D2A96">
              <w:rPr>
                <w:lang w:val="ru-RU"/>
              </w:rPr>
              <w:t xml:space="preserve"> </w:t>
            </w:r>
            <w:proofErr w:type="spellStart"/>
            <w:r>
              <w:rPr>
                <w:lang w:val="ru-RU"/>
              </w:rPr>
              <w:t>кері</w:t>
            </w:r>
            <w:proofErr w:type="spellEnd"/>
            <w:r>
              <w:rPr>
                <w:lang w:val="ru-RU"/>
              </w:rPr>
              <w:t xml:space="preserve"> </w:t>
            </w:r>
            <w:proofErr w:type="spellStart"/>
            <w:r>
              <w:rPr>
                <w:lang w:val="ru-RU"/>
              </w:rPr>
              <w:t>байланысы</w:t>
            </w:r>
            <w:proofErr w:type="spellEnd"/>
            <w:r w:rsidRPr="007D2A96">
              <w:rPr>
                <w:lang w:val="ru-RU"/>
              </w:rPr>
              <w:t>.</w:t>
            </w:r>
          </w:p>
        </w:tc>
      </w:tr>
      <w:tr w:rsidR="00D53DD4" w:rsidRPr="00655EAC" w14:paraId="202FD777" w14:textId="77777777" w:rsidTr="00E56216">
        <w:trPr>
          <w:jc w:val="center"/>
        </w:trPr>
        <w:tc>
          <w:tcPr>
            <w:tcW w:w="3402" w:type="dxa"/>
          </w:tcPr>
          <w:p w14:paraId="6DF9341D" w14:textId="77777777" w:rsidR="00D53DD4" w:rsidRPr="00655EAC" w:rsidRDefault="00D53DD4" w:rsidP="00E56216">
            <w:pPr>
              <w:ind w:firstLine="0"/>
              <w:jc w:val="both"/>
              <w:rPr>
                <w:szCs w:val="28"/>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236" w:type="dxa"/>
          </w:tcPr>
          <w:p w14:paraId="0C51261D" w14:textId="6F772A33" w:rsidR="00D53DD4" w:rsidRPr="00655EAC" w:rsidRDefault="00D53DD4" w:rsidP="00E56216">
            <w:pPr>
              <w:ind w:firstLine="0"/>
              <w:jc w:val="both"/>
              <w:rPr>
                <w:szCs w:val="28"/>
                <w:lang w:val="ru-RU"/>
              </w:rPr>
            </w:pPr>
            <w:proofErr w:type="spellStart"/>
            <w:r w:rsidRPr="007D2A96">
              <w:rPr>
                <w:lang w:val="ru-RU"/>
              </w:rPr>
              <w:t>Таңертеңгі</w:t>
            </w:r>
            <w:proofErr w:type="spellEnd"/>
            <w:r w:rsidRPr="00655EAC">
              <w:rPr>
                <w:lang w:val="ru-RU"/>
              </w:rPr>
              <w:t xml:space="preserve"> (</w:t>
            </w:r>
            <w:proofErr w:type="spellStart"/>
            <w:r w:rsidRPr="007D2A96">
              <w:rPr>
                <w:lang w:val="ru-RU"/>
              </w:rPr>
              <w:t>бейімделу</w:t>
            </w:r>
            <w:proofErr w:type="spellEnd"/>
            <w:r w:rsidRPr="00655EAC">
              <w:rPr>
                <w:lang w:val="ru-RU"/>
              </w:rPr>
              <w:t xml:space="preserve">) </w:t>
            </w:r>
            <w:r w:rsidRPr="007D2A96">
              <w:rPr>
                <w:lang w:val="ru-RU"/>
              </w:rPr>
              <w:t>жаттығу</w:t>
            </w:r>
            <w:r w:rsidRPr="00655EAC">
              <w:rPr>
                <w:lang w:val="ru-RU"/>
              </w:rPr>
              <w:t xml:space="preserve">, </w:t>
            </w:r>
            <w:proofErr w:type="spellStart"/>
            <w:r w:rsidRPr="007D2A96">
              <w:rPr>
                <w:lang w:val="ru-RU"/>
              </w:rPr>
              <w:t>аумақ</w:t>
            </w:r>
            <w:r w:rsidR="000C1C7D">
              <w:rPr>
                <w:lang w:val="ru-RU"/>
              </w:rPr>
              <w:t>тық</w:t>
            </w:r>
            <w:proofErr w:type="spellEnd"/>
            <w:r w:rsidRPr="00655EAC">
              <w:rPr>
                <w:lang w:val="ru-RU"/>
              </w:rPr>
              <w:t xml:space="preserve"> </w:t>
            </w:r>
            <w:r w:rsidR="000C1C7D" w:rsidRPr="00655EAC">
              <w:rPr>
                <w:lang w:val="ru-RU"/>
              </w:rPr>
              <w:t xml:space="preserve"> </w:t>
            </w:r>
            <w:r w:rsidRPr="00655EAC">
              <w:rPr>
                <w:lang w:val="ru-RU"/>
              </w:rPr>
              <w:t xml:space="preserve"> </w:t>
            </w:r>
            <w:proofErr w:type="spellStart"/>
            <w:r w:rsidRPr="007D2A96">
              <w:rPr>
                <w:lang w:val="ru-RU"/>
              </w:rPr>
              <w:t>серуен</w:t>
            </w:r>
            <w:proofErr w:type="spellEnd"/>
            <w:r w:rsidRPr="00655EAC">
              <w:rPr>
                <w:lang w:val="ru-RU"/>
              </w:rPr>
              <w:t xml:space="preserve">, </w:t>
            </w:r>
            <w:proofErr w:type="spellStart"/>
            <w:r w:rsidRPr="007D2A96">
              <w:rPr>
                <w:lang w:val="ru-RU"/>
              </w:rPr>
              <w:t>қимылды</w:t>
            </w:r>
            <w:proofErr w:type="spellEnd"/>
            <w:r w:rsidRPr="00655EAC">
              <w:rPr>
                <w:lang w:val="ru-RU"/>
              </w:rPr>
              <w:t xml:space="preserve"> </w:t>
            </w:r>
            <w:proofErr w:type="spellStart"/>
            <w:r w:rsidRPr="007D2A96">
              <w:rPr>
                <w:lang w:val="ru-RU"/>
              </w:rPr>
              <w:t>танысу</w:t>
            </w:r>
            <w:proofErr w:type="spellEnd"/>
            <w:r w:rsidRPr="00655EAC">
              <w:rPr>
                <w:lang w:val="ru-RU"/>
              </w:rPr>
              <w:t xml:space="preserve"> </w:t>
            </w:r>
            <w:proofErr w:type="spellStart"/>
            <w:r w:rsidRPr="007D2A96">
              <w:rPr>
                <w:lang w:val="ru-RU"/>
              </w:rPr>
              <w:t>ойындары</w:t>
            </w:r>
            <w:proofErr w:type="spellEnd"/>
            <w:r w:rsidRPr="00655EAC">
              <w:rPr>
                <w:lang w:val="ru-RU"/>
              </w:rPr>
              <w:t>.</w:t>
            </w:r>
          </w:p>
        </w:tc>
      </w:tr>
      <w:tr w:rsidR="00D53DD4" w:rsidRPr="007D2A96" w14:paraId="3DC52EC4" w14:textId="77777777" w:rsidTr="00E56216">
        <w:trPr>
          <w:jc w:val="center"/>
        </w:trPr>
        <w:tc>
          <w:tcPr>
            <w:tcW w:w="3402" w:type="dxa"/>
          </w:tcPr>
          <w:p w14:paraId="6669BB28" w14:textId="77777777" w:rsidR="00D53DD4" w:rsidRPr="00F167DB" w:rsidRDefault="00D53DD4" w:rsidP="00E56216">
            <w:pPr>
              <w:ind w:firstLine="0"/>
              <w:jc w:val="both"/>
              <w:rPr>
                <w:szCs w:val="28"/>
              </w:rPr>
            </w:pPr>
            <w:proofErr w:type="spellStart"/>
            <w:r>
              <w:t>Күтілетін</w:t>
            </w:r>
            <w:proofErr w:type="spellEnd"/>
            <w:r>
              <w:t xml:space="preserve"> </w:t>
            </w:r>
            <w:proofErr w:type="spellStart"/>
            <w:r>
              <w:t>нәтиже</w:t>
            </w:r>
            <w:proofErr w:type="spellEnd"/>
          </w:p>
        </w:tc>
        <w:tc>
          <w:tcPr>
            <w:tcW w:w="6236" w:type="dxa"/>
          </w:tcPr>
          <w:p w14:paraId="013DDFF3" w14:textId="77777777" w:rsidR="00D53DD4" w:rsidRPr="007D2A96" w:rsidRDefault="00D53DD4" w:rsidP="00E56216">
            <w:pPr>
              <w:ind w:firstLine="0"/>
              <w:jc w:val="both"/>
              <w:rPr>
                <w:szCs w:val="28"/>
              </w:rPr>
            </w:pPr>
            <w:proofErr w:type="spellStart"/>
            <w:r>
              <w:t>Жасақтар</w:t>
            </w:r>
            <w:proofErr w:type="spellEnd"/>
            <w:r>
              <w:t xml:space="preserve"> </w:t>
            </w:r>
            <w:proofErr w:type="spellStart"/>
            <w:r>
              <w:t>қалыптастырылды</w:t>
            </w:r>
            <w:proofErr w:type="spellEnd"/>
            <w:r>
              <w:t xml:space="preserve">, </w:t>
            </w:r>
            <w:proofErr w:type="spellStart"/>
            <w:r>
              <w:t>қатысушылар</w:t>
            </w:r>
            <w:proofErr w:type="spellEnd"/>
            <w:r>
              <w:t xml:space="preserve"> </w:t>
            </w:r>
            <w:proofErr w:type="spellStart"/>
            <w:r>
              <w:t>ережелермен</w:t>
            </w:r>
            <w:proofErr w:type="spellEnd"/>
            <w:r>
              <w:t xml:space="preserve"> </w:t>
            </w:r>
            <w:proofErr w:type="spellStart"/>
            <w:r>
              <w:t>танысты</w:t>
            </w:r>
            <w:proofErr w:type="spellEnd"/>
            <w:r>
              <w:t xml:space="preserve"> </w:t>
            </w:r>
            <w:proofErr w:type="spellStart"/>
            <w:r>
              <w:t>және</w:t>
            </w:r>
            <w:proofErr w:type="spellEnd"/>
            <w:r>
              <w:t xml:space="preserve"> </w:t>
            </w:r>
            <w:proofErr w:type="spellStart"/>
            <w:r>
              <w:t>ұжымға</w:t>
            </w:r>
            <w:proofErr w:type="spellEnd"/>
            <w:r>
              <w:t xml:space="preserve"> </w:t>
            </w:r>
            <w:proofErr w:type="spellStart"/>
            <w:r>
              <w:t>толық</w:t>
            </w:r>
            <w:proofErr w:type="spellEnd"/>
            <w:r>
              <w:t xml:space="preserve"> </w:t>
            </w:r>
            <w:proofErr w:type="spellStart"/>
            <w:r>
              <w:t>енгізілді</w:t>
            </w:r>
            <w:proofErr w:type="spellEnd"/>
            <w:r>
              <w:t>.</w:t>
            </w:r>
          </w:p>
        </w:tc>
      </w:tr>
    </w:tbl>
    <w:p w14:paraId="509FE59A" w14:textId="77777777" w:rsidR="00D53DD4" w:rsidRPr="00F167DB" w:rsidRDefault="00D53DD4" w:rsidP="00D53DD4">
      <w:pPr>
        <w:pStyle w:val="31"/>
        <w:rPr>
          <w:lang w:val="ru-RU"/>
        </w:rPr>
      </w:pPr>
      <w:r w:rsidRPr="00F167DB">
        <w:rPr>
          <w:rFonts w:eastAsia="Times New Roman"/>
          <w:lang w:val="ru-RU"/>
        </w:rPr>
        <w:t xml:space="preserve">2 </w:t>
      </w:r>
      <w:r>
        <w:rPr>
          <w:rFonts w:eastAsia="Times New Roman"/>
          <w:lang w:val="kk-KZ"/>
        </w:rPr>
        <w:t>күн</w:t>
      </w:r>
      <w:r w:rsidRPr="00F167DB">
        <w:rPr>
          <w:rFonts w:eastAsia="Times New Roman"/>
          <w:lang w:val="ru-RU"/>
        </w:rPr>
        <w:t>. «</w:t>
      </w:r>
      <w:proofErr w:type="spellStart"/>
      <w:r w:rsidRPr="00F167DB">
        <w:rPr>
          <w:rFonts w:eastAsia="Times New Roman"/>
          <w:lang w:val="ru-RU"/>
        </w:rPr>
        <w:t>Бір</w:t>
      </w:r>
      <w:proofErr w:type="spellEnd"/>
      <w:r w:rsidRPr="00F167DB">
        <w:rPr>
          <w:rFonts w:eastAsia="Times New Roman"/>
          <w:lang w:val="ru-RU"/>
        </w:rPr>
        <w:t xml:space="preserve"> </w:t>
      </w:r>
      <w:proofErr w:type="spellStart"/>
      <w:r w:rsidRPr="00F167DB">
        <w:rPr>
          <w:rFonts w:eastAsia="Times New Roman"/>
          <w:lang w:val="ru-RU"/>
        </w:rPr>
        <w:t>командамыз</w:t>
      </w:r>
      <w:proofErr w:type="spellEnd"/>
      <w:r w:rsidRPr="00F167DB">
        <w:rPr>
          <w:rFonts w:eastAsia="Times New Roman"/>
          <w:lang w:val="ru-RU"/>
        </w:rPr>
        <w:t xml:space="preserve">» - </w:t>
      </w:r>
      <w:proofErr w:type="spellStart"/>
      <w:r>
        <w:rPr>
          <w:rFonts w:eastAsia="Times New Roman"/>
          <w:lang w:val="ru-RU"/>
        </w:rPr>
        <w:t>командалар</w:t>
      </w:r>
      <w:proofErr w:type="spellEnd"/>
      <w:r>
        <w:rPr>
          <w:rFonts w:eastAsia="Times New Roman"/>
          <w:lang w:val="ru-RU"/>
        </w:rPr>
        <w:t xml:space="preserve"> </w:t>
      </w:r>
      <w:proofErr w:type="spellStart"/>
      <w:r>
        <w:rPr>
          <w:rFonts w:eastAsia="Times New Roman"/>
          <w:lang w:val="ru-RU"/>
        </w:rPr>
        <w:t>күні</w:t>
      </w:r>
      <w:proofErr w:type="spellEnd"/>
    </w:p>
    <w:tbl>
      <w:tblPr>
        <w:tblStyle w:val="aff0"/>
        <w:tblW w:w="0" w:type="auto"/>
        <w:jc w:val="center"/>
        <w:tblLook w:val="04A0" w:firstRow="1" w:lastRow="0" w:firstColumn="1" w:lastColumn="0" w:noHBand="0" w:noVBand="1"/>
      </w:tblPr>
      <w:tblGrid>
        <w:gridCol w:w="4238"/>
        <w:gridCol w:w="5617"/>
      </w:tblGrid>
      <w:tr w:rsidR="00D53DD4" w14:paraId="2EA44E8A" w14:textId="77777777" w:rsidTr="00E56216">
        <w:trPr>
          <w:tblHeader/>
          <w:jc w:val="center"/>
        </w:trPr>
        <w:tc>
          <w:tcPr>
            <w:tcW w:w="4238" w:type="dxa"/>
            <w:shd w:val="clear" w:color="auto" w:fill="D9EAD3"/>
          </w:tcPr>
          <w:p w14:paraId="2138266E" w14:textId="77777777" w:rsidR="00D53DD4" w:rsidRPr="003F7BF7" w:rsidRDefault="00D53DD4" w:rsidP="00E56216">
            <w:pPr>
              <w:ind w:firstLine="0"/>
              <w:jc w:val="center"/>
              <w:rPr>
                <w:szCs w:val="28"/>
              </w:rPr>
            </w:pPr>
            <w:r>
              <w:rPr>
                <w:b/>
                <w:szCs w:val="28"/>
                <w:lang w:val="kk-KZ"/>
              </w:rPr>
              <w:t>Күннің құрамдас бөлігі</w:t>
            </w:r>
          </w:p>
        </w:tc>
        <w:tc>
          <w:tcPr>
            <w:tcW w:w="5617" w:type="dxa"/>
            <w:shd w:val="clear" w:color="auto" w:fill="D9EAD3"/>
          </w:tcPr>
          <w:p w14:paraId="02270981" w14:textId="77777777" w:rsidR="00D53DD4" w:rsidRPr="003F7BF7" w:rsidRDefault="00D53DD4" w:rsidP="00E56216">
            <w:pPr>
              <w:ind w:firstLine="0"/>
              <w:jc w:val="center"/>
              <w:rPr>
                <w:szCs w:val="28"/>
              </w:rPr>
            </w:pPr>
            <w:r w:rsidRPr="003F7BF7">
              <w:rPr>
                <w:b/>
                <w:szCs w:val="28"/>
                <w:lang w:val="kk-KZ"/>
              </w:rPr>
              <w:t>Мазмұны</w:t>
            </w:r>
          </w:p>
        </w:tc>
      </w:tr>
      <w:tr w:rsidR="00D53DD4" w:rsidRPr="00655EAC" w14:paraId="7673E60F" w14:textId="77777777" w:rsidTr="00E56216">
        <w:trPr>
          <w:jc w:val="center"/>
        </w:trPr>
        <w:tc>
          <w:tcPr>
            <w:tcW w:w="4238" w:type="dxa"/>
          </w:tcPr>
          <w:p w14:paraId="7065D235" w14:textId="77777777" w:rsidR="00D53DD4" w:rsidRPr="007D2A96" w:rsidRDefault="00D53DD4" w:rsidP="00E56216">
            <w:pPr>
              <w:ind w:firstLine="0"/>
              <w:jc w:val="both"/>
              <w:rPr>
                <w:szCs w:val="28"/>
              </w:rPr>
            </w:pPr>
            <w:proofErr w:type="spellStart"/>
            <w:r w:rsidRPr="003553EC">
              <w:t>Дамытушы</w:t>
            </w:r>
            <w:proofErr w:type="spellEnd"/>
            <w:r w:rsidRPr="003553EC">
              <w:t xml:space="preserve"> / </w:t>
            </w:r>
            <w:proofErr w:type="spellStart"/>
            <w:r w:rsidRPr="003553EC">
              <w:t>жобалық</w:t>
            </w:r>
            <w:proofErr w:type="spellEnd"/>
            <w:r w:rsidRPr="003553EC">
              <w:t xml:space="preserve"> / </w:t>
            </w:r>
            <w:proofErr w:type="spellStart"/>
            <w:r w:rsidRPr="003553EC">
              <w:t>зерттеушілік</w:t>
            </w:r>
            <w:proofErr w:type="spellEnd"/>
            <w:r w:rsidRPr="003553EC">
              <w:t xml:space="preserve"> / </w:t>
            </w:r>
            <w:proofErr w:type="spellStart"/>
            <w:r w:rsidRPr="003553EC">
              <w:t>шығармашылық</w:t>
            </w:r>
            <w:proofErr w:type="spellEnd"/>
            <w:r w:rsidRPr="003553EC">
              <w:t xml:space="preserve"> </w:t>
            </w:r>
            <w:proofErr w:type="spellStart"/>
            <w:r w:rsidRPr="003553EC">
              <w:t>сабақтар</w:t>
            </w:r>
            <w:proofErr w:type="spellEnd"/>
            <w:r w:rsidRPr="003553EC">
              <w:t xml:space="preserve"> (</w:t>
            </w:r>
            <w:proofErr w:type="spellStart"/>
            <w:r w:rsidRPr="003553EC">
              <w:t>кемінде</w:t>
            </w:r>
            <w:proofErr w:type="spellEnd"/>
            <w:r w:rsidRPr="003553EC">
              <w:t xml:space="preserve"> 2)</w:t>
            </w:r>
          </w:p>
        </w:tc>
        <w:tc>
          <w:tcPr>
            <w:tcW w:w="5617" w:type="dxa"/>
          </w:tcPr>
          <w:p w14:paraId="0D3E3670" w14:textId="499AEA40" w:rsidR="00D53DD4" w:rsidRDefault="00D53DD4" w:rsidP="00E56216">
            <w:pPr>
              <w:ind w:firstLine="0"/>
              <w:jc w:val="both"/>
            </w:pPr>
            <w:r w:rsidRPr="003553EC">
              <w:t>«</w:t>
            </w:r>
            <w:proofErr w:type="spellStart"/>
            <w:r w:rsidRPr="003553EC">
              <w:t>Маршруттағы</w:t>
            </w:r>
            <w:proofErr w:type="spellEnd"/>
            <w:r w:rsidRPr="003553EC">
              <w:t xml:space="preserve"> </w:t>
            </w:r>
            <w:proofErr w:type="spellStart"/>
            <w:r w:rsidRPr="003553EC">
              <w:t>команда</w:t>
            </w:r>
            <w:proofErr w:type="spellEnd"/>
            <w:r w:rsidRPr="003553EC">
              <w:t xml:space="preserve">: </w:t>
            </w:r>
            <w:proofErr w:type="spellStart"/>
            <w:r w:rsidRPr="003553EC">
              <w:t>рөлдер</w:t>
            </w:r>
            <w:proofErr w:type="spellEnd"/>
            <w:r w:rsidRPr="003553EC">
              <w:t xml:space="preserve"> </w:t>
            </w:r>
            <w:proofErr w:type="spellStart"/>
            <w:r w:rsidRPr="003553EC">
              <w:t>мен</w:t>
            </w:r>
            <w:proofErr w:type="spellEnd"/>
            <w:r w:rsidRPr="003553EC">
              <w:t xml:space="preserve"> </w:t>
            </w:r>
            <w:proofErr w:type="spellStart"/>
            <w:r w:rsidRPr="003553EC">
              <w:t>жауапкершілік</w:t>
            </w:r>
            <w:proofErr w:type="spellEnd"/>
            <w:r w:rsidRPr="003553EC">
              <w:t xml:space="preserve">» </w:t>
            </w:r>
            <w:proofErr w:type="spellStart"/>
            <w:r w:rsidRPr="003553EC">
              <w:t>дамытушы</w:t>
            </w:r>
            <w:proofErr w:type="spellEnd"/>
            <w:r w:rsidRPr="003553EC">
              <w:t xml:space="preserve"> </w:t>
            </w:r>
            <w:proofErr w:type="spellStart"/>
            <w:r w:rsidRPr="003553EC">
              <w:t>сабағы</w:t>
            </w:r>
            <w:proofErr w:type="spellEnd"/>
            <w:r w:rsidRPr="003553EC">
              <w:t>.</w:t>
            </w:r>
          </w:p>
          <w:p w14:paraId="26BB31D8" w14:textId="57197FAD" w:rsidR="00D53DD4" w:rsidRPr="007D2A96" w:rsidRDefault="00D53DD4" w:rsidP="00E56216">
            <w:pPr>
              <w:ind w:firstLine="0"/>
              <w:jc w:val="both"/>
              <w:rPr>
                <w:szCs w:val="28"/>
                <w:lang w:val="ru-RU"/>
              </w:rPr>
            </w:pPr>
            <w:r w:rsidRPr="00525B0B">
              <w:t xml:space="preserve"> </w:t>
            </w:r>
            <w:r w:rsidRPr="007D2A96">
              <w:rPr>
                <w:lang w:val="ru-RU"/>
              </w:rPr>
              <w:t xml:space="preserve">Коммуникация, </w:t>
            </w:r>
            <w:proofErr w:type="spellStart"/>
            <w:r w:rsidRPr="007D2A96">
              <w:rPr>
                <w:lang w:val="ru-RU"/>
              </w:rPr>
              <w:t>сенім</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өзара</w:t>
            </w:r>
            <w:proofErr w:type="spellEnd"/>
            <w:r w:rsidRPr="007D2A96">
              <w:rPr>
                <w:lang w:val="ru-RU"/>
              </w:rPr>
              <w:t xml:space="preserve"> </w:t>
            </w:r>
            <w:proofErr w:type="spellStart"/>
            <w:r w:rsidRPr="007D2A96">
              <w:rPr>
                <w:lang w:val="ru-RU"/>
              </w:rPr>
              <w:t>көмекке</w:t>
            </w:r>
            <w:proofErr w:type="spellEnd"/>
            <w:r w:rsidRPr="007D2A96">
              <w:rPr>
                <w:lang w:val="ru-RU"/>
              </w:rPr>
              <w:t xml:space="preserve"> </w:t>
            </w:r>
            <w:proofErr w:type="spellStart"/>
            <w:r w:rsidRPr="007D2A96">
              <w:rPr>
                <w:lang w:val="ru-RU"/>
              </w:rPr>
              <w:t>арналған</w:t>
            </w:r>
            <w:proofErr w:type="spellEnd"/>
            <w:r w:rsidRPr="007D2A96">
              <w:rPr>
                <w:lang w:val="ru-RU"/>
              </w:rPr>
              <w:t xml:space="preserve"> </w:t>
            </w:r>
            <w:proofErr w:type="spellStart"/>
            <w:r w:rsidRPr="007D2A96">
              <w:rPr>
                <w:lang w:val="ru-RU"/>
              </w:rPr>
              <w:t>командалық</w:t>
            </w:r>
            <w:proofErr w:type="spellEnd"/>
            <w:r w:rsidRPr="007D2A96">
              <w:rPr>
                <w:lang w:val="ru-RU"/>
              </w:rPr>
              <w:t xml:space="preserve"> </w:t>
            </w:r>
            <w:proofErr w:type="spellStart"/>
            <w:r w:rsidRPr="007D2A96">
              <w:rPr>
                <w:lang w:val="ru-RU"/>
              </w:rPr>
              <w:t>ойын</w:t>
            </w:r>
            <w:proofErr w:type="spellEnd"/>
            <w:r w:rsidRPr="007D2A96">
              <w:rPr>
                <w:lang w:val="ru-RU"/>
              </w:rPr>
              <w:t>.</w:t>
            </w:r>
          </w:p>
        </w:tc>
      </w:tr>
      <w:tr w:rsidR="00D53DD4" w:rsidRPr="00655EAC" w14:paraId="5ED70636" w14:textId="77777777" w:rsidTr="00E56216">
        <w:trPr>
          <w:jc w:val="center"/>
        </w:trPr>
        <w:tc>
          <w:tcPr>
            <w:tcW w:w="4238" w:type="dxa"/>
          </w:tcPr>
          <w:p w14:paraId="574DCF4D" w14:textId="3D071A18" w:rsidR="00D53DD4" w:rsidRPr="003F7BF7" w:rsidRDefault="000C1C7D" w:rsidP="00E56216">
            <w:pPr>
              <w:ind w:firstLine="0"/>
              <w:jc w:val="both"/>
              <w:rPr>
                <w:szCs w:val="28"/>
                <w:lang w:val="ru-RU"/>
              </w:rPr>
            </w:pPr>
            <w:r>
              <w:rPr>
                <w:lang w:val="kk-KZ"/>
              </w:rPr>
              <w:t>Тәжірибелі</w:t>
            </w:r>
            <w:r w:rsidR="00D53DD4" w:rsidRPr="003553EC">
              <w:t>-</w:t>
            </w:r>
            <w:proofErr w:type="spellStart"/>
            <w:r w:rsidR="00D53DD4" w:rsidRPr="003553EC">
              <w:t>бағдарлы</w:t>
            </w:r>
            <w:proofErr w:type="spellEnd"/>
            <w:r w:rsidR="00D53DD4" w:rsidRPr="003553EC">
              <w:t xml:space="preserve"> </w:t>
            </w:r>
            <w:proofErr w:type="spellStart"/>
            <w:r w:rsidR="00D53DD4" w:rsidRPr="003553EC">
              <w:t>сабақтар</w:t>
            </w:r>
            <w:proofErr w:type="spellEnd"/>
            <w:r w:rsidR="00D53DD4" w:rsidRPr="003553EC">
              <w:t xml:space="preserve"> (</w:t>
            </w:r>
            <w:proofErr w:type="spellStart"/>
            <w:r w:rsidR="00D53DD4" w:rsidRPr="003553EC">
              <w:t>кемінде</w:t>
            </w:r>
            <w:proofErr w:type="spellEnd"/>
            <w:r w:rsidR="00D53DD4" w:rsidRPr="003553EC">
              <w:t xml:space="preserve"> 2)</w:t>
            </w:r>
          </w:p>
        </w:tc>
        <w:tc>
          <w:tcPr>
            <w:tcW w:w="5617" w:type="dxa"/>
          </w:tcPr>
          <w:p w14:paraId="5F168E91" w14:textId="0843F54E" w:rsidR="00D53DD4" w:rsidRDefault="00D53DD4" w:rsidP="00E56216">
            <w:pPr>
              <w:ind w:firstLine="0"/>
              <w:jc w:val="both"/>
              <w:rPr>
                <w:lang w:val="ru-RU"/>
              </w:rPr>
            </w:pPr>
            <w:proofErr w:type="spellStart"/>
            <w:r w:rsidRPr="007D2A96">
              <w:rPr>
                <w:lang w:val="ru-RU"/>
              </w:rPr>
              <w:t>Рөлдерді</w:t>
            </w:r>
            <w:proofErr w:type="spellEnd"/>
            <w:r w:rsidRPr="007D2A96">
              <w:rPr>
                <w:lang w:val="ru-RU"/>
              </w:rPr>
              <w:t xml:space="preserve"> </w:t>
            </w:r>
            <w:proofErr w:type="spellStart"/>
            <w:r w:rsidRPr="007D2A96">
              <w:rPr>
                <w:lang w:val="ru-RU"/>
              </w:rPr>
              <w:t>бөлу</w:t>
            </w:r>
            <w:proofErr w:type="spellEnd"/>
            <w:r w:rsidRPr="007D2A96">
              <w:rPr>
                <w:lang w:val="ru-RU"/>
              </w:rPr>
              <w:t xml:space="preserve"> </w:t>
            </w:r>
            <w:proofErr w:type="spellStart"/>
            <w:r w:rsidRPr="007D2A96">
              <w:rPr>
                <w:lang w:val="ru-RU"/>
              </w:rPr>
              <w:t>тренингі</w:t>
            </w:r>
            <w:proofErr w:type="spellEnd"/>
            <w:r w:rsidRPr="007D2A96">
              <w:rPr>
                <w:lang w:val="ru-RU"/>
              </w:rPr>
              <w:t xml:space="preserve">: капитан, навигатор, </w:t>
            </w:r>
            <w:proofErr w:type="spellStart"/>
            <w:r w:rsidRPr="007D2A96">
              <w:rPr>
                <w:lang w:val="ru-RU"/>
              </w:rPr>
              <w:t>уақыт</w:t>
            </w:r>
            <w:proofErr w:type="spellEnd"/>
            <w:r w:rsidRPr="007D2A96">
              <w:rPr>
                <w:lang w:val="ru-RU"/>
              </w:rPr>
              <w:t xml:space="preserve"> </w:t>
            </w:r>
            <w:proofErr w:type="spellStart"/>
            <w:r w:rsidRPr="007D2A96">
              <w:rPr>
                <w:lang w:val="ru-RU"/>
              </w:rPr>
              <w:t>сақтаушы</w:t>
            </w:r>
            <w:proofErr w:type="spellEnd"/>
            <w:r w:rsidRPr="007D2A96">
              <w:rPr>
                <w:lang w:val="ru-RU"/>
              </w:rPr>
              <w:t xml:space="preserve">, </w:t>
            </w:r>
            <w:proofErr w:type="spellStart"/>
            <w:r w:rsidRPr="007D2A96">
              <w:rPr>
                <w:lang w:val="ru-RU"/>
              </w:rPr>
              <w:t>көмекші</w:t>
            </w:r>
            <w:proofErr w:type="spellEnd"/>
            <w:r w:rsidRPr="007D2A96">
              <w:rPr>
                <w:lang w:val="ru-RU"/>
              </w:rPr>
              <w:t xml:space="preserve">, спикер. </w:t>
            </w:r>
          </w:p>
          <w:p w14:paraId="7F684975" w14:textId="05A0151E" w:rsidR="00D53DD4" w:rsidRPr="003F7BF7" w:rsidRDefault="00D53DD4" w:rsidP="00E56216">
            <w:pPr>
              <w:ind w:firstLine="0"/>
              <w:jc w:val="both"/>
              <w:rPr>
                <w:szCs w:val="28"/>
                <w:lang w:val="ru-RU"/>
              </w:rPr>
            </w:pPr>
            <w:r w:rsidRPr="007D2A96">
              <w:rPr>
                <w:lang w:val="ru-RU"/>
              </w:rPr>
              <w:t>«</w:t>
            </w:r>
            <w:proofErr w:type="spellStart"/>
            <w:r w:rsidRPr="007D2A96">
              <w:rPr>
                <w:lang w:val="ru-RU"/>
              </w:rPr>
              <w:t>Топта</w:t>
            </w:r>
            <w:proofErr w:type="spellEnd"/>
            <w:r w:rsidRPr="007D2A96">
              <w:rPr>
                <w:lang w:val="ru-RU"/>
              </w:rPr>
              <w:t xml:space="preserve"> </w:t>
            </w:r>
            <w:proofErr w:type="spellStart"/>
            <w:r w:rsidRPr="007D2A96">
              <w:rPr>
                <w:lang w:val="ru-RU"/>
              </w:rPr>
              <w:t>ортақ</w:t>
            </w:r>
            <w:proofErr w:type="spellEnd"/>
            <w:r w:rsidRPr="007D2A96">
              <w:rPr>
                <w:lang w:val="ru-RU"/>
              </w:rPr>
              <w:t xml:space="preserve"> </w:t>
            </w:r>
            <w:proofErr w:type="spellStart"/>
            <w:r w:rsidRPr="007D2A96">
              <w:rPr>
                <w:lang w:val="ru-RU"/>
              </w:rPr>
              <w:t>шешім</w:t>
            </w:r>
            <w:proofErr w:type="spellEnd"/>
            <w:r w:rsidRPr="007D2A96">
              <w:rPr>
                <w:lang w:val="ru-RU"/>
              </w:rPr>
              <w:t xml:space="preserve"> </w:t>
            </w:r>
            <w:proofErr w:type="spellStart"/>
            <w:r w:rsidRPr="007D2A96">
              <w:rPr>
                <w:lang w:val="ru-RU"/>
              </w:rPr>
              <w:t>қалай</w:t>
            </w:r>
            <w:proofErr w:type="spellEnd"/>
            <w:r w:rsidRPr="007D2A96">
              <w:rPr>
                <w:lang w:val="ru-RU"/>
              </w:rPr>
              <w:t xml:space="preserve"> </w:t>
            </w:r>
            <w:proofErr w:type="spellStart"/>
            <w:r w:rsidRPr="007D2A96">
              <w:rPr>
                <w:lang w:val="ru-RU"/>
              </w:rPr>
              <w:t>қабылданады</w:t>
            </w:r>
            <w:proofErr w:type="spellEnd"/>
            <w:r w:rsidRPr="007D2A96">
              <w:rPr>
                <w:lang w:val="ru-RU"/>
              </w:rPr>
              <w:t xml:space="preserve">» </w:t>
            </w:r>
            <w:proofErr w:type="spellStart"/>
            <w:r w:rsidR="000C1C7D">
              <w:rPr>
                <w:lang w:val="ru-RU"/>
              </w:rPr>
              <w:t>тәжіребе</w:t>
            </w:r>
            <w:proofErr w:type="spellEnd"/>
            <w:r w:rsidRPr="007D2A96">
              <w:rPr>
                <w:lang w:val="ru-RU"/>
              </w:rPr>
              <w:t>.</w:t>
            </w:r>
          </w:p>
        </w:tc>
      </w:tr>
      <w:tr w:rsidR="00D53DD4" w:rsidRPr="00655EAC" w14:paraId="0A084184" w14:textId="77777777" w:rsidTr="00E56216">
        <w:trPr>
          <w:jc w:val="center"/>
        </w:trPr>
        <w:tc>
          <w:tcPr>
            <w:tcW w:w="4238" w:type="dxa"/>
          </w:tcPr>
          <w:p w14:paraId="7A16376E" w14:textId="77777777" w:rsidR="00D53DD4" w:rsidRPr="003F7BF7" w:rsidRDefault="00D53DD4" w:rsidP="00E56216">
            <w:pPr>
              <w:ind w:firstLine="0"/>
              <w:jc w:val="both"/>
              <w:rPr>
                <w:szCs w:val="28"/>
                <w:lang w:val="ru-RU"/>
              </w:rPr>
            </w:pPr>
            <w:proofErr w:type="spellStart"/>
            <w:r w:rsidRPr="007D2A96">
              <w:rPr>
                <w:lang w:val="ru-RU"/>
              </w:rPr>
              <w:t>Тәрбиелік</w:t>
            </w:r>
            <w:proofErr w:type="spellEnd"/>
            <w:r w:rsidRPr="007D2A96">
              <w:rPr>
                <w:lang w:val="ru-RU"/>
              </w:rPr>
              <w:t xml:space="preserve"> </w:t>
            </w:r>
            <w:proofErr w:type="spellStart"/>
            <w:r w:rsidRPr="007D2A96">
              <w:rPr>
                <w:lang w:val="ru-RU"/>
              </w:rPr>
              <w:t>іс-шаралар</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жобалар</w:t>
            </w:r>
            <w:proofErr w:type="spellEnd"/>
            <w:r w:rsidRPr="007D2A96">
              <w:rPr>
                <w:lang w:val="ru-RU"/>
              </w:rPr>
              <w:t xml:space="preserve"> (</w:t>
            </w:r>
            <w:proofErr w:type="spellStart"/>
            <w:r w:rsidRPr="007D2A96">
              <w:rPr>
                <w:lang w:val="ru-RU"/>
              </w:rPr>
              <w:t>кемінде</w:t>
            </w:r>
            <w:proofErr w:type="spellEnd"/>
            <w:r w:rsidRPr="007D2A96">
              <w:rPr>
                <w:lang w:val="ru-RU"/>
              </w:rPr>
              <w:t xml:space="preserve"> 2)</w:t>
            </w:r>
          </w:p>
        </w:tc>
        <w:tc>
          <w:tcPr>
            <w:tcW w:w="5617" w:type="dxa"/>
          </w:tcPr>
          <w:p w14:paraId="415973CB" w14:textId="6956DB77" w:rsidR="00D53DD4" w:rsidRDefault="00D53DD4" w:rsidP="00E56216">
            <w:pPr>
              <w:ind w:firstLine="0"/>
              <w:jc w:val="both"/>
              <w:rPr>
                <w:lang w:val="ru-RU"/>
              </w:rPr>
            </w:pPr>
            <w:r w:rsidRPr="007D2A96">
              <w:rPr>
                <w:lang w:val="ru-RU"/>
              </w:rPr>
              <w:t>«</w:t>
            </w:r>
            <w:proofErr w:type="spellStart"/>
            <w:r w:rsidRPr="007D2A96">
              <w:rPr>
                <w:lang w:val="ru-RU"/>
              </w:rPr>
              <w:t>Командадағы</w:t>
            </w:r>
            <w:proofErr w:type="spellEnd"/>
            <w:r w:rsidRPr="007D2A96">
              <w:rPr>
                <w:lang w:val="ru-RU"/>
              </w:rPr>
              <w:t xml:space="preserve"> </w:t>
            </w:r>
            <w:proofErr w:type="spellStart"/>
            <w:r w:rsidRPr="007D2A96">
              <w:rPr>
                <w:lang w:val="ru-RU"/>
              </w:rPr>
              <w:t>құрмет</w:t>
            </w:r>
            <w:proofErr w:type="spellEnd"/>
            <w:r w:rsidRPr="007D2A96">
              <w:rPr>
                <w:lang w:val="ru-RU"/>
              </w:rPr>
              <w:t xml:space="preserve"> пен </w:t>
            </w:r>
            <w:proofErr w:type="spellStart"/>
            <w:r w:rsidRPr="007D2A96">
              <w:rPr>
                <w:lang w:val="ru-RU"/>
              </w:rPr>
              <w:t>жауапкершілік</w:t>
            </w:r>
            <w:proofErr w:type="spellEnd"/>
            <w:r w:rsidRPr="007D2A96">
              <w:rPr>
                <w:lang w:val="ru-RU"/>
              </w:rPr>
              <w:t xml:space="preserve">» </w:t>
            </w:r>
            <w:proofErr w:type="spellStart"/>
            <w:r w:rsidRPr="007D2A96">
              <w:rPr>
                <w:lang w:val="ru-RU"/>
              </w:rPr>
              <w:t>тәрбиелік</w:t>
            </w:r>
            <w:proofErr w:type="spellEnd"/>
            <w:r w:rsidRPr="007D2A96">
              <w:rPr>
                <w:lang w:val="ru-RU"/>
              </w:rPr>
              <w:t xml:space="preserve"> </w:t>
            </w:r>
            <w:proofErr w:type="spellStart"/>
            <w:r w:rsidRPr="007D2A96">
              <w:rPr>
                <w:lang w:val="ru-RU"/>
              </w:rPr>
              <w:t>іс-шарасы</w:t>
            </w:r>
            <w:proofErr w:type="spellEnd"/>
            <w:r w:rsidRPr="007D2A96">
              <w:rPr>
                <w:lang w:val="ru-RU"/>
              </w:rPr>
              <w:t>.</w:t>
            </w:r>
          </w:p>
          <w:p w14:paraId="1FBBFDE7" w14:textId="442E4D94" w:rsidR="00D53DD4" w:rsidRPr="007D2A96" w:rsidRDefault="00D53DD4" w:rsidP="00E56216">
            <w:pPr>
              <w:ind w:firstLine="0"/>
              <w:jc w:val="both"/>
              <w:rPr>
                <w:szCs w:val="28"/>
                <w:lang w:val="ru-RU"/>
              </w:rPr>
            </w:pPr>
            <w:r w:rsidRPr="007D2A96">
              <w:rPr>
                <w:lang w:val="ru-RU"/>
              </w:rPr>
              <w:lastRenderedPageBreak/>
              <w:t xml:space="preserve"> «</w:t>
            </w:r>
            <w:proofErr w:type="spellStart"/>
            <w:r w:rsidRPr="007D2A96">
              <w:rPr>
                <w:lang w:val="ru-RU"/>
              </w:rPr>
              <w:t>Бір</w:t>
            </w:r>
            <w:proofErr w:type="spellEnd"/>
            <w:r w:rsidRPr="007D2A96">
              <w:rPr>
                <w:lang w:val="ru-RU"/>
              </w:rPr>
              <w:t xml:space="preserve"> </w:t>
            </w:r>
            <w:proofErr w:type="spellStart"/>
            <w:r w:rsidRPr="007D2A96">
              <w:rPr>
                <w:lang w:val="ru-RU"/>
              </w:rPr>
              <w:t>командамыз</w:t>
            </w:r>
            <w:proofErr w:type="spellEnd"/>
            <w:r w:rsidRPr="007D2A96">
              <w:rPr>
                <w:lang w:val="ru-RU"/>
              </w:rPr>
              <w:t xml:space="preserve">» </w:t>
            </w:r>
            <w:proofErr w:type="spellStart"/>
            <w:r w:rsidRPr="007D2A96">
              <w:rPr>
                <w:lang w:val="ru-RU"/>
              </w:rPr>
              <w:t>жасақ</w:t>
            </w:r>
            <w:proofErr w:type="spellEnd"/>
            <w:r w:rsidRPr="007D2A96">
              <w:rPr>
                <w:lang w:val="ru-RU"/>
              </w:rPr>
              <w:t xml:space="preserve"> </w:t>
            </w:r>
            <w:proofErr w:type="spellStart"/>
            <w:r w:rsidRPr="007D2A96">
              <w:rPr>
                <w:lang w:val="ru-RU"/>
              </w:rPr>
              <w:t>визиткалары</w:t>
            </w:r>
            <w:proofErr w:type="spellEnd"/>
            <w:r w:rsidRPr="007D2A96">
              <w:rPr>
                <w:lang w:val="ru-RU"/>
              </w:rPr>
              <w:t xml:space="preserve"> </w:t>
            </w:r>
            <w:proofErr w:type="spellStart"/>
            <w:r w:rsidRPr="007D2A96">
              <w:rPr>
                <w:lang w:val="ru-RU"/>
              </w:rPr>
              <w:t>кеші</w:t>
            </w:r>
            <w:proofErr w:type="spellEnd"/>
            <w:r w:rsidRPr="007D2A96">
              <w:rPr>
                <w:lang w:val="ru-RU"/>
              </w:rPr>
              <w:t>.</w:t>
            </w:r>
          </w:p>
        </w:tc>
      </w:tr>
      <w:tr w:rsidR="00D53DD4" w:rsidRPr="00655EAC" w14:paraId="70F34E62" w14:textId="77777777" w:rsidTr="00E56216">
        <w:trPr>
          <w:jc w:val="center"/>
        </w:trPr>
        <w:tc>
          <w:tcPr>
            <w:tcW w:w="42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22"/>
            </w:tblGrid>
            <w:tr w:rsidR="00D53DD4" w:rsidRPr="00655EAC" w14:paraId="3FE342CA" w14:textId="77777777" w:rsidTr="00E56216">
              <w:trPr>
                <w:tblCellSpacing w:w="15" w:type="dxa"/>
              </w:trPr>
              <w:tc>
                <w:tcPr>
                  <w:tcW w:w="0" w:type="auto"/>
                  <w:vAlign w:val="center"/>
                  <w:hideMark/>
                </w:tcPr>
                <w:p w14:paraId="79C61A13" w14:textId="77777777" w:rsidR="00D53DD4" w:rsidRPr="00655EAC" w:rsidRDefault="00D53DD4" w:rsidP="00E56216">
                  <w:pPr>
                    <w:ind w:firstLine="0"/>
                    <w:rPr>
                      <w:sz w:val="24"/>
                      <w:lang w:val="ru-RU"/>
                    </w:rPr>
                  </w:pPr>
                  <w:proofErr w:type="spellStart"/>
                  <w:r w:rsidRPr="007D2A96">
                    <w:rPr>
                      <w:lang w:val="ru-RU"/>
                    </w:rPr>
                    <w:lastRenderedPageBreak/>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r>
          </w:tbl>
          <w:p w14:paraId="0C860AD7" w14:textId="77777777" w:rsidR="00D53DD4" w:rsidRPr="00655EAC" w:rsidRDefault="00D53DD4" w:rsidP="00E56216">
            <w:pPr>
              <w:ind w:firstLine="0"/>
              <w:jc w:val="both"/>
              <w:rPr>
                <w:szCs w:val="28"/>
                <w:lang w:val="ru-RU"/>
              </w:rPr>
            </w:pPr>
          </w:p>
        </w:tc>
        <w:tc>
          <w:tcPr>
            <w:tcW w:w="56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1"/>
            </w:tblGrid>
            <w:tr w:rsidR="00D53DD4" w:rsidRPr="00655EAC" w14:paraId="6575049E" w14:textId="77777777" w:rsidTr="00E56216">
              <w:trPr>
                <w:tblCellSpacing w:w="15" w:type="dxa"/>
              </w:trPr>
              <w:tc>
                <w:tcPr>
                  <w:tcW w:w="0" w:type="auto"/>
                  <w:vAlign w:val="center"/>
                  <w:hideMark/>
                </w:tcPr>
                <w:p w14:paraId="0D5A8A36" w14:textId="3F630F71" w:rsidR="00D53DD4" w:rsidRPr="00655EAC" w:rsidRDefault="00D53DD4" w:rsidP="00E56216">
                  <w:pPr>
                    <w:ind w:firstLine="0"/>
                    <w:rPr>
                      <w:sz w:val="24"/>
                      <w:lang w:val="ru-RU"/>
                    </w:rPr>
                  </w:pPr>
                  <w:proofErr w:type="spellStart"/>
                  <w:r w:rsidRPr="007D2A96">
                    <w:rPr>
                      <w:lang w:val="ru-RU"/>
                    </w:rPr>
                    <w:t>Таңертеңгі</w:t>
                  </w:r>
                  <w:proofErr w:type="spellEnd"/>
                  <w:r w:rsidRPr="00655EAC">
                    <w:rPr>
                      <w:lang w:val="ru-RU"/>
                    </w:rPr>
                    <w:t xml:space="preserve"> </w:t>
                  </w:r>
                  <w:r w:rsidRPr="007D2A96">
                    <w:rPr>
                      <w:lang w:val="ru-RU"/>
                    </w:rPr>
                    <w:t>жаттығу</w:t>
                  </w:r>
                  <w:r w:rsidRPr="00655EAC">
                    <w:rPr>
                      <w:lang w:val="ru-RU"/>
                    </w:rPr>
                    <w:t xml:space="preserve">, </w:t>
                  </w:r>
                  <w:proofErr w:type="spellStart"/>
                  <w:r w:rsidRPr="007D2A96">
                    <w:rPr>
                      <w:lang w:val="ru-RU"/>
                    </w:rPr>
                    <w:t>спорттық</w:t>
                  </w:r>
                  <w:proofErr w:type="spellEnd"/>
                  <w:r w:rsidRPr="00655EAC">
                    <w:rPr>
                      <w:lang w:val="ru-RU"/>
                    </w:rPr>
                    <w:t xml:space="preserve"> </w:t>
                  </w:r>
                  <w:r w:rsidRPr="007D2A96">
                    <w:rPr>
                      <w:lang w:val="ru-RU"/>
                    </w:rPr>
                    <w:t>эстафета</w:t>
                  </w:r>
                  <w:r w:rsidRPr="00655EAC">
                    <w:rPr>
                      <w:lang w:val="ru-RU"/>
                    </w:rPr>
                    <w:t xml:space="preserve">, </w:t>
                  </w:r>
                  <w:proofErr w:type="spellStart"/>
                  <w:r w:rsidRPr="007D2A96">
                    <w:rPr>
                      <w:lang w:val="ru-RU"/>
                    </w:rPr>
                    <w:t>біріктіруші</w:t>
                  </w:r>
                  <w:proofErr w:type="spellEnd"/>
                  <w:r w:rsidRPr="00655EAC">
                    <w:rPr>
                      <w:lang w:val="ru-RU"/>
                    </w:rPr>
                    <w:t xml:space="preserve"> </w:t>
                  </w:r>
                  <w:proofErr w:type="spellStart"/>
                  <w:r w:rsidRPr="007D2A96">
                    <w:rPr>
                      <w:lang w:val="ru-RU"/>
                    </w:rPr>
                    <w:t>қимылды</w:t>
                  </w:r>
                  <w:proofErr w:type="spellEnd"/>
                  <w:r w:rsidRPr="00655EAC">
                    <w:rPr>
                      <w:lang w:val="ru-RU"/>
                    </w:rPr>
                    <w:t xml:space="preserve"> </w:t>
                  </w:r>
                  <w:proofErr w:type="spellStart"/>
                  <w:r w:rsidRPr="007D2A96">
                    <w:rPr>
                      <w:lang w:val="ru-RU"/>
                    </w:rPr>
                    <w:t>ойындар</w:t>
                  </w:r>
                  <w:proofErr w:type="spellEnd"/>
                  <w:r w:rsidRPr="00655EAC">
                    <w:rPr>
                      <w:lang w:val="ru-RU"/>
                    </w:rPr>
                    <w:t>.</w:t>
                  </w:r>
                </w:p>
              </w:tc>
            </w:tr>
          </w:tbl>
          <w:p w14:paraId="553F1AC8" w14:textId="77777777" w:rsidR="00D53DD4" w:rsidRPr="00655EAC" w:rsidRDefault="00D53DD4" w:rsidP="00E56216">
            <w:pPr>
              <w:ind w:firstLine="0"/>
              <w:jc w:val="both"/>
              <w:rPr>
                <w:szCs w:val="28"/>
                <w:lang w:val="ru-RU"/>
              </w:rPr>
            </w:pPr>
          </w:p>
        </w:tc>
      </w:tr>
      <w:tr w:rsidR="00D53DD4" w:rsidRPr="00655EAC" w14:paraId="347CE497" w14:textId="77777777" w:rsidTr="00E56216">
        <w:trPr>
          <w:jc w:val="center"/>
        </w:trPr>
        <w:tc>
          <w:tcPr>
            <w:tcW w:w="4238" w:type="dxa"/>
          </w:tcPr>
          <w:p w14:paraId="4112FCBD" w14:textId="77777777" w:rsidR="00D53DD4" w:rsidRPr="007D2A96" w:rsidRDefault="00D53DD4" w:rsidP="00E56216">
            <w:pPr>
              <w:ind w:firstLine="0"/>
              <w:jc w:val="both"/>
              <w:rPr>
                <w:szCs w:val="28"/>
                <w:lang w:val="ru-RU"/>
              </w:rPr>
            </w:pPr>
            <w:proofErr w:type="spellStart"/>
            <w:r>
              <w:t>Күтілетін</w:t>
            </w:r>
            <w:proofErr w:type="spellEnd"/>
            <w:r>
              <w:t xml:space="preserve"> </w:t>
            </w:r>
            <w:proofErr w:type="spellStart"/>
            <w:r>
              <w:t>нәтиже</w:t>
            </w:r>
            <w:proofErr w:type="spellEnd"/>
          </w:p>
        </w:tc>
        <w:tc>
          <w:tcPr>
            <w:tcW w:w="5617" w:type="dxa"/>
          </w:tcPr>
          <w:p w14:paraId="1076B14F" w14:textId="77777777" w:rsidR="00D53DD4" w:rsidRPr="007D2A96" w:rsidRDefault="00D53DD4" w:rsidP="00E56216">
            <w:pPr>
              <w:ind w:firstLine="0"/>
              <w:jc w:val="both"/>
              <w:rPr>
                <w:szCs w:val="28"/>
                <w:lang w:val="ru-RU"/>
              </w:rPr>
            </w:pPr>
            <w:proofErr w:type="spellStart"/>
            <w:r w:rsidRPr="007D2A96">
              <w:rPr>
                <w:lang w:val="ru-RU"/>
              </w:rPr>
              <w:t>Қатысушылар</w:t>
            </w:r>
            <w:proofErr w:type="spellEnd"/>
            <w:r w:rsidRPr="007D2A96">
              <w:rPr>
                <w:lang w:val="ru-RU"/>
              </w:rPr>
              <w:t xml:space="preserve"> </w:t>
            </w:r>
            <w:proofErr w:type="spellStart"/>
            <w:r w:rsidRPr="007D2A96">
              <w:rPr>
                <w:lang w:val="ru-RU"/>
              </w:rPr>
              <w:t>командалық</w:t>
            </w:r>
            <w:proofErr w:type="spellEnd"/>
            <w:r w:rsidRPr="007D2A96">
              <w:rPr>
                <w:lang w:val="ru-RU"/>
              </w:rPr>
              <w:t xml:space="preserve"> </w:t>
            </w:r>
            <w:proofErr w:type="spellStart"/>
            <w:r w:rsidRPr="007D2A96">
              <w:rPr>
                <w:lang w:val="ru-RU"/>
              </w:rPr>
              <w:t>жұмыс</w:t>
            </w:r>
            <w:proofErr w:type="spellEnd"/>
            <w:r w:rsidRPr="007D2A96">
              <w:rPr>
                <w:lang w:val="ru-RU"/>
              </w:rPr>
              <w:t xml:space="preserve"> </w:t>
            </w:r>
            <w:proofErr w:type="spellStart"/>
            <w:r w:rsidRPr="007D2A96">
              <w:rPr>
                <w:lang w:val="ru-RU"/>
              </w:rPr>
              <w:t>ережелерін</w:t>
            </w:r>
            <w:proofErr w:type="spellEnd"/>
            <w:r w:rsidRPr="007D2A96">
              <w:rPr>
                <w:lang w:val="ru-RU"/>
              </w:rPr>
              <w:t xml:space="preserve"> </w:t>
            </w:r>
            <w:proofErr w:type="spellStart"/>
            <w:r w:rsidRPr="007D2A96">
              <w:rPr>
                <w:lang w:val="ru-RU"/>
              </w:rPr>
              <w:t>меңгеріп</w:t>
            </w:r>
            <w:proofErr w:type="spellEnd"/>
            <w:r w:rsidRPr="007D2A96">
              <w:rPr>
                <w:lang w:val="ru-RU"/>
              </w:rPr>
              <w:t xml:space="preserve">, </w:t>
            </w:r>
            <w:proofErr w:type="spellStart"/>
            <w:r w:rsidRPr="007D2A96">
              <w:rPr>
                <w:lang w:val="ru-RU"/>
              </w:rPr>
              <w:t>жасақ</w:t>
            </w:r>
            <w:proofErr w:type="spellEnd"/>
            <w:r w:rsidRPr="007D2A96">
              <w:rPr>
                <w:lang w:val="ru-RU"/>
              </w:rPr>
              <w:t xml:space="preserve"> </w:t>
            </w:r>
            <w:proofErr w:type="spellStart"/>
            <w:r w:rsidRPr="007D2A96">
              <w:rPr>
                <w:lang w:val="ru-RU"/>
              </w:rPr>
              <w:t>визиткасын</w:t>
            </w:r>
            <w:proofErr w:type="spellEnd"/>
            <w:r w:rsidRPr="007D2A96">
              <w:rPr>
                <w:lang w:val="ru-RU"/>
              </w:rPr>
              <w:t xml:space="preserve"> </w:t>
            </w:r>
            <w:proofErr w:type="spellStart"/>
            <w:r w:rsidRPr="007D2A96">
              <w:rPr>
                <w:lang w:val="ru-RU"/>
              </w:rPr>
              <w:t>дайындады</w:t>
            </w:r>
            <w:proofErr w:type="spellEnd"/>
            <w:r w:rsidRPr="007D2A96">
              <w:rPr>
                <w:lang w:val="ru-RU"/>
              </w:rPr>
              <w:t>.</w:t>
            </w:r>
          </w:p>
        </w:tc>
      </w:tr>
    </w:tbl>
    <w:p w14:paraId="365A33DF" w14:textId="77777777" w:rsidR="00D53DD4" w:rsidRPr="007D2A96" w:rsidRDefault="00D53DD4" w:rsidP="00D53DD4">
      <w:pPr>
        <w:pStyle w:val="31"/>
        <w:rPr>
          <w:lang w:val="ru-RU"/>
        </w:rPr>
      </w:pPr>
      <w:r>
        <w:rPr>
          <w:rFonts w:eastAsia="Times New Roman"/>
          <w:lang w:val="ru-RU"/>
        </w:rPr>
        <w:t xml:space="preserve">3 </w:t>
      </w:r>
      <w:proofErr w:type="spellStart"/>
      <w:r>
        <w:rPr>
          <w:rFonts w:eastAsia="Times New Roman"/>
          <w:lang w:val="ru-RU"/>
        </w:rPr>
        <w:t>күн</w:t>
      </w:r>
      <w:proofErr w:type="spellEnd"/>
      <w:r w:rsidRPr="007D2A96">
        <w:rPr>
          <w:rFonts w:eastAsia="Times New Roman"/>
          <w:lang w:val="ru-RU"/>
        </w:rPr>
        <w:t>. «</w:t>
      </w:r>
      <w:proofErr w:type="spellStart"/>
      <w:r w:rsidRPr="007D2A96">
        <w:rPr>
          <w:rFonts w:eastAsia="Times New Roman"/>
          <w:lang w:val="ru-RU"/>
        </w:rPr>
        <w:t>Қауіпсіз</w:t>
      </w:r>
      <w:proofErr w:type="spellEnd"/>
      <w:r w:rsidRPr="007D2A96">
        <w:rPr>
          <w:rFonts w:eastAsia="Times New Roman"/>
          <w:lang w:val="ru-RU"/>
        </w:rPr>
        <w:t xml:space="preserve"> маршрут» - </w:t>
      </w:r>
      <w:proofErr w:type="spellStart"/>
      <w:r>
        <w:rPr>
          <w:rFonts w:eastAsia="Times New Roman"/>
          <w:lang w:val="ru-RU"/>
        </w:rPr>
        <w:t>қауіпсіздік</w:t>
      </w:r>
      <w:proofErr w:type="spellEnd"/>
      <w:r>
        <w:rPr>
          <w:rFonts w:eastAsia="Times New Roman"/>
          <w:lang w:val="ru-RU"/>
        </w:rPr>
        <w:t xml:space="preserve"> </w:t>
      </w:r>
      <w:proofErr w:type="spellStart"/>
      <w:r>
        <w:rPr>
          <w:rFonts w:eastAsia="Times New Roman"/>
          <w:lang w:val="ru-RU"/>
        </w:rPr>
        <w:t>күні</w:t>
      </w:r>
      <w:proofErr w:type="spellEnd"/>
    </w:p>
    <w:tbl>
      <w:tblPr>
        <w:tblStyle w:val="aff0"/>
        <w:tblW w:w="0" w:type="auto"/>
        <w:jc w:val="center"/>
        <w:tblLook w:val="04A0" w:firstRow="1" w:lastRow="0" w:firstColumn="1" w:lastColumn="0" w:noHBand="0" w:noVBand="1"/>
      </w:tblPr>
      <w:tblGrid>
        <w:gridCol w:w="3402"/>
        <w:gridCol w:w="6379"/>
      </w:tblGrid>
      <w:tr w:rsidR="00D53DD4" w14:paraId="0B69AC7D" w14:textId="77777777" w:rsidTr="00E56216">
        <w:trPr>
          <w:tblHeader/>
          <w:jc w:val="center"/>
        </w:trPr>
        <w:tc>
          <w:tcPr>
            <w:tcW w:w="3402" w:type="dxa"/>
            <w:shd w:val="clear" w:color="auto" w:fill="D9EAD3"/>
          </w:tcPr>
          <w:p w14:paraId="3D84C2A3" w14:textId="77777777" w:rsidR="00D53DD4" w:rsidRDefault="00D53DD4" w:rsidP="00E56216">
            <w:pPr>
              <w:ind w:firstLine="0"/>
              <w:jc w:val="center"/>
            </w:pPr>
            <w:r>
              <w:rPr>
                <w:b/>
                <w:szCs w:val="28"/>
                <w:lang w:val="kk-KZ"/>
              </w:rPr>
              <w:t>Күннің құрамдас бөлігі</w:t>
            </w:r>
          </w:p>
        </w:tc>
        <w:tc>
          <w:tcPr>
            <w:tcW w:w="6379" w:type="dxa"/>
            <w:shd w:val="clear" w:color="auto" w:fill="D9EAD3"/>
          </w:tcPr>
          <w:p w14:paraId="292BABC7" w14:textId="77777777" w:rsidR="00D53DD4" w:rsidRDefault="00D53DD4" w:rsidP="00E56216">
            <w:pPr>
              <w:ind w:firstLine="0"/>
              <w:jc w:val="center"/>
            </w:pPr>
            <w:r w:rsidRPr="003F7BF7">
              <w:rPr>
                <w:b/>
                <w:szCs w:val="28"/>
                <w:lang w:val="kk-KZ"/>
              </w:rPr>
              <w:t>Мазмұны</w:t>
            </w:r>
          </w:p>
        </w:tc>
      </w:tr>
      <w:tr w:rsidR="00D53DD4" w:rsidRPr="00AA3F7C" w14:paraId="10B5BD9D" w14:textId="77777777" w:rsidTr="00E56216">
        <w:trPr>
          <w:jc w:val="center"/>
        </w:trPr>
        <w:tc>
          <w:tcPr>
            <w:tcW w:w="3402" w:type="dxa"/>
          </w:tcPr>
          <w:p w14:paraId="700AFDEA"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379" w:type="dxa"/>
          </w:tcPr>
          <w:p w14:paraId="70BBF749" w14:textId="5654325F" w:rsidR="00D53DD4" w:rsidRDefault="00D53DD4" w:rsidP="00E56216">
            <w:pPr>
              <w:ind w:firstLine="0"/>
              <w:jc w:val="both"/>
            </w:pPr>
            <w:r>
              <w:t>«</w:t>
            </w:r>
            <w:proofErr w:type="spellStart"/>
            <w:r>
              <w:t>Табиғатта</w:t>
            </w:r>
            <w:proofErr w:type="spellEnd"/>
            <w:r>
              <w:t xml:space="preserve">, </w:t>
            </w:r>
            <w:proofErr w:type="spellStart"/>
            <w:r>
              <w:t>алаңда</w:t>
            </w:r>
            <w:proofErr w:type="spellEnd"/>
            <w:r>
              <w:t xml:space="preserve"> </w:t>
            </w:r>
            <w:proofErr w:type="spellStart"/>
            <w:r>
              <w:t>және</w:t>
            </w:r>
            <w:proofErr w:type="spellEnd"/>
            <w:r>
              <w:t xml:space="preserve"> </w:t>
            </w:r>
            <w:proofErr w:type="spellStart"/>
            <w:r>
              <w:t>маршрутта</w:t>
            </w:r>
            <w:proofErr w:type="spellEnd"/>
            <w:r>
              <w:t xml:space="preserve"> </w:t>
            </w:r>
            <w:proofErr w:type="spellStart"/>
            <w:r>
              <w:t>қауіпсіздік</w:t>
            </w:r>
            <w:proofErr w:type="spellEnd"/>
            <w:r>
              <w:t xml:space="preserve">» </w:t>
            </w:r>
            <w:proofErr w:type="spellStart"/>
            <w:r>
              <w:t>дамытушы</w:t>
            </w:r>
            <w:proofErr w:type="spellEnd"/>
            <w:r>
              <w:t xml:space="preserve"> </w:t>
            </w:r>
            <w:proofErr w:type="spellStart"/>
            <w:r>
              <w:t>сабағы</w:t>
            </w:r>
            <w:proofErr w:type="spellEnd"/>
            <w:r>
              <w:t>.</w:t>
            </w:r>
          </w:p>
          <w:p w14:paraId="760AA054" w14:textId="771D5BEC" w:rsidR="00D53DD4" w:rsidRPr="00AA3F7C" w:rsidRDefault="00D53DD4" w:rsidP="00E56216">
            <w:pPr>
              <w:ind w:firstLine="0"/>
              <w:jc w:val="both"/>
            </w:pPr>
            <w:r>
              <w:t>«</w:t>
            </w:r>
            <w:proofErr w:type="spellStart"/>
            <w:r>
              <w:t>Қауіп</w:t>
            </w:r>
            <w:proofErr w:type="spellEnd"/>
            <w:r>
              <w:t xml:space="preserve">, </w:t>
            </w:r>
            <w:proofErr w:type="spellStart"/>
            <w:r>
              <w:t>тәуекел</w:t>
            </w:r>
            <w:proofErr w:type="spellEnd"/>
            <w:r>
              <w:t xml:space="preserve"> </w:t>
            </w:r>
            <w:proofErr w:type="spellStart"/>
            <w:r>
              <w:t>және</w:t>
            </w:r>
            <w:proofErr w:type="spellEnd"/>
            <w:r>
              <w:t xml:space="preserve"> </w:t>
            </w:r>
            <w:proofErr w:type="spellStart"/>
            <w:r>
              <w:t>дұрыс</w:t>
            </w:r>
            <w:proofErr w:type="spellEnd"/>
            <w:r>
              <w:t xml:space="preserve"> </w:t>
            </w:r>
            <w:proofErr w:type="spellStart"/>
            <w:r>
              <w:t>шешім</w:t>
            </w:r>
            <w:proofErr w:type="spellEnd"/>
            <w:r>
              <w:t xml:space="preserve">» </w:t>
            </w:r>
            <w:proofErr w:type="spellStart"/>
            <w:r>
              <w:t>танымдық</w:t>
            </w:r>
            <w:proofErr w:type="spellEnd"/>
            <w:r>
              <w:t xml:space="preserve"> </w:t>
            </w:r>
            <w:proofErr w:type="spellStart"/>
            <w:r>
              <w:t>сабағы</w:t>
            </w:r>
            <w:proofErr w:type="spellEnd"/>
            <w:r>
              <w:t>.</w:t>
            </w:r>
          </w:p>
        </w:tc>
      </w:tr>
      <w:tr w:rsidR="00D53DD4" w:rsidRPr="00F44AD8" w14:paraId="77D4C9BC" w14:textId="77777777" w:rsidTr="00E56216">
        <w:trPr>
          <w:jc w:val="center"/>
        </w:trPr>
        <w:tc>
          <w:tcPr>
            <w:tcW w:w="3402" w:type="dxa"/>
          </w:tcPr>
          <w:p w14:paraId="2737F6B2" w14:textId="77777777" w:rsidR="00D53DD4" w:rsidRPr="00A81E3F" w:rsidRDefault="00D53DD4" w:rsidP="00E56216">
            <w:pPr>
              <w:ind w:firstLine="0"/>
              <w:rPr>
                <w:lang w:val="ru-RU"/>
              </w:rPr>
            </w:pPr>
            <w:proofErr w:type="spellStart"/>
            <w:r>
              <w:t>Практикалық-бағдарлы</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379" w:type="dxa"/>
          </w:tcPr>
          <w:p w14:paraId="28FFC928" w14:textId="03ECD7B9" w:rsidR="00D53DD4" w:rsidRPr="00A81E3F" w:rsidRDefault="00D53DD4" w:rsidP="00E56216">
            <w:pPr>
              <w:ind w:firstLine="0"/>
              <w:jc w:val="both"/>
              <w:rPr>
                <w:lang w:val="ru-RU"/>
              </w:rPr>
            </w:pPr>
            <w:r w:rsidRPr="003C130C">
              <w:rPr>
                <w:lang w:val="ru-RU"/>
              </w:rPr>
              <w:t>«</w:t>
            </w:r>
            <w:proofErr w:type="spellStart"/>
            <w:r w:rsidRPr="003C130C">
              <w:rPr>
                <w:lang w:val="ru-RU"/>
              </w:rPr>
              <w:t>Маршруттық</w:t>
            </w:r>
            <w:proofErr w:type="spellEnd"/>
            <w:r w:rsidRPr="003C130C">
              <w:rPr>
                <w:lang w:val="ru-RU"/>
              </w:rPr>
              <w:t xml:space="preserve"> </w:t>
            </w:r>
            <w:proofErr w:type="spellStart"/>
            <w:r w:rsidRPr="003C130C">
              <w:rPr>
                <w:lang w:val="ru-RU"/>
              </w:rPr>
              <w:t>тәртіп</w:t>
            </w:r>
            <w:proofErr w:type="spellEnd"/>
            <w:r w:rsidRPr="003C130C">
              <w:rPr>
                <w:lang w:val="ru-RU"/>
              </w:rPr>
              <w:t xml:space="preserve">: </w:t>
            </w:r>
            <w:proofErr w:type="spellStart"/>
            <w:r w:rsidRPr="003C130C">
              <w:rPr>
                <w:lang w:val="ru-RU"/>
              </w:rPr>
              <w:t>бірге</w:t>
            </w:r>
            <w:proofErr w:type="spellEnd"/>
            <w:r w:rsidRPr="003C130C">
              <w:rPr>
                <w:lang w:val="ru-RU"/>
              </w:rPr>
              <w:t xml:space="preserve"> </w:t>
            </w:r>
            <w:proofErr w:type="spellStart"/>
            <w:r w:rsidRPr="003C130C">
              <w:rPr>
                <w:lang w:val="ru-RU"/>
              </w:rPr>
              <w:t>жүру</w:t>
            </w:r>
            <w:proofErr w:type="spellEnd"/>
            <w:r w:rsidRPr="003C130C">
              <w:rPr>
                <w:lang w:val="ru-RU"/>
              </w:rPr>
              <w:t xml:space="preserve"> </w:t>
            </w:r>
            <w:proofErr w:type="spellStart"/>
            <w:r w:rsidRPr="003C130C">
              <w:rPr>
                <w:lang w:val="ru-RU"/>
              </w:rPr>
              <w:t>және</w:t>
            </w:r>
            <w:proofErr w:type="spellEnd"/>
            <w:r w:rsidRPr="003C130C">
              <w:rPr>
                <w:lang w:val="ru-RU"/>
              </w:rPr>
              <w:t xml:space="preserve"> </w:t>
            </w:r>
            <w:proofErr w:type="spellStart"/>
            <w:r w:rsidRPr="003C130C">
              <w:rPr>
                <w:lang w:val="ru-RU"/>
              </w:rPr>
              <w:t>ережелерді</w:t>
            </w:r>
            <w:proofErr w:type="spellEnd"/>
            <w:r w:rsidRPr="003C130C">
              <w:rPr>
                <w:lang w:val="ru-RU"/>
              </w:rPr>
              <w:t xml:space="preserve"> </w:t>
            </w:r>
            <w:proofErr w:type="spellStart"/>
            <w:r w:rsidRPr="003C130C">
              <w:rPr>
                <w:lang w:val="ru-RU"/>
              </w:rPr>
              <w:t>сақтау</w:t>
            </w:r>
            <w:proofErr w:type="spellEnd"/>
            <w:r w:rsidRPr="003C130C">
              <w:rPr>
                <w:lang w:val="ru-RU"/>
              </w:rPr>
              <w:t xml:space="preserve">» практикумы. </w:t>
            </w:r>
            <w:r w:rsidRPr="003C130C">
              <w:rPr>
                <w:lang w:val="ru-RU"/>
              </w:rPr>
              <w:br/>
            </w:r>
            <w:r w:rsidRPr="00F44AD8">
              <w:rPr>
                <w:lang w:val="ru-RU"/>
              </w:rPr>
              <w:t>«</w:t>
            </w:r>
            <w:proofErr w:type="spellStart"/>
            <w:r w:rsidRPr="00F44AD8">
              <w:rPr>
                <w:lang w:val="ru-RU"/>
              </w:rPr>
              <w:t>Қауіпсіз</w:t>
            </w:r>
            <w:proofErr w:type="spellEnd"/>
            <w:r w:rsidRPr="00F44AD8">
              <w:rPr>
                <w:lang w:val="ru-RU"/>
              </w:rPr>
              <w:t xml:space="preserve"> турист </w:t>
            </w:r>
            <w:proofErr w:type="spellStart"/>
            <w:r w:rsidRPr="00F44AD8">
              <w:rPr>
                <w:lang w:val="ru-RU"/>
              </w:rPr>
              <w:t>жадынамасы</w:t>
            </w:r>
            <w:proofErr w:type="spellEnd"/>
            <w:r w:rsidRPr="00F44AD8">
              <w:rPr>
                <w:lang w:val="ru-RU"/>
              </w:rPr>
              <w:t xml:space="preserve">» </w:t>
            </w:r>
            <w:r w:rsidR="000C1C7D">
              <w:rPr>
                <w:lang w:val="kk-KZ"/>
              </w:rPr>
              <w:t>тәжірибелік</w:t>
            </w:r>
            <w:r w:rsidRPr="00F44AD8">
              <w:rPr>
                <w:lang w:val="ru-RU"/>
              </w:rPr>
              <w:t xml:space="preserve"> </w:t>
            </w:r>
            <w:proofErr w:type="spellStart"/>
            <w:r w:rsidRPr="00F44AD8">
              <w:rPr>
                <w:lang w:val="ru-RU"/>
              </w:rPr>
              <w:t>жұмысы</w:t>
            </w:r>
            <w:proofErr w:type="spellEnd"/>
            <w:r w:rsidRPr="00F44AD8">
              <w:rPr>
                <w:lang w:val="ru-RU"/>
              </w:rPr>
              <w:t>.</w:t>
            </w:r>
          </w:p>
        </w:tc>
      </w:tr>
      <w:tr w:rsidR="00D53DD4" w:rsidRPr="00C67B66" w14:paraId="037AB156" w14:textId="77777777" w:rsidTr="00E56216">
        <w:trPr>
          <w:jc w:val="center"/>
        </w:trPr>
        <w:tc>
          <w:tcPr>
            <w:tcW w:w="3402" w:type="dxa"/>
          </w:tcPr>
          <w:p w14:paraId="394C3911" w14:textId="77777777" w:rsidR="00D53DD4" w:rsidRPr="00D53DD4" w:rsidRDefault="00D53DD4" w:rsidP="00E56216">
            <w:pPr>
              <w:ind w:firstLine="0"/>
            </w:pPr>
            <w:proofErr w:type="spellStart"/>
            <w:r w:rsidRPr="007D2A96">
              <w:rPr>
                <w:lang w:val="ru-RU"/>
              </w:rPr>
              <w:t>Тәрбиелік</w:t>
            </w:r>
            <w:proofErr w:type="spellEnd"/>
            <w:r w:rsidRPr="00D53DD4">
              <w:t xml:space="preserve"> </w:t>
            </w:r>
            <w:proofErr w:type="spellStart"/>
            <w:r w:rsidRPr="007D2A96">
              <w:rPr>
                <w:lang w:val="ru-RU"/>
              </w:rPr>
              <w:t>іс</w:t>
            </w:r>
            <w:proofErr w:type="spellEnd"/>
            <w:r w:rsidRPr="00D53DD4">
              <w:t>-</w:t>
            </w:r>
            <w:proofErr w:type="spellStart"/>
            <w:r w:rsidRPr="007D2A96">
              <w:rPr>
                <w:lang w:val="ru-RU"/>
              </w:rPr>
              <w:t>шаралар</w:t>
            </w:r>
            <w:proofErr w:type="spellEnd"/>
            <w:r w:rsidRPr="00D53DD4">
              <w:t xml:space="preserve"> </w:t>
            </w:r>
            <w:proofErr w:type="spellStart"/>
            <w:r w:rsidRPr="007D2A96">
              <w:rPr>
                <w:lang w:val="ru-RU"/>
              </w:rPr>
              <w:t>және</w:t>
            </w:r>
            <w:proofErr w:type="spellEnd"/>
            <w:r w:rsidRPr="00D53DD4">
              <w:t xml:space="preserve"> </w:t>
            </w:r>
            <w:proofErr w:type="spellStart"/>
            <w:r w:rsidRPr="007D2A96">
              <w:rPr>
                <w:lang w:val="ru-RU"/>
              </w:rPr>
              <w:t>жобалар</w:t>
            </w:r>
            <w:proofErr w:type="spellEnd"/>
            <w:r w:rsidRPr="00D53DD4">
              <w:t xml:space="preserve"> (</w:t>
            </w:r>
            <w:proofErr w:type="spellStart"/>
            <w:r w:rsidRPr="007D2A96">
              <w:rPr>
                <w:lang w:val="ru-RU"/>
              </w:rPr>
              <w:t>кемінде</w:t>
            </w:r>
            <w:proofErr w:type="spellEnd"/>
            <w:r w:rsidRPr="00D53DD4">
              <w:t xml:space="preserve"> 2)</w:t>
            </w:r>
          </w:p>
        </w:tc>
        <w:tc>
          <w:tcPr>
            <w:tcW w:w="6379" w:type="dxa"/>
          </w:tcPr>
          <w:p w14:paraId="3C36201C" w14:textId="4F776E4D" w:rsidR="00D53DD4" w:rsidRPr="00D53DD4" w:rsidRDefault="00D53DD4" w:rsidP="00E56216">
            <w:pPr>
              <w:ind w:firstLine="0"/>
              <w:jc w:val="both"/>
            </w:pPr>
            <w:r w:rsidRPr="00D53DD4">
              <w:t>«</w:t>
            </w:r>
            <w:proofErr w:type="spellStart"/>
            <w:r w:rsidRPr="003C130C">
              <w:rPr>
                <w:lang w:val="ru-RU"/>
              </w:rPr>
              <w:t>Өзіңе</w:t>
            </w:r>
            <w:proofErr w:type="spellEnd"/>
            <w:r w:rsidRPr="00D53DD4">
              <w:t xml:space="preserve"> </w:t>
            </w:r>
            <w:proofErr w:type="spellStart"/>
            <w:r w:rsidRPr="003C130C">
              <w:rPr>
                <w:lang w:val="ru-RU"/>
              </w:rPr>
              <w:t>және</w:t>
            </w:r>
            <w:proofErr w:type="spellEnd"/>
            <w:r w:rsidRPr="00D53DD4">
              <w:t xml:space="preserve"> </w:t>
            </w:r>
            <w:proofErr w:type="spellStart"/>
            <w:r w:rsidRPr="003C130C">
              <w:rPr>
                <w:lang w:val="ru-RU"/>
              </w:rPr>
              <w:t>серігіңе</w:t>
            </w:r>
            <w:proofErr w:type="spellEnd"/>
            <w:r w:rsidRPr="00D53DD4">
              <w:t xml:space="preserve"> </w:t>
            </w:r>
            <w:proofErr w:type="spellStart"/>
            <w:r w:rsidRPr="003C130C">
              <w:rPr>
                <w:lang w:val="ru-RU"/>
              </w:rPr>
              <w:t>жауапкершілік</w:t>
            </w:r>
            <w:proofErr w:type="spellEnd"/>
            <w:r w:rsidRPr="00D53DD4">
              <w:t xml:space="preserve">» </w:t>
            </w:r>
            <w:proofErr w:type="spellStart"/>
            <w:r w:rsidRPr="003C130C">
              <w:rPr>
                <w:lang w:val="ru-RU"/>
              </w:rPr>
              <w:t>тәрбиелік</w:t>
            </w:r>
            <w:proofErr w:type="spellEnd"/>
            <w:r w:rsidRPr="00D53DD4">
              <w:t xml:space="preserve"> </w:t>
            </w:r>
            <w:proofErr w:type="spellStart"/>
            <w:r w:rsidRPr="003C130C">
              <w:rPr>
                <w:lang w:val="ru-RU"/>
              </w:rPr>
              <w:t>әңгіме</w:t>
            </w:r>
            <w:proofErr w:type="spellEnd"/>
            <w:r w:rsidRPr="00D53DD4">
              <w:t xml:space="preserve">. </w:t>
            </w:r>
            <w:r w:rsidRPr="00D53DD4">
              <w:br/>
              <w:t>«</w:t>
            </w:r>
            <w:proofErr w:type="spellStart"/>
            <w:r w:rsidRPr="003C130C">
              <w:rPr>
                <w:lang w:val="ru-RU"/>
              </w:rPr>
              <w:t>Бүгін</w:t>
            </w:r>
            <w:proofErr w:type="spellEnd"/>
            <w:r w:rsidRPr="00D53DD4">
              <w:t xml:space="preserve"> </w:t>
            </w:r>
            <w:r w:rsidRPr="003C130C">
              <w:rPr>
                <w:lang w:val="ru-RU"/>
              </w:rPr>
              <w:t>мен</w:t>
            </w:r>
            <w:r w:rsidRPr="00D53DD4">
              <w:t xml:space="preserve"> </w:t>
            </w:r>
            <w:proofErr w:type="spellStart"/>
            <w:r w:rsidRPr="003C130C">
              <w:rPr>
                <w:lang w:val="ru-RU"/>
              </w:rPr>
              <w:t>ережені</w:t>
            </w:r>
            <w:proofErr w:type="spellEnd"/>
            <w:r w:rsidRPr="00D53DD4">
              <w:t xml:space="preserve"> </w:t>
            </w:r>
            <w:proofErr w:type="spellStart"/>
            <w:r w:rsidRPr="003C130C">
              <w:rPr>
                <w:lang w:val="ru-RU"/>
              </w:rPr>
              <w:t>қалай</w:t>
            </w:r>
            <w:proofErr w:type="spellEnd"/>
            <w:r w:rsidRPr="00D53DD4">
              <w:t xml:space="preserve"> </w:t>
            </w:r>
            <w:proofErr w:type="spellStart"/>
            <w:r w:rsidRPr="003C130C">
              <w:rPr>
                <w:lang w:val="ru-RU"/>
              </w:rPr>
              <w:t>сақтадым</w:t>
            </w:r>
            <w:proofErr w:type="spellEnd"/>
            <w:r w:rsidRPr="00D53DD4">
              <w:t xml:space="preserve">» </w:t>
            </w:r>
            <w:proofErr w:type="spellStart"/>
            <w:r w:rsidRPr="003C130C">
              <w:rPr>
                <w:lang w:val="ru-RU"/>
              </w:rPr>
              <w:t>командалық</w:t>
            </w:r>
            <w:proofErr w:type="spellEnd"/>
            <w:r w:rsidRPr="00D53DD4">
              <w:t xml:space="preserve"> </w:t>
            </w:r>
            <w:proofErr w:type="spellStart"/>
            <w:r w:rsidR="000C1C7D">
              <w:rPr>
                <w:lang w:val="ru-RU"/>
              </w:rPr>
              <w:t>кері</w:t>
            </w:r>
            <w:proofErr w:type="spellEnd"/>
            <w:r w:rsidR="000C1C7D" w:rsidRPr="000C1C7D">
              <w:t xml:space="preserve"> </w:t>
            </w:r>
            <w:proofErr w:type="spellStart"/>
            <w:r w:rsidR="000C1C7D">
              <w:rPr>
                <w:lang w:val="ru-RU"/>
              </w:rPr>
              <w:t>байланысы</w:t>
            </w:r>
            <w:proofErr w:type="spellEnd"/>
            <w:r w:rsidRPr="00D53DD4">
              <w:t>.</w:t>
            </w:r>
          </w:p>
        </w:tc>
      </w:tr>
      <w:tr w:rsidR="00D53DD4" w:rsidRPr="00C67B66" w14:paraId="12982E0F" w14:textId="77777777" w:rsidTr="00E56216">
        <w:trPr>
          <w:jc w:val="center"/>
        </w:trPr>
        <w:tc>
          <w:tcPr>
            <w:tcW w:w="3402" w:type="dxa"/>
          </w:tcPr>
          <w:p w14:paraId="14F1D795" w14:textId="77777777" w:rsidR="00D53DD4" w:rsidRPr="00D53DD4" w:rsidRDefault="00D53DD4" w:rsidP="00E56216">
            <w:pPr>
              <w:ind w:firstLine="0"/>
            </w:pPr>
            <w:proofErr w:type="spellStart"/>
            <w:r w:rsidRPr="007D2A96">
              <w:rPr>
                <w:lang w:val="ru-RU"/>
              </w:rPr>
              <w:t>Сауықтыру</w:t>
            </w:r>
            <w:proofErr w:type="spellEnd"/>
            <w:r w:rsidRPr="00D53DD4">
              <w:t xml:space="preserve"> </w:t>
            </w:r>
            <w:proofErr w:type="spellStart"/>
            <w:r w:rsidRPr="007D2A96">
              <w:rPr>
                <w:lang w:val="ru-RU"/>
              </w:rPr>
              <w:t>модулі</w:t>
            </w:r>
            <w:proofErr w:type="spellEnd"/>
            <w:r w:rsidRPr="00D53DD4">
              <w:t xml:space="preserve"> (</w:t>
            </w:r>
            <w:proofErr w:type="spellStart"/>
            <w:r w:rsidRPr="007D2A96">
              <w:rPr>
                <w:lang w:val="ru-RU"/>
              </w:rPr>
              <w:t>күніне</w:t>
            </w:r>
            <w:proofErr w:type="spellEnd"/>
            <w:r w:rsidRPr="00D53DD4">
              <w:t xml:space="preserve"> 3 </w:t>
            </w:r>
            <w:proofErr w:type="spellStart"/>
            <w:r w:rsidRPr="007D2A96">
              <w:rPr>
                <w:lang w:val="ru-RU"/>
              </w:rPr>
              <w:t>академиялық</w:t>
            </w:r>
            <w:proofErr w:type="spellEnd"/>
            <w:r w:rsidRPr="00D53DD4">
              <w:t xml:space="preserve"> </w:t>
            </w:r>
            <w:proofErr w:type="spellStart"/>
            <w:r w:rsidRPr="007D2A96">
              <w:rPr>
                <w:lang w:val="ru-RU"/>
              </w:rPr>
              <w:t>сағатқа</w:t>
            </w:r>
            <w:proofErr w:type="spellEnd"/>
            <w:r w:rsidRPr="00D53DD4">
              <w:t xml:space="preserve"> </w:t>
            </w:r>
            <w:proofErr w:type="spellStart"/>
            <w:r w:rsidRPr="007D2A96">
              <w:rPr>
                <w:lang w:val="ru-RU"/>
              </w:rPr>
              <w:t>дейін</w:t>
            </w:r>
            <w:proofErr w:type="spellEnd"/>
            <w:r w:rsidRPr="00D53DD4">
              <w:t>)</w:t>
            </w:r>
          </w:p>
        </w:tc>
        <w:tc>
          <w:tcPr>
            <w:tcW w:w="6379" w:type="dxa"/>
          </w:tcPr>
          <w:p w14:paraId="1CE83078" w14:textId="33CF589D" w:rsidR="00D53DD4" w:rsidRPr="00D53DD4" w:rsidRDefault="00D53DD4" w:rsidP="00E56216">
            <w:pPr>
              <w:ind w:firstLine="0"/>
              <w:jc w:val="both"/>
            </w:pPr>
            <w:proofErr w:type="spellStart"/>
            <w:r w:rsidRPr="003C130C">
              <w:rPr>
                <w:lang w:val="ru-RU"/>
              </w:rPr>
              <w:t>Таңертеңгі</w:t>
            </w:r>
            <w:proofErr w:type="spellEnd"/>
            <w:r w:rsidRPr="00D53DD4">
              <w:t xml:space="preserve"> </w:t>
            </w:r>
            <w:r w:rsidRPr="003C130C">
              <w:rPr>
                <w:lang w:val="ru-RU"/>
              </w:rPr>
              <w:t>жаттығу</w:t>
            </w:r>
            <w:r w:rsidRPr="00D53DD4">
              <w:t xml:space="preserve">, </w:t>
            </w:r>
            <w:proofErr w:type="spellStart"/>
            <w:r w:rsidRPr="003C130C">
              <w:rPr>
                <w:lang w:val="ru-RU"/>
              </w:rPr>
              <w:t>маршруттық</w:t>
            </w:r>
            <w:proofErr w:type="spellEnd"/>
            <w:r w:rsidRPr="00D53DD4">
              <w:t xml:space="preserve"> </w:t>
            </w:r>
            <w:proofErr w:type="spellStart"/>
            <w:r w:rsidRPr="003C130C">
              <w:rPr>
                <w:lang w:val="ru-RU"/>
              </w:rPr>
              <w:t>серуен</w:t>
            </w:r>
            <w:proofErr w:type="spellEnd"/>
            <w:r w:rsidRPr="00D53DD4">
              <w:t xml:space="preserve">, </w:t>
            </w:r>
            <w:proofErr w:type="spellStart"/>
            <w:r w:rsidRPr="003C130C">
              <w:rPr>
                <w:lang w:val="ru-RU"/>
              </w:rPr>
              <w:t>зейін</w:t>
            </w:r>
            <w:proofErr w:type="spellEnd"/>
            <w:r w:rsidRPr="00D53DD4">
              <w:t xml:space="preserve"> </w:t>
            </w:r>
            <w:r w:rsidRPr="003C130C">
              <w:rPr>
                <w:lang w:val="ru-RU"/>
              </w:rPr>
              <w:t>мен</w:t>
            </w:r>
            <w:r w:rsidRPr="00D53DD4">
              <w:t xml:space="preserve"> </w:t>
            </w:r>
            <w:proofErr w:type="spellStart"/>
            <w:r w:rsidRPr="003C130C">
              <w:rPr>
                <w:lang w:val="ru-RU"/>
              </w:rPr>
              <w:t>қауіпсіздікке</w:t>
            </w:r>
            <w:proofErr w:type="spellEnd"/>
            <w:r w:rsidRPr="00D53DD4">
              <w:t xml:space="preserve"> </w:t>
            </w:r>
            <w:proofErr w:type="spellStart"/>
            <w:r w:rsidRPr="003C130C">
              <w:rPr>
                <w:lang w:val="ru-RU"/>
              </w:rPr>
              <w:t>арналған</w:t>
            </w:r>
            <w:proofErr w:type="spellEnd"/>
            <w:r w:rsidRPr="00D53DD4">
              <w:t xml:space="preserve"> </w:t>
            </w:r>
            <w:proofErr w:type="spellStart"/>
            <w:r w:rsidRPr="003C130C">
              <w:rPr>
                <w:lang w:val="ru-RU"/>
              </w:rPr>
              <w:t>қимылды</w:t>
            </w:r>
            <w:proofErr w:type="spellEnd"/>
            <w:r w:rsidRPr="00D53DD4">
              <w:t xml:space="preserve"> </w:t>
            </w:r>
            <w:proofErr w:type="spellStart"/>
            <w:r w:rsidRPr="003C130C">
              <w:rPr>
                <w:lang w:val="ru-RU"/>
              </w:rPr>
              <w:t>ойындар</w:t>
            </w:r>
            <w:proofErr w:type="spellEnd"/>
            <w:r w:rsidRPr="00D53DD4">
              <w:t>.</w:t>
            </w:r>
          </w:p>
        </w:tc>
      </w:tr>
      <w:tr w:rsidR="00D53DD4" w:rsidRPr="003C130C" w14:paraId="12E08F95" w14:textId="77777777" w:rsidTr="00E56216">
        <w:trPr>
          <w:jc w:val="center"/>
        </w:trPr>
        <w:tc>
          <w:tcPr>
            <w:tcW w:w="3402" w:type="dxa"/>
          </w:tcPr>
          <w:p w14:paraId="732BAD58"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379" w:type="dxa"/>
          </w:tcPr>
          <w:p w14:paraId="6DA5F623" w14:textId="77777777" w:rsidR="00D53DD4" w:rsidRPr="003C130C" w:rsidRDefault="00D53DD4" w:rsidP="00E56216">
            <w:pPr>
              <w:ind w:firstLine="0"/>
              <w:jc w:val="both"/>
            </w:pPr>
            <w:proofErr w:type="spellStart"/>
            <w:r>
              <w:t>Қауіпсіз</w:t>
            </w:r>
            <w:proofErr w:type="spellEnd"/>
            <w:r>
              <w:t xml:space="preserve"> </w:t>
            </w:r>
            <w:proofErr w:type="spellStart"/>
            <w:r>
              <w:t>мінез-құлықтың</w:t>
            </w:r>
            <w:proofErr w:type="spellEnd"/>
            <w:r>
              <w:t xml:space="preserve"> </w:t>
            </w:r>
            <w:proofErr w:type="spellStart"/>
            <w:r>
              <w:t>бастапқы</w:t>
            </w:r>
            <w:proofErr w:type="spellEnd"/>
            <w:r>
              <w:t xml:space="preserve"> </w:t>
            </w:r>
            <w:proofErr w:type="spellStart"/>
            <w:r>
              <w:t>дағдылары</w:t>
            </w:r>
            <w:proofErr w:type="spellEnd"/>
            <w:r>
              <w:t xml:space="preserve"> </w:t>
            </w:r>
            <w:proofErr w:type="spellStart"/>
            <w:r>
              <w:t>қалыптастырылды</w:t>
            </w:r>
            <w:proofErr w:type="spellEnd"/>
            <w:r>
              <w:t>.</w:t>
            </w:r>
          </w:p>
        </w:tc>
      </w:tr>
    </w:tbl>
    <w:p w14:paraId="4BF10C23" w14:textId="77777777" w:rsidR="00D53DD4" w:rsidRPr="00D53DD4" w:rsidRDefault="00D53DD4" w:rsidP="00D53DD4">
      <w:pPr>
        <w:pStyle w:val="31"/>
      </w:pPr>
      <w:r w:rsidRPr="00D53DD4">
        <w:rPr>
          <w:rFonts w:eastAsia="Times New Roman"/>
        </w:rPr>
        <w:t xml:space="preserve">4 </w:t>
      </w:r>
      <w:r>
        <w:rPr>
          <w:rFonts w:eastAsia="Times New Roman"/>
          <w:lang w:val="kk-KZ"/>
        </w:rPr>
        <w:t>күн</w:t>
      </w:r>
      <w:r w:rsidRPr="00D53DD4">
        <w:rPr>
          <w:rFonts w:eastAsia="Times New Roman"/>
        </w:rPr>
        <w:t>. «</w:t>
      </w:r>
      <w:proofErr w:type="spellStart"/>
      <w:r w:rsidRPr="00A81E3F">
        <w:rPr>
          <w:rFonts w:eastAsia="Times New Roman"/>
          <w:lang w:val="ru-RU"/>
        </w:rPr>
        <w:t>Қозғалыс</w:t>
      </w:r>
      <w:proofErr w:type="spellEnd"/>
      <w:r w:rsidRPr="00D53DD4">
        <w:rPr>
          <w:rFonts w:eastAsia="Times New Roman"/>
        </w:rPr>
        <w:t xml:space="preserve"> </w:t>
      </w:r>
      <w:proofErr w:type="spellStart"/>
      <w:r w:rsidRPr="00A81E3F">
        <w:rPr>
          <w:rFonts w:eastAsia="Times New Roman"/>
          <w:lang w:val="ru-RU"/>
        </w:rPr>
        <w:t>және</w:t>
      </w:r>
      <w:proofErr w:type="spellEnd"/>
      <w:r w:rsidRPr="00D53DD4">
        <w:rPr>
          <w:rFonts w:eastAsia="Times New Roman"/>
        </w:rPr>
        <w:t xml:space="preserve"> </w:t>
      </w:r>
      <w:r w:rsidRPr="00A81E3F">
        <w:rPr>
          <w:rFonts w:eastAsia="Times New Roman"/>
          <w:lang w:val="ru-RU"/>
        </w:rPr>
        <w:t>спорт</w:t>
      </w:r>
      <w:r w:rsidRPr="00D53DD4">
        <w:rPr>
          <w:rFonts w:eastAsia="Times New Roman"/>
        </w:rPr>
        <w:t xml:space="preserve">» - </w:t>
      </w:r>
      <w:proofErr w:type="spellStart"/>
      <w:r>
        <w:rPr>
          <w:rFonts w:eastAsia="Times New Roman"/>
          <w:lang w:val="ru-RU"/>
        </w:rPr>
        <w:t>белсенді</w:t>
      </w:r>
      <w:proofErr w:type="spellEnd"/>
      <w:r w:rsidRPr="00D53DD4">
        <w:rPr>
          <w:rFonts w:eastAsia="Times New Roman"/>
        </w:rPr>
        <w:t xml:space="preserve"> </w:t>
      </w:r>
      <w:proofErr w:type="spellStart"/>
      <w:r>
        <w:rPr>
          <w:rFonts w:eastAsia="Times New Roman"/>
          <w:lang w:val="ru-RU"/>
        </w:rPr>
        <w:t>қозғалыс</w:t>
      </w:r>
      <w:proofErr w:type="spellEnd"/>
      <w:r w:rsidRPr="00D53DD4">
        <w:rPr>
          <w:rFonts w:eastAsia="Times New Roman"/>
        </w:rPr>
        <w:t xml:space="preserve"> </w:t>
      </w:r>
      <w:proofErr w:type="spellStart"/>
      <w:r>
        <w:rPr>
          <w:rFonts w:eastAsia="Times New Roman"/>
          <w:lang w:val="ru-RU"/>
        </w:rPr>
        <w:t>күні</w:t>
      </w:r>
      <w:proofErr w:type="spellEnd"/>
    </w:p>
    <w:tbl>
      <w:tblPr>
        <w:tblStyle w:val="aff0"/>
        <w:tblW w:w="0" w:type="auto"/>
        <w:jc w:val="center"/>
        <w:tblLook w:val="04A0" w:firstRow="1" w:lastRow="0" w:firstColumn="1" w:lastColumn="0" w:noHBand="0" w:noVBand="1"/>
      </w:tblPr>
      <w:tblGrid>
        <w:gridCol w:w="3402"/>
        <w:gridCol w:w="6379"/>
      </w:tblGrid>
      <w:tr w:rsidR="00D53DD4" w14:paraId="6B2D8826" w14:textId="77777777" w:rsidTr="00E56216">
        <w:trPr>
          <w:tblHeader/>
          <w:jc w:val="center"/>
        </w:trPr>
        <w:tc>
          <w:tcPr>
            <w:tcW w:w="3402" w:type="dxa"/>
            <w:shd w:val="clear" w:color="auto" w:fill="D9EAD3"/>
          </w:tcPr>
          <w:p w14:paraId="796B7FB7" w14:textId="77777777" w:rsidR="00D53DD4" w:rsidRDefault="00D53DD4" w:rsidP="00E56216">
            <w:pPr>
              <w:ind w:firstLine="0"/>
              <w:jc w:val="center"/>
            </w:pPr>
            <w:r>
              <w:rPr>
                <w:b/>
                <w:szCs w:val="28"/>
                <w:lang w:val="kk-KZ"/>
              </w:rPr>
              <w:t>Күннің құрамдас бөлігі</w:t>
            </w:r>
          </w:p>
        </w:tc>
        <w:tc>
          <w:tcPr>
            <w:tcW w:w="6379" w:type="dxa"/>
            <w:shd w:val="clear" w:color="auto" w:fill="D9EAD3"/>
          </w:tcPr>
          <w:p w14:paraId="2C0F89FD" w14:textId="77777777" w:rsidR="00D53DD4" w:rsidRDefault="00D53DD4" w:rsidP="00E56216">
            <w:pPr>
              <w:ind w:firstLine="0"/>
              <w:jc w:val="center"/>
            </w:pPr>
            <w:r w:rsidRPr="003F7BF7">
              <w:rPr>
                <w:b/>
                <w:szCs w:val="28"/>
                <w:lang w:val="kk-KZ"/>
              </w:rPr>
              <w:t>Мазмұны</w:t>
            </w:r>
          </w:p>
        </w:tc>
      </w:tr>
      <w:tr w:rsidR="00D53DD4" w:rsidRPr="00655EAC" w14:paraId="120C4C6E" w14:textId="77777777" w:rsidTr="00E56216">
        <w:trPr>
          <w:jc w:val="center"/>
        </w:trPr>
        <w:tc>
          <w:tcPr>
            <w:tcW w:w="3402" w:type="dxa"/>
          </w:tcPr>
          <w:p w14:paraId="4CCD0075"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379" w:type="dxa"/>
          </w:tcPr>
          <w:p w14:paraId="6F975CA5" w14:textId="3487544E" w:rsidR="00D53DD4" w:rsidRDefault="00D53DD4" w:rsidP="00E56216">
            <w:pPr>
              <w:ind w:firstLine="0"/>
              <w:jc w:val="both"/>
            </w:pPr>
            <w:r>
              <w:t>«</w:t>
            </w:r>
            <w:proofErr w:type="spellStart"/>
            <w:r>
              <w:t>Қозғалыс</w:t>
            </w:r>
            <w:proofErr w:type="spellEnd"/>
            <w:r>
              <w:t xml:space="preserve">, </w:t>
            </w:r>
            <w:proofErr w:type="spellStart"/>
            <w:r>
              <w:t>денсаулық</w:t>
            </w:r>
            <w:proofErr w:type="spellEnd"/>
            <w:r>
              <w:t xml:space="preserve"> </w:t>
            </w:r>
            <w:proofErr w:type="spellStart"/>
            <w:r>
              <w:t>және</w:t>
            </w:r>
            <w:proofErr w:type="spellEnd"/>
            <w:r>
              <w:t xml:space="preserve"> </w:t>
            </w:r>
            <w:proofErr w:type="spellStart"/>
            <w:r>
              <w:t>төзімділік</w:t>
            </w:r>
            <w:proofErr w:type="spellEnd"/>
            <w:r>
              <w:t xml:space="preserve">» </w:t>
            </w:r>
            <w:proofErr w:type="spellStart"/>
            <w:r>
              <w:t>дамытушы</w:t>
            </w:r>
            <w:proofErr w:type="spellEnd"/>
            <w:r>
              <w:t xml:space="preserve"> </w:t>
            </w:r>
            <w:proofErr w:type="spellStart"/>
            <w:r>
              <w:t>сабағы</w:t>
            </w:r>
            <w:proofErr w:type="spellEnd"/>
            <w:r>
              <w:t xml:space="preserve">. </w:t>
            </w:r>
          </w:p>
          <w:p w14:paraId="1CCA2579" w14:textId="46BA02F0" w:rsidR="00D53DD4" w:rsidRPr="00D20AAE" w:rsidRDefault="00D53DD4" w:rsidP="00E56216">
            <w:pPr>
              <w:ind w:firstLine="0"/>
              <w:jc w:val="both"/>
              <w:rPr>
                <w:lang w:val="ru-RU"/>
              </w:rPr>
            </w:pPr>
            <w:r w:rsidRPr="00D20AAE">
              <w:rPr>
                <w:lang w:val="ru-RU"/>
              </w:rPr>
              <w:t xml:space="preserve">Стратегия, </w:t>
            </w:r>
            <w:proofErr w:type="spellStart"/>
            <w:r w:rsidRPr="00D20AAE">
              <w:rPr>
                <w:lang w:val="ru-RU"/>
              </w:rPr>
              <w:t>зейін</w:t>
            </w:r>
            <w:proofErr w:type="spellEnd"/>
            <w:r w:rsidRPr="00D20AAE">
              <w:rPr>
                <w:lang w:val="ru-RU"/>
              </w:rPr>
              <w:t xml:space="preserve"> </w:t>
            </w:r>
            <w:proofErr w:type="spellStart"/>
            <w:r w:rsidRPr="00D20AAE">
              <w:rPr>
                <w:lang w:val="ru-RU"/>
              </w:rPr>
              <w:t>және</w:t>
            </w:r>
            <w:proofErr w:type="spellEnd"/>
            <w:r w:rsidRPr="00D20AAE">
              <w:rPr>
                <w:lang w:val="ru-RU"/>
              </w:rPr>
              <w:t xml:space="preserve"> </w:t>
            </w:r>
            <w:proofErr w:type="spellStart"/>
            <w:r w:rsidRPr="00D20AAE">
              <w:rPr>
                <w:lang w:val="ru-RU"/>
              </w:rPr>
              <w:t>адал</w:t>
            </w:r>
            <w:proofErr w:type="spellEnd"/>
            <w:r w:rsidRPr="00D20AAE">
              <w:rPr>
                <w:lang w:val="ru-RU"/>
              </w:rPr>
              <w:t xml:space="preserve"> </w:t>
            </w:r>
            <w:proofErr w:type="spellStart"/>
            <w:r w:rsidRPr="00D20AAE">
              <w:rPr>
                <w:lang w:val="ru-RU"/>
              </w:rPr>
              <w:t>бәсекелестікке</w:t>
            </w:r>
            <w:proofErr w:type="spellEnd"/>
            <w:r w:rsidRPr="00D20AAE">
              <w:rPr>
                <w:lang w:val="ru-RU"/>
              </w:rPr>
              <w:t xml:space="preserve"> </w:t>
            </w:r>
            <w:proofErr w:type="spellStart"/>
            <w:r w:rsidRPr="00D20AAE">
              <w:rPr>
                <w:lang w:val="ru-RU"/>
              </w:rPr>
              <w:t>арналған</w:t>
            </w:r>
            <w:proofErr w:type="spellEnd"/>
            <w:r w:rsidRPr="00D20AAE">
              <w:rPr>
                <w:lang w:val="ru-RU"/>
              </w:rPr>
              <w:t xml:space="preserve"> </w:t>
            </w:r>
            <w:proofErr w:type="spellStart"/>
            <w:r w:rsidRPr="00D20AAE">
              <w:rPr>
                <w:lang w:val="ru-RU"/>
              </w:rPr>
              <w:t>командалық</w:t>
            </w:r>
            <w:proofErr w:type="spellEnd"/>
            <w:r w:rsidRPr="00D20AAE">
              <w:rPr>
                <w:lang w:val="ru-RU"/>
              </w:rPr>
              <w:t xml:space="preserve"> </w:t>
            </w:r>
            <w:proofErr w:type="spellStart"/>
            <w:r w:rsidRPr="00D20AAE">
              <w:rPr>
                <w:lang w:val="ru-RU"/>
              </w:rPr>
              <w:t>ойын</w:t>
            </w:r>
            <w:proofErr w:type="spellEnd"/>
            <w:r w:rsidRPr="00D20AAE">
              <w:rPr>
                <w:lang w:val="ru-RU"/>
              </w:rPr>
              <w:t>.</w:t>
            </w:r>
          </w:p>
        </w:tc>
      </w:tr>
      <w:tr w:rsidR="00D53DD4" w:rsidRPr="00F44AD8" w14:paraId="10C76411" w14:textId="77777777" w:rsidTr="00E56216">
        <w:trPr>
          <w:jc w:val="center"/>
        </w:trPr>
        <w:tc>
          <w:tcPr>
            <w:tcW w:w="3402" w:type="dxa"/>
          </w:tcPr>
          <w:p w14:paraId="7CDCD7A6" w14:textId="1B5E12CE" w:rsidR="00D53DD4" w:rsidRPr="00A81E3F" w:rsidRDefault="00DD6E9B" w:rsidP="00E56216">
            <w:pPr>
              <w:ind w:firstLine="0"/>
              <w:rPr>
                <w:lang w:val="ru-RU"/>
              </w:rPr>
            </w:pPr>
            <w:r>
              <w:rPr>
                <w:lang w:val="kk-KZ"/>
              </w:rPr>
              <w:t>Тәжірибелі</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379" w:type="dxa"/>
          </w:tcPr>
          <w:p w14:paraId="3F49E448" w14:textId="6F42AC10" w:rsidR="00D53DD4" w:rsidRPr="00A81E3F" w:rsidRDefault="00D53DD4" w:rsidP="00E56216">
            <w:pPr>
              <w:ind w:firstLine="0"/>
              <w:jc w:val="both"/>
              <w:rPr>
                <w:lang w:val="ru-RU"/>
              </w:rPr>
            </w:pPr>
            <w:proofErr w:type="spellStart"/>
            <w:r w:rsidRPr="00D20AAE">
              <w:rPr>
                <w:lang w:val="ru-RU"/>
              </w:rPr>
              <w:t>Спорттық</w:t>
            </w:r>
            <w:proofErr w:type="spellEnd"/>
            <w:r w:rsidRPr="00D20AAE">
              <w:rPr>
                <w:lang w:val="ru-RU"/>
              </w:rPr>
              <w:t xml:space="preserve"> </w:t>
            </w:r>
            <w:proofErr w:type="spellStart"/>
            <w:r w:rsidRPr="00D20AAE">
              <w:rPr>
                <w:lang w:val="ru-RU"/>
              </w:rPr>
              <w:t>қыздыру</w:t>
            </w:r>
            <w:proofErr w:type="spellEnd"/>
            <w:r w:rsidRPr="00D20AAE">
              <w:rPr>
                <w:lang w:val="ru-RU"/>
              </w:rPr>
              <w:t xml:space="preserve"> </w:t>
            </w:r>
            <w:proofErr w:type="spellStart"/>
            <w:r w:rsidRPr="00D20AAE">
              <w:rPr>
                <w:lang w:val="ru-RU"/>
              </w:rPr>
              <w:t>және</w:t>
            </w:r>
            <w:proofErr w:type="spellEnd"/>
            <w:r w:rsidRPr="00D20AAE">
              <w:rPr>
                <w:lang w:val="ru-RU"/>
              </w:rPr>
              <w:t xml:space="preserve"> </w:t>
            </w:r>
            <w:proofErr w:type="spellStart"/>
            <w:r w:rsidRPr="00D20AAE">
              <w:rPr>
                <w:lang w:val="ru-RU"/>
              </w:rPr>
              <w:t>жүктемеден</w:t>
            </w:r>
            <w:proofErr w:type="spellEnd"/>
            <w:r w:rsidRPr="00D20AAE">
              <w:rPr>
                <w:lang w:val="ru-RU"/>
              </w:rPr>
              <w:t xml:space="preserve"> </w:t>
            </w:r>
            <w:proofErr w:type="spellStart"/>
            <w:r w:rsidRPr="00D20AAE">
              <w:rPr>
                <w:lang w:val="ru-RU"/>
              </w:rPr>
              <w:t>кейін</w:t>
            </w:r>
            <w:proofErr w:type="spellEnd"/>
            <w:r w:rsidRPr="00D20AAE">
              <w:rPr>
                <w:lang w:val="ru-RU"/>
              </w:rPr>
              <w:t xml:space="preserve"> </w:t>
            </w:r>
            <w:proofErr w:type="spellStart"/>
            <w:r w:rsidRPr="00D20AAE">
              <w:rPr>
                <w:lang w:val="ru-RU"/>
              </w:rPr>
              <w:t>қалпына</w:t>
            </w:r>
            <w:proofErr w:type="spellEnd"/>
            <w:r w:rsidRPr="00D20AAE">
              <w:rPr>
                <w:lang w:val="ru-RU"/>
              </w:rPr>
              <w:t xml:space="preserve"> </w:t>
            </w:r>
            <w:proofErr w:type="spellStart"/>
            <w:r w:rsidRPr="00D20AAE">
              <w:rPr>
                <w:lang w:val="ru-RU"/>
              </w:rPr>
              <w:t>келу</w:t>
            </w:r>
            <w:proofErr w:type="spellEnd"/>
            <w:r w:rsidRPr="00D20AAE">
              <w:rPr>
                <w:lang w:val="ru-RU"/>
              </w:rPr>
              <w:t xml:space="preserve"> практикумы. </w:t>
            </w:r>
            <w:r w:rsidRPr="00D20AAE">
              <w:rPr>
                <w:lang w:val="ru-RU"/>
              </w:rPr>
              <w:br/>
            </w:r>
            <w:proofErr w:type="spellStart"/>
            <w:r w:rsidRPr="00F44AD8">
              <w:rPr>
                <w:lang w:val="ru-RU"/>
              </w:rPr>
              <w:t>Жылдамдық</w:t>
            </w:r>
            <w:proofErr w:type="spellEnd"/>
            <w:r w:rsidRPr="00F44AD8">
              <w:rPr>
                <w:lang w:val="ru-RU"/>
              </w:rPr>
              <w:t xml:space="preserve">, </w:t>
            </w:r>
            <w:proofErr w:type="spellStart"/>
            <w:r w:rsidRPr="00F44AD8">
              <w:rPr>
                <w:lang w:val="ru-RU"/>
              </w:rPr>
              <w:t>ептілік</w:t>
            </w:r>
            <w:proofErr w:type="spellEnd"/>
            <w:r w:rsidRPr="00F44AD8">
              <w:rPr>
                <w:lang w:val="ru-RU"/>
              </w:rPr>
              <w:t xml:space="preserve">, </w:t>
            </w:r>
            <w:proofErr w:type="spellStart"/>
            <w:r w:rsidRPr="00F44AD8">
              <w:rPr>
                <w:lang w:val="ru-RU"/>
              </w:rPr>
              <w:t>үйлесімділік</w:t>
            </w:r>
            <w:proofErr w:type="spellEnd"/>
            <w:r w:rsidRPr="00F44AD8">
              <w:rPr>
                <w:lang w:val="ru-RU"/>
              </w:rPr>
              <w:t xml:space="preserve"> </w:t>
            </w:r>
            <w:proofErr w:type="spellStart"/>
            <w:r w:rsidRPr="00F44AD8">
              <w:rPr>
                <w:lang w:val="ru-RU"/>
              </w:rPr>
              <w:t>және</w:t>
            </w:r>
            <w:proofErr w:type="spellEnd"/>
            <w:r w:rsidRPr="00F44AD8">
              <w:rPr>
                <w:lang w:val="ru-RU"/>
              </w:rPr>
              <w:t xml:space="preserve"> </w:t>
            </w:r>
            <w:proofErr w:type="spellStart"/>
            <w:r w:rsidRPr="00F44AD8">
              <w:rPr>
                <w:lang w:val="ru-RU"/>
              </w:rPr>
              <w:t>командалық</w:t>
            </w:r>
            <w:proofErr w:type="spellEnd"/>
            <w:r w:rsidRPr="00F44AD8">
              <w:rPr>
                <w:lang w:val="ru-RU"/>
              </w:rPr>
              <w:t xml:space="preserve"> </w:t>
            </w:r>
            <w:proofErr w:type="spellStart"/>
            <w:r w:rsidRPr="00F44AD8">
              <w:rPr>
                <w:lang w:val="ru-RU"/>
              </w:rPr>
              <w:t>жұмысқа</w:t>
            </w:r>
            <w:proofErr w:type="spellEnd"/>
            <w:r w:rsidRPr="00F44AD8">
              <w:rPr>
                <w:lang w:val="ru-RU"/>
              </w:rPr>
              <w:t xml:space="preserve"> </w:t>
            </w:r>
            <w:proofErr w:type="spellStart"/>
            <w:r w:rsidRPr="00F44AD8">
              <w:rPr>
                <w:lang w:val="ru-RU"/>
              </w:rPr>
              <w:t>арналған</w:t>
            </w:r>
            <w:proofErr w:type="spellEnd"/>
            <w:r w:rsidRPr="00F44AD8">
              <w:rPr>
                <w:lang w:val="ru-RU"/>
              </w:rPr>
              <w:t xml:space="preserve"> </w:t>
            </w:r>
            <w:proofErr w:type="spellStart"/>
            <w:r w:rsidRPr="00F44AD8">
              <w:rPr>
                <w:lang w:val="ru-RU"/>
              </w:rPr>
              <w:t>спорттық</w:t>
            </w:r>
            <w:proofErr w:type="spellEnd"/>
            <w:r w:rsidRPr="00F44AD8">
              <w:rPr>
                <w:lang w:val="ru-RU"/>
              </w:rPr>
              <w:t xml:space="preserve"> </w:t>
            </w:r>
            <w:proofErr w:type="spellStart"/>
            <w:r w:rsidRPr="00F44AD8">
              <w:rPr>
                <w:lang w:val="ru-RU"/>
              </w:rPr>
              <w:t>станциялар</w:t>
            </w:r>
            <w:proofErr w:type="spellEnd"/>
            <w:r w:rsidRPr="00F44AD8">
              <w:rPr>
                <w:lang w:val="ru-RU"/>
              </w:rPr>
              <w:t>.</w:t>
            </w:r>
          </w:p>
        </w:tc>
      </w:tr>
      <w:tr w:rsidR="00D53DD4" w:rsidRPr="00C67B66" w14:paraId="6DB375A4" w14:textId="77777777" w:rsidTr="00E56216">
        <w:trPr>
          <w:jc w:val="center"/>
        </w:trPr>
        <w:tc>
          <w:tcPr>
            <w:tcW w:w="3402" w:type="dxa"/>
          </w:tcPr>
          <w:p w14:paraId="4C56A5B5" w14:textId="77777777" w:rsidR="00D53DD4" w:rsidRPr="00D53DD4" w:rsidRDefault="00D53DD4" w:rsidP="00E56216">
            <w:pPr>
              <w:ind w:firstLine="0"/>
            </w:pPr>
            <w:proofErr w:type="spellStart"/>
            <w:r w:rsidRPr="007D2A96">
              <w:rPr>
                <w:lang w:val="ru-RU"/>
              </w:rPr>
              <w:t>Тәрбиелік</w:t>
            </w:r>
            <w:proofErr w:type="spellEnd"/>
            <w:r w:rsidRPr="00D53DD4">
              <w:t xml:space="preserve"> </w:t>
            </w:r>
            <w:proofErr w:type="spellStart"/>
            <w:r w:rsidRPr="007D2A96">
              <w:rPr>
                <w:lang w:val="ru-RU"/>
              </w:rPr>
              <w:t>іс</w:t>
            </w:r>
            <w:proofErr w:type="spellEnd"/>
            <w:r w:rsidRPr="00D53DD4">
              <w:t>-</w:t>
            </w:r>
            <w:proofErr w:type="spellStart"/>
            <w:r w:rsidRPr="007D2A96">
              <w:rPr>
                <w:lang w:val="ru-RU"/>
              </w:rPr>
              <w:t>шаралар</w:t>
            </w:r>
            <w:proofErr w:type="spellEnd"/>
            <w:r w:rsidRPr="00D53DD4">
              <w:t xml:space="preserve"> </w:t>
            </w:r>
            <w:proofErr w:type="spellStart"/>
            <w:r w:rsidRPr="007D2A96">
              <w:rPr>
                <w:lang w:val="ru-RU"/>
              </w:rPr>
              <w:t>және</w:t>
            </w:r>
            <w:proofErr w:type="spellEnd"/>
            <w:r w:rsidRPr="00D53DD4">
              <w:t xml:space="preserve"> </w:t>
            </w:r>
            <w:proofErr w:type="spellStart"/>
            <w:r w:rsidRPr="007D2A96">
              <w:rPr>
                <w:lang w:val="ru-RU"/>
              </w:rPr>
              <w:t>жобалар</w:t>
            </w:r>
            <w:proofErr w:type="spellEnd"/>
            <w:r w:rsidRPr="00D53DD4">
              <w:t xml:space="preserve"> (</w:t>
            </w:r>
            <w:proofErr w:type="spellStart"/>
            <w:r w:rsidRPr="007D2A96">
              <w:rPr>
                <w:lang w:val="ru-RU"/>
              </w:rPr>
              <w:t>кемінде</w:t>
            </w:r>
            <w:proofErr w:type="spellEnd"/>
            <w:r w:rsidRPr="00D53DD4">
              <w:t xml:space="preserve"> 2)</w:t>
            </w:r>
          </w:p>
        </w:tc>
        <w:tc>
          <w:tcPr>
            <w:tcW w:w="6379" w:type="dxa"/>
          </w:tcPr>
          <w:p w14:paraId="3320002C" w14:textId="6BCFCB16" w:rsidR="00D53DD4" w:rsidRPr="00D53DD4" w:rsidRDefault="00D53DD4" w:rsidP="00E56216">
            <w:pPr>
              <w:ind w:firstLine="0"/>
              <w:jc w:val="both"/>
            </w:pPr>
            <w:r w:rsidRPr="00D53DD4">
              <w:t>«</w:t>
            </w:r>
            <w:r>
              <w:t>Fair</w:t>
            </w:r>
            <w:r w:rsidRPr="00D53DD4">
              <w:t xml:space="preserve"> </w:t>
            </w:r>
            <w:r>
              <w:t>Play</w:t>
            </w:r>
            <w:r w:rsidRPr="00D53DD4">
              <w:t xml:space="preserve">: </w:t>
            </w:r>
            <w:proofErr w:type="spellStart"/>
            <w:r w:rsidRPr="00D20AAE">
              <w:rPr>
                <w:lang w:val="ru-RU"/>
              </w:rPr>
              <w:t>адал</w:t>
            </w:r>
            <w:proofErr w:type="spellEnd"/>
            <w:r w:rsidRPr="00D53DD4">
              <w:t xml:space="preserve"> </w:t>
            </w:r>
            <w:proofErr w:type="spellStart"/>
            <w:r w:rsidRPr="00D20AAE">
              <w:rPr>
                <w:lang w:val="ru-RU"/>
              </w:rPr>
              <w:t>ойын</w:t>
            </w:r>
            <w:proofErr w:type="spellEnd"/>
            <w:r w:rsidRPr="00D53DD4">
              <w:t xml:space="preserve"> </w:t>
            </w:r>
            <w:proofErr w:type="spellStart"/>
            <w:r w:rsidRPr="00D20AAE">
              <w:rPr>
                <w:lang w:val="ru-RU"/>
              </w:rPr>
              <w:t>және</w:t>
            </w:r>
            <w:proofErr w:type="spellEnd"/>
            <w:r w:rsidRPr="00D53DD4">
              <w:t xml:space="preserve"> </w:t>
            </w:r>
            <w:proofErr w:type="spellStart"/>
            <w:r w:rsidRPr="00D20AAE">
              <w:rPr>
                <w:lang w:val="ru-RU"/>
              </w:rPr>
              <w:t>құрмет</w:t>
            </w:r>
            <w:proofErr w:type="spellEnd"/>
            <w:r w:rsidRPr="00D53DD4">
              <w:t xml:space="preserve">» </w:t>
            </w:r>
            <w:proofErr w:type="spellStart"/>
            <w:r w:rsidRPr="00D20AAE">
              <w:rPr>
                <w:lang w:val="ru-RU"/>
              </w:rPr>
              <w:t>тәрбиелік</w:t>
            </w:r>
            <w:proofErr w:type="spellEnd"/>
            <w:r w:rsidRPr="00D53DD4">
              <w:t xml:space="preserve"> </w:t>
            </w:r>
            <w:proofErr w:type="spellStart"/>
            <w:r w:rsidRPr="00D20AAE">
              <w:rPr>
                <w:lang w:val="ru-RU"/>
              </w:rPr>
              <w:t>іс</w:t>
            </w:r>
            <w:proofErr w:type="spellEnd"/>
            <w:r w:rsidRPr="00D53DD4">
              <w:t>-</w:t>
            </w:r>
            <w:proofErr w:type="spellStart"/>
            <w:r w:rsidRPr="00D20AAE">
              <w:rPr>
                <w:lang w:val="ru-RU"/>
              </w:rPr>
              <w:t>шарасы</w:t>
            </w:r>
            <w:proofErr w:type="spellEnd"/>
            <w:r w:rsidRPr="00D53DD4">
              <w:t xml:space="preserve">. </w:t>
            </w:r>
            <w:r w:rsidRPr="00D53DD4">
              <w:br/>
            </w:r>
            <w:proofErr w:type="spellStart"/>
            <w:r w:rsidRPr="00D20AAE">
              <w:rPr>
                <w:lang w:val="ru-RU"/>
              </w:rPr>
              <w:t>Спорттық</w:t>
            </w:r>
            <w:proofErr w:type="spellEnd"/>
            <w:r w:rsidRPr="00D53DD4">
              <w:t xml:space="preserve"> </w:t>
            </w:r>
            <w:proofErr w:type="spellStart"/>
            <w:r w:rsidRPr="00D20AAE">
              <w:rPr>
                <w:lang w:val="ru-RU"/>
              </w:rPr>
              <w:t>жетістіктер</w:t>
            </w:r>
            <w:proofErr w:type="spellEnd"/>
            <w:r w:rsidRPr="00D53DD4">
              <w:t xml:space="preserve"> </w:t>
            </w:r>
            <w:proofErr w:type="spellStart"/>
            <w:r w:rsidRPr="00D20AAE">
              <w:rPr>
                <w:lang w:val="ru-RU"/>
              </w:rPr>
              <w:t>және</w:t>
            </w:r>
            <w:proofErr w:type="spellEnd"/>
            <w:r w:rsidRPr="00D53DD4">
              <w:t xml:space="preserve"> </w:t>
            </w:r>
            <w:proofErr w:type="spellStart"/>
            <w:r w:rsidRPr="00D20AAE">
              <w:rPr>
                <w:lang w:val="ru-RU"/>
              </w:rPr>
              <w:t>командаға</w:t>
            </w:r>
            <w:proofErr w:type="spellEnd"/>
            <w:r w:rsidRPr="00D53DD4">
              <w:t xml:space="preserve"> </w:t>
            </w:r>
            <w:proofErr w:type="spellStart"/>
            <w:r w:rsidRPr="00D20AAE">
              <w:rPr>
                <w:lang w:val="ru-RU"/>
              </w:rPr>
              <w:t>алғыс</w:t>
            </w:r>
            <w:proofErr w:type="spellEnd"/>
            <w:r w:rsidRPr="00D53DD4">
              <w:t xml:space="preserve"> </w:t>
            </w:r>
            <w:proofErr w:type="spellStart"/>
            <w:r w:rsidRPr="00D20AAE">
              <w:rPr>
                <w:lang w:val="ru-RU"/>
              </w:rPr>
              <w:t>айту</w:t>
            </w:r>
            <w:proofErr w:type="spellEnd"/>
            <w:r w:rsidRPr="00D53DD4">
              <w:t xml:space="preserve"> </w:t>
            </w:r>
            <w:proofErr w:type="spellStart"/>
            <w:r w:rsidRPr="00D20AAE">
              <w:rPr>
                <w:lang w:val="ru-RU"/>
              </w:rPr>
              <w:lastRenderedPageBreak/>
              <w:t>кеші</w:t>
            </w:r>
            <w:proofErr w:type="spellEnd"/>
            <w:r w:rsidRPr="00D53DD4">
              <w:t>.</w:t>
            </w:r>
          </w:p>
        </w:tc>
      </w:tr>
      <w:tr w:rsidR="00D53DD4" w:rsidRPr="00C67B66" w14:paraId="08BB26F0" w14:textId="77777777" w:rsidTr="00E56216">
        <w:trPr>
          <w:jc w:val="center"/>
        </w:trPr>
        <w:tc>
          <w:tcPr>
            <w:tcW w:w="3402" w:type="dxa"/>
          </w:tcPr>
          <w:p w14:paraId="18B516BB" w14:textId="77777777" w:rsidR="00D53DD4" w:rsidRPr="00D53DD4" w:rsidRDefault="00D53DD4" w:rsidP="00E56216">
            <w:pPr>
              <w:ind w:firstLine="0"/>
            </w:pPr>
            <w:proofErr w:type="spellStart"/>
            <w:r w:rsidRPr="007D2A96">
              <w:rPr>
                <w:lang w:val="ru-RU"/>
              </w:rPr>
              <w:lastRenderedPageBreak/>
              <w:t>Сауықтыру</w:t>
            </w:r>
            <w:proofErr w:type="spellEnd"/>
            <w:r w:rsidRPr="00D53DD4">
              <w:t xml:space="preserve"> </w:t>
            </w:r>
            <w:proofErr w:type="spellStart"/>
            <w:r w:rsidRPr="007D2A96">
              <w:rPr>
                <w:lang w:val="ru-RU"/>
              </w:rPr>
              <w:t>модулі</w:t>
            </w:r>
            <w:proofErr w:type="spellEnd"/>
            <w:r w:rsidRPr="00D53DD4">
              <w:t xml:space="preserve"> (</w:t>
            </w:r>
            <w:proofErr w:type="spellStart"/>
            <w:r w:rsidRPr="007D2A96">
              <w:rPr>
                <w:lang w:val="ru-RU"/>
              </w:rPr>
              <w:t>күніне</w:t>
            </w:r>
            <w:proofErr w:type="spellEnd"/>
            <w:r w:rsidRPr="00D53DD4">
              <w:t xml:space="preserve"> 3 </w:t>
            </w:r>
            <w:proofErr w:type="spellStart"/>
            <w:r w:rsidRPr="007D2A96">
              <w:rPr>
                <w:lang w:val="ru-RU"/>
              </w:rPr>
              <w:t>академиялық</w:t>
            </w:r>
            <w:proofErr w:type="spellEnd"/>
            <w:r w:rsidRPr="00D53DD4">
              <w:t xml:space="preserve"> </w:t>
            </w:r>
            <w:proofErr w:type="spellStart"/>
            <w:r w:rsidRPr="007D2A96">
              <w:rPr>
                <w:lang w:val="ru-RU"/>
              </w:rPr>
              <w:t>сағатқа</w:t>
            </w:r>
            <w:proofErr w:type="spellEnd"/>
            <w:r w:rsidRPr="00D53DD4">
              <w:t xml:space="preserve"> </w:t>
            </w:r>
            <w:proofErr w:type="spellStart"/>
            <w:r w:rsidRPr="007D2A96">
              <w:rPr>
                <w:lang w:val="ru-RU"/>
              </w:rPr>
              <w:t>дейін</w:t>
            </w:r>
            <w:proofErr w:type="spellEnd"/>
            <w:r w:rsidRPr="00D53DD4">
              <w:t>)</w:t>
            </w:r>
          </w:p>
        </w:tc>
        <w:tc>
          <w:tcPr>
            <w:tcW w:w="6379" w:type="dxa"/>
          </w:tcPr>
          <w:p w14:paraId="7635CB0A" w14:textId="5CDEAE9C" w:rsidR="00D53DD4" w:rsidRPr="00D53DD4" w:rsidRDefault="00D53DD4" w:rsidP="00E56216">
            <w:pPr>
              <w:ind w:firstLine="0"/>
              <w:jc w:val="both"/>
            </w:pPr>
            <w:proofErr w:type="spellStart"/>
            <w:r w:rsidRPr="00D20AAE">
              <w:rPr>
                <w:lang w:val="ru-RU"/>
              </w:rPr>
              <w:t>Таңертеңгі</w:t>
            </w:r>
            <w:proofErr w:type="spellEnd"/>
            <w:r w:rsidRPr="00D53DD4">
              <w:t xml:space="preserve"> </w:t>
            </w:r>
            <w:r w:rsidRPr="00D20AAE">
              <w:rPr>
                <w:lang w:val="ru-RU"/>
              </w:rPr>
              <w:t>жаттығу</w:t>
            </w:r>
            <w:r w:rsidRPr="00D53DD4">
              <w:t xml:space="preserve">, </w:t>
            </w:r>
            <w:proofErr w:type="spellStart"/>
            <w:r w:rsidRPr="00D20AAE">
              <w:rPr>
                <w:lang w:val="ru-RU"/>
              </w:rPr>
              <w:t>эстафеталар</w:t>
            </w:r>
            <w:proofErr w:type="spellEnd"/>
            <w:r w:rsidRPr="00D53DD4">
              <w:t xml:space="preserve">, </w:t>
            </w:r>
            <w:proofErr w:type="spellStart"/>
            <w:r w:rsidRPr="00D20AAE">
              <w:rPr>
                <w:lang w:val="ru-RU"/>
              </w:rPr>
              <w:t>қимылды</w:t>
            </w:r>
            <w:proofErr w:type="spellEnd"/>
            <w:r w:rsidRPr="00D53DD4">
              <w:t xml:space="preserve"> </w:t>
            </w:r>
            <w:proofErr w:type="spellStart"/>
            <w:r w:rsidRPr="00D20AAE">
              <w:rPr>
                <w:lang w:val="ru-RU"/>
              </w:rPr>
              <w:t>ойындар</w:t>
            </w:r>
            <w:proofErr w:type="spellEnd"/>
            <w:r w:rsidRPr="00D53DD4">
              <w:t xml:space="preserve">, </w:t>
            </w:r>
            <w:proofErr w:type="spellStart"/>
            <w:r w:rsidRPr="00D20AAE">
              <w:rPr>
                <w:lang w:val="ru-RU"/>
              </w:rPr>
              <w:t>серуен</w:t>
            </w:r>
            <w:proofErr w:type="spellEnd"/>
            <w:r w:rsidRPr="00D53DD4">
              <w:t>.</w:t>
            </w:r>
          </w:p>
        </w:tc>
      </w:tr>
      <w:tr w:rsidR="00D53DD4" w:rsidRPr="00D20AAE" w14:paraId="2ACE56B3" w14:textId="77777777" w:rsidTr="00E56216">
        <w:trPr>
          <w:jc w:val="center"/>
        </w:trPr>
        <w:tc>
          <w:tcPr>
            <w:tcW w:w="3402" w:type="dxa"/>
          </w:tcPr>
          <w:p w14:paraId="0ED172AC"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379" w:type="dxa"/>
          </w:tcPr>
          <w:p w14:paraId="1428EDC7" w14:textId="77777777" w:rsidR="00D53DD4" w:rsidRPr="00D20AAE" w:rsidRDefault="00D53DD4" w:rsidP="00E56216">
            <w:pPr>
              <w:ind w:firstLine="0"/>
              <w:rPr>
                <w:rFonts w:cs="Times New Roman"/>
                <w:vanish/>
                <w:sz w:val="24"/>
                <w:szCs w:val="24"/>
              </w:rPr>
            </w:pPr>
          </w:p>
          <w:p w14:paraId="0136B51A" w14:textId="77777777" w:rsidR="00D53DD4" w:rsidRPr="00D20AAE" w:rsidRDefault="00D53DD4" w:rsidP="00E56216">
            <w:pPr>
              <w:ind w:firstLine="0"/>
            </w:pPr>
            <w:proofErr w:type="spellStart"/>
            <w:r w:rsidRPr="00D20AAE">
              <w:rPr>
                <w:rFonts w:cs="Times New Roman"/>
                <w:szCs w:val="28"/>
              </w:rPr>
              <w:t>Қатысушылар</w:t>
            </w:r>
            <w:proofErr w:type="spellEnd"/>
            <w:r w:rsidRPr="00D20AAE">
              <w:rPr>
                <w:rFonts w:cs="Times New Roman"/>
                <w:szCs w:val="28"/>
              </w:rPr>
              <w:t xml:space="preserve"> </w:t>
            </w:r>
            <w:proofErr w:type="spellStart"/>
            <w:r w:rsidRPr="00D20AAE">
              <w:rPr>
                <w:rFonts w:cs="Times New Roman"/>
                <w:szCs w:val="28"/>
              </w:rPr>
              <w:t>жоғары</w:t>
            </w:r>
            <w:proofErr w:type="spellEnd"/>
            <w:r w:rsidRPr="00D20AAE">
              <w:rPr>
                <w:rFonts w:cs="Times New Roman"/>
                <w:szCs w:val="28"/>
              </w:rPr>
              <w:t xml:space="preserve"> </w:t>
            </w:r>
            <w:proofErr w:type="spellStart"/>
            <w:r w:rsidRPr="00D20AAE">
              <w:rPr>
                <w:rFonts w:cs="Times New Roman"/>
                <w:szCs w:val="28"/>
              </w:rPr>
              <w:t>қимыл</w:t>
            </w:r>
            <w:proofErr w:type="spellEnd"/>
            <w:r w:rsidRPr="00D20AAE">
              <w:rPr>
                <w:rFonts w:cs="Times New Roman"/>
                <w:szCs w:val="28"/>
              </w:rPr>
              <w:t xml:space="preserve"> </w:t>
            </w:r>
            <w:proofErr w:type="spellStart"/>
            <w:r w:rsidRPr="00D20AAE">
              <w:rPr>
                <w:rFonts w:cs="Times New Roman"/>
                <w:szCs w:val="28"/>
              </w:rPr>
              <w:t>белсенділігін</w:t>
            </w:r>
            <w:proofErr w:type="spellEnd"/>
            <w:r w:rsidRPr="00D20AAE">
              <w:rPr>
                <w:rFonts w:cs="Times New Roman"/>
                <w:szCs w:val="28"/>
              </w:rPr>
              <w:t xml:space="preserve"> </w:t>
            </w:r>
            <w:proofErr w:type="spellStart"/>
            <w:r w:rsidRPr="00D20AAE">
              <w:rPr>
                <w:rFonts w:cs="Times New Roman"/>
                <w:szCs w:val="28"/>
              </w:rPr>
              <w:t>және</w:t>
            </w:r>
            <w:proofErr w:type="spellEnd"/>
            <w:r w:rsidRPr="00D20AAE">
              <w:rPr>
                <w:rFonts w:cs="Times New Roman"/>
                <w:szCs w:val="28"/>
              </w:rPr>
              <w:t xml:space="preserve"> </w:t>
            </w:r>
            <w:proofErr w:type="spellStart"/>
            <w:r w:rsidRPr="00D20AAE">
              <w:rPr>
                <w:rFonts w:cs="Times New Roman"/>
                <w:szCs w:val="28"/>
              </w:rPr>
              <w:t>командалық</w:t>
            </w:r>
            <w:proofErr w:type="spellEnd"/>
            <w:r w:rsidRPr="00D20AAE">
              <w:rPr>
                <w:rFonts w:cs="Times New Roman"/>
                <w:szCs w:val="28"/>
              </w:rPr>
              <w:t xml:space="preserve"> </w:t>
            </w:r>
            <w:proofErr w:type="spellStart"/>
            <w:r w:rsidRPr="00D20AAE">
              <w:rPr>
                <w:rFonts w:cs="Times New Roman"/>
                <w:szCs w:val="28"/>
              </w:rPr>
              <w:t>қолдауды</w:t>
            </w:r>
            <w:proofErr w:type="spellEnd"/>
            <w:r w:rsidRPr="00D20AAE">
              <w:rPr>
                <w:rFonts w:cs="Times New Roman"/>
                <w:szCs w:val="28"/>
              </w:rPr>
              <w:t xml:space="preserve"> </w:t>
            </w:r>
            <w:proofErr w:type="spellStart"/>
            <w:r w:rsidRPr="00D20AAE">
              <w:rPr>
                <w:rFonts w:cs="Times New Roman"/>
                <w:szCs w:val="28"/>
              </w:rPr>
              <w:t>көрсетті</w:t>
            </w:r>
            <w:proofErr w:type="spellEnd"/>
            <w:r w:rsidRPr="00D20AAE">
              <w:rPr>
                <w:rFonts w:cs="Times New Roman"/>
                <w:szCs w:val="28"/>
              </w:rPr>
              <w:t>.</w:t>
            </w:r>
          </w:p>
        </w:tc>
      </w:tr>
    </w:tbl>
    <w:p w14:paraId="48E0E9F8" w14:textId="77777777" w:rsidR="00D53DD4" w:rsidRPr="00A81E3F" w:rsidRDefault="00D53DD4" w:rsidP="00D53DD4">
      <w:pPr>
        <w:pStyle w:val="31"/>
        <w:rPr>
          <w:lang w:val="ru-RU"/>
        </w:rPr>
      </w:pPr>
      <w:r w:rsidRPr="00A81E3F">
        <w:rPr>
          <w:rFonts w:eastAsia="Times New Roman"/>
          <w:lang w:val="ru-RU"/>
        </w:rPr>
        <w:t xml:space="preserve">5 </w:t>
      </w:r>
      <w:r>
        <w:rPr>
          <w:rFonts w:eastAsia="Times New Roman"/>
          <w:lang w:val="kk-KZ"/>
        </w:rPr>
        <w:t>күн</w:t>
      </w:r>
      <w:r w:rsidRPr="00A81E3F">
        <w:rPr>
          <w:rFonts w:eastAsia="Times New Roman"/>
          <w:lang w:val="ru-RU"/>
        </w:rPr>
        <w:t>. «</w:t>
      </w:r>
      <w:proofErr w:type="spellStart"/>
      <w:r w:rsidRPr="00A81E3F">
        <w:rPr>
          <w:rFonts w:eastAsia="Times New Roman"/>
          <w:lang w:val="ru-RU"/>
        </w:rPr>
        <w:t>Бағдар</w:t>
      </w:r>
      <w:proofErr w:type="spellEnd"/>
      <w:r w:rsidRPr="00A81E3F">
        <w:rPr>
          <w:rFonts w:eastAsia="Times New Roman"/>
          <w:lang w:val="ru-RU"/>
        </w:rPr>
        <w:t xml:space="preserve"> </w:t>
      </w:r>
      <w:proofErr w:type="spellStart"/>
      <w:r w:rsidRPr="00A81E3F">
        <w:rPr>
          <w:rFonts w:eastAsia="Times New Roman"/>
          <w:lang w:val="ru-RU"/>
        </w:rPr>
        <w:t>және</w:t>
      </w:r>
      <w:proofErr w:type="spellEnd"/>
      <w:r w:rsidRPr="00A81E3F">
        <w:rPr>
          <w:rFonts w:eastAsia="Times New Roman"/>
          <w:lang w:val="ru-RU"/>
        </w:rPr>
        <w:t xml:space="preserve"> карта» - </w:t>
      </w:r>
      <w:proofErr w:type="spellStart"/>
      <w:r>
        <w:rPr>
          <w:rFonts w:eastAsia="Times New Roman"/>
          <w:lang w:val="ru-RU"/>
        </w:rPr>
        <w:t>бағдарлау</w:t>
      </w:r>
      <w:proofErr w:type="spellEnd"/>
      <w:r>
        <w:rPr>
          <w:rFonts w:eastAsia="Times New Roman"/>
          <w:lang w:val="ru-RU"/>
        </w:rPr>
        <w:t xml:space="preserve"> </w:t>
      </w:r>
      <w:proofErr w:type="spellStart"/>
      <w:r>
        <w:rPr>
          <w:rFonts w:eastAsia="Times New Roman"/>
          <w:lang w:val="ru-RU"/>
        </w:rPr>
        <w:t>күні</w:t>
      </w:r>
      <w:proofErr w:type="spellEnd"/>
    </w:p>
    <w:tbl>
      <w:tblPr>
        <w:tblStyle w:val="aff0"/>
        <w:tblW w:w="0" w:type="auto"/>
        <w:jc w:val="center"/>
        <w:tblLook w:val="04A0" w:firstRow="1" w:lastRow="0" w:firstColumn="1" w:lastColumn="0" w:noHBand="0" w:noVBand="1"/>
      </w:tblPr>
      <w:tblGrid>
        <w:gridCol w:w="3402"/>
        <w:gridCol w:w="6379"/>
      </w:tblGrid>
      <w:tr w:rsidR="00D53DD4" w14:paraId="6EAC8DC8" w14:textId="77777777" w:rsidTr="00E56216">
        <w:trPr>
          <w:tblHeader/>
          <w:jc w:val="center"/>
        </w:trPr>
        <w:tc>
          <w:tcPr>
            <w:tcW w:w="3402" w:type="dxa"/>
            <w:shd w:val="clear" w:color="auto" w:fill="D9EAD3"/>
          </w:tcPr>
          <w:p w14:paraId="777CA55F" w14:textId="77777777" w:rsidR="00D53DD4" w:rsidRDefault="00D53DD4" w:rsidP="00E56216">
            <w:pPr>
              <w:ind w:firstLine="0"/>
              <w:jc w:val="center"/>
            </w:pPr>
            <w:r>
              <w:rPr>
                <w:b/>
                <w:szCs w:val="28"/>
                <w:lang w:val="kk-KZ"/>
              </w:rPr>
              <w:t>Күннің құрамдас бөлігі</w:t>
            </w:r>
          </w:p>
        </w:tc>
        <w:tc>
          <w:tcPr>
            <w:tcW w:w="6379" w:type="dxa"/>
            <w:shd w:val="clear" w:color="auto" w:fill="D9EAD3"/>
          </w:tcPr>
          <w:p w14:paraId="03E1209B" w14:textId="77777777" w:rsidR="00D53DD4" w:rsidRDefault="00D53DD4" w:rsidP="00E56216">
            <w:pPr>
              <w:ind w:firstLine="0"/>
              <w:jc w:val="center"/>
            </w:pPr>
            <w:r w:rsidRPr="003F7BF7">
              <w:rPr>
                <w:b/>
                <w:szCs w:val="28"/>
                <w:lang w:val="kk-KZ"/>
              </w:rPr>
              <w:t>Мазмұны</w:t>
            </w:r>
          </w:p>
        </w:tc>
      </w:tr>
      <w:tr w:rsidR="00D53DD4" w14:paraId="1701C858" w14:textId="77777777" w:rsidTr="00E56216">
        <w:trPr>
          <w:jc w:val="center"/>
        </w:trPr>
        <w:tc>
          <w:tcPr>
            <w:tcW w:w="3402" w:type="dxa"/>
          </w:tcPr>
          <w:p w14:paraId="6CC829B0"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379" w:type="dxa"/>
          </w:tcPr>
          <w:p w14:paraId="55F444D7" w14:textId="4CC0A6D0" w:rsidR="00D53DD4" w:rsidRDefault="00D53DD4" w:rsidP="00E56216">
            <w:pPr>
              <w:ind w:firstLine="0"/>
              <w:jc w:val="both"/>
            </w:pPr>
            <w:r>
              <w:t>«</w:t>
            </w:r>
            <w:proofErr w:type="spellStart"/>
            <w:r>
              <w:t>Бағдарлар</w:t>
            </w:r>
            <w:proofErr w:type="spellEnd"/>
            <w:r>
              <w:t xml:space="preserve">, </w:t>
            </w:r>
            <w:proofErr w:type="spellStart"/>
            <w:r>
              <w:t>аумақ</w:t>
            </w:r>
            <w:proofErr w:type="spellEnd"/>
            <w:r>
              <w:t xml:space="preserve"> </w:t>
            </w:r>
            <w:proofErr w:type="spellStart"/>
            <w:r>
              <w:t>сызбасы</w:t>
            </w:r>
            <w:proofErr w:type="spellEnd"/>
            <w:r>
              <w:t xml:space="preserve"> </w:t>
            </w:r>
            <w:proofErr w:type="spellStart"/>
            <w:r>
              <w:t>және</w:t>
            </w:r>
            <w:proofErr w:type="spellEnd"/>
            <w:r>
              <w:t xml:space="preserve"> </w:t>
            </w:r>
            <w:proofErr w:type="spellStart"/>
            <w:r>
              <w:t>маршрут</w:t>
            </w:r>
            <w:proofErr w:type="spellEnd"/>
            <w:r>
              <w:t xml:space="preserve"> </w:t>
            </w:r>
            <w:proofErr w:type="spellStart"/>
            <w:r>
              <w:t>парағы</w:t>
            </w:r>
            <w:proofErr w:type="spellEnd"/>
            <w:r>
              <w:t xml:space="preserve">» </w:t>
            </w:r>
            <w:proofErr w:type="spellStart"/>
            <w:r>
              <w:t>дамытушы</w:t>
            </w:r>
            <w:proofErr w:type="spellEnd"/>
            <w:r>
              <w:t xml:space="preserve"> </w:t>
            </w:r>
            <w:proofErr w:type="spellStart"/>
            <w:r>
              <w:t>сабағы</w:t>
            </w:r>
            <w:proofErr w:type="spellEnd"/>
            <w:r>
              <w:t xml:space="preserve">. </w:t>
            </w:r>
            <w:r>
              <w:br/>
              <w:t>«</w:t>
            </w:r>
            <w:proofErr w:type="spellStart"/>
            <w:r>
              <w:t>Бағдарды</w:t>
            </w:r>
            <w:proofErr w:type="spellEnd"/>
            <w:r>
              <w:t xml:space="preserve"> </w:t>
            </w:r>
            <w:proofErr w:type="spellStart"/>
            <w:r>
              <w:t>тап</w:t>
            </w:r>
            <w:proofErr w:type="spellEnd"/>
            <w:r>
              <w:t xml:space="preserve">» </w:t>
            </w:r>
            <w:proofErr w:type="spellStart"/>
            <w:r>
              <w:t>танымдық</w:t>
            </w:r>
            <w:proofErr w:type="spellEnd"/>
            <w:r>
              <w:t xml:space="preserve"> </w:t>
            </w:r>
            <w:proofErr w:type="spellStart"/>
            <w:r>
              <w:t>ойыны</w:t>
            </w:r>
            <w:proofErr w:type="spellEnd"/>
            <w:r>
              <w:t>.</w:t>
            </w:r>
          </w:p>
        </w:tc>
      </w:tr>
      <w:tr w:rsidR="00D53DD4" w:rsidRPr="00655EAC" w14:paraId="13DB2FD1" w14:textId="77777777" w:rsidTr="00E56216">
        <w:trPr>
          <w:jc w:val="center"/>
        </w:trPr>
        <w:tc>
          <w:tcPr>
            <w:tcW w:w="3402" w:type="dxa"/>
          </w:tcPr>
          <w:p w14:paraId="3A6FA273" w14:textId="084063CF" w:rsidR="00D53DD4" w:rsidRPr="00A81E3F" w:rsidRDefault="00DD6E9B" w:rsidP="00E56216">
            <w:pPr>
              <w:ind w:firstLine="0"/>
              <w:rPr>
                <w:lang w:val="ru-RU"/>
              </w:rPr>
            </w:pPr>
            <w:r>
              <w:rPr>
                <w:lang w:val="kk-KZ"/>
              </w:rPr>
              <w:t>Тәжірибелі</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379" w:type="dxa"/>
          </w:tcPr>
          <w:p w14:paraId="67B7DE61" w14:textId="48C56A62" w:rsidR="00D53DD4" w:rsidRPr="00AA3F7C" w:rsidRDefault="00195065" w:rsidP="00E56216">
            <w:pPr>
              <w:ind w:firstLine="0"/>
              <w:jc w:val="both"/>
              <w:rPr>
                <w:lang w:val="ru-RU"/>
              </w:rPr>
            </w:pPr>
            <w:r>
              <w:rPr>
                <w:lang w:val="ru-RU"/>
              </w:rPr>
              <w:t>ББСО</w:t>
            </w:r>
            <w:r w:rsidR="00D53DD4" w:rsidRPr="00AA3F7C">
              <w:rPr>
                <w:lang w:val="ru-RU"/>
              </w:rPr>
              <w:t xml:space="preserve"> </w:t>
            </w:r>
            <w:proofErr w:type="spellStart"/>
            <w:r w:rsidR="00D53DD4" w:rsidRPr="00AA3F7C">
              <w:rPr>
                <w:lang w:val="ru-RU"/>
              </w:rPr>
              <w:t>аумағының</w:t>
            </w:r>
            <w:proofErr w:type="spellEnd"/>
            <w:r w:rsidR="00D53DD4" w:rsidRPr="00AA3F7C">
              <w:rPr>
                <w:lang w:val="ru-RU"/>
              </w:rPr>
              <w:t xml:space="preserve"> </w:t>
            </w:r>
            <w:proofErr w:type="spellStart"/>
            <w:r w:rsidR="00D53DD4" w:rsidRPr="00AA3F7C">
              <w:rPr>
                <w:lang w:val="ru-RU"/>
              </w:rPr>
              <w:t>сызбасымен</w:t>
            </w:r>
            <w:proofErr w:type="spellEnd"/>
            <w:r w:rsidR="00D53DD4" w:rsidRPr="00AA3F7C">
              <w:rPr>
                <w:lang w:val="ru-RU"/>
              </w:rPr>
              <w:t xml:space="preserve"> </w:t>
            </w:r>
            <w:proofErr w:type="spellStart"/>
            <w:r w:rsidR="00D53DD4" w:rsidRPr="00AA3F7C">
              <w:rPr>
                <w:lang w:val="ru-RU"/>
              </w:rPr>
              <w:t>жұмыс</w:t>
            </w:r>
            <w:proofErr w:type="spellEnd"/>
            <w:r w:rsidR="00D53DD4" w:rsidRPr="00AA3F7C">
              <w:rPr>
                <w:lang w:val="ru-RU"/>
              </w:rPr>
              <w:t xml:space="preserve">. </w:t>
            </w:r>
            <w:r w:rsidR="00D53DD4" w:rsidRPr="00AA3F7C">
              <w:rPr>
                <w:lang w:val="ru-RU"/>
              </w:rPr>
              <w:br/>
            </w:r>
            <w:proofErr w:type="spellStart"/>
            <w:r w:rsidR="00D53DD4" w:rsidRPr="00AA3F7C">
              <w:rPr>
                <w:lang w:val="ru-RU"/>
              </w:rPr>
              <w:t>Командалық</w:t>
            </w:r>
            <w:proofErr w:type="spellEnd"/>
            <w:r w:rsidR="00D53DD4" w:rsidRPr="00AA3F7C">
              <w:rPr>
                <w:lang w:val="ru-RU"/>
              </w:rPr>
              <w:t xml:space="preserve"> </w:t>
            </w:r>
            <w:proofErr w:type="spellStart"/>
            <w:r w:rsidR="00D53DD4" w:rsidRPr="00AA3F7C">
              <w:rPr>
                <w:lang w:val="ru-RU"/>
              </w:rPr>
              <w:t>бағдарлау</w:t>
            </w:r>
            <w:proofErr w:type="spellEnd"/>
            <w:r w:rsidR="00D53DD4" w:rsidRPr="00AA3F7C">
              <w:rPr>
                <w:lang w:val="ru-RU"/>
              </w:rPr>
              <w:t xml:space="preserve"> </w:t>
            </w:r>
            <w:proofErr w:type="spellStart"/>
            <w:r w:rsidR="00D53DD4" w:rsidRPr="00AA3F7C">
              <w:rPr>
                <w:lang w:val="ru-RU"/>
              </w:rPr>
              <w:t>немесе</w:t>
            </w:r>
            <w:proofErr w:type="spellEnd"/>
            <w:r w:rsidR="00D53DD4" w:rsidRPr="00AA3F7C">
              <w:rPr>
                <w:lang w:val="ru-RU"/>
              </w:rPr>
              <w:t xml:space="preserve"> </w:t>
            </w:r>
            <w:r>
              <w:rPr>
                <w:lang w:val="ru-RU"/>
              </w:rPr>
              <w:t>ББСО</w:t>
            </w:r>
            <w:r w:rsidR="00D53DD4" w:rsidRPr="00AA3F7C">
              <w:rPr>
                <w:lang w:val="ru-RU"/>
              </w:rPr>
              <w:t xml:space="preserve"> </w:t>
            </w:r>
            <w:proofErr w:type="spellStart"/>
            <w:r w:rsidR="00D53DD4" w:rsidRPr="00AA3F7C">
              <w:rPr>
                <w:lang w:val="ru-RU"/>
              </w:rPr>
              <w:t>аумағында</w:t>
            </w:r>
            <w:proofErr w:type="spellEnd"/>
            <w:r w:rsidR="00D53DD4" w:rsidRPr="00AA3F7C">
              <w:rPr>
                <w:lang w:val="ru-RU"/>
              </w:rPr>
              <w:t xml:space="preserve"> </w:t>
            </w:r>
            <w:proofErr w:type="spellStart"/>
            <w:r w:rsidR="00D53DD4" w:rsidRPr="00AA3F7C">
              <w:rPr>
                <w:lang w:val="ru-RU"/>
              </w:rPr>
              <w:t>маршруттық</w:t>
            </w:r>
            <w:proofErr w:type="spellEnd"/>
            <w:r w:rsidR="00D53DD4" w:rsidRPr="00AA3F7C">
              <w:rPr>
                <w:lang w:val="ru-RU"/>
              </w:rPr>
              <w:t xml:space="preserve"> </w:t>
            </w:r>
            <w:proofErr w:type="spellStart"/>
            <w:r w:rsidR="00D53DD4" w:rsidRPr="00AA3F7C">
              <w:rPr>
                <w:lang w:val="ru-RU"/>
              </w:rPr>
              <w:t>ойын</w:t>
            </w:r>
            <w:proofErr w:type="spellEnd"/>
            <w:r w:rsidR="00D53DD4" w:rsidRPr="00AA3F7C">
              <w:rPr>
                <w:lang w:val="ru-RU"/>
              </w:rPr>
              <w:t>.</w:t>
            </w:r>
          </w:p>
        </w:tc>
      </w:tr>
      <w:tr w:rsidR="00D53DD4" w:rsidRPr="00655EAC" w14:paraId="6620B5CC" w14:textId="77777777" w:rsidTr="00E56216">
        <w:trPr>
          <w:jc w:val="center"/>
        </w:trPr>
        <w:tc>
          <w:tcPr>
            <w:tcW w:w="3402" w:type="dxa"/>
          </w:tcPr>
          <w:p w14:paraId="5AC63313" w14:textId="77777777" w:rsidR="00D53DD4" w:rsidRPr="00A81E3F" w:rsidRDefault="00D53DD4" w:rsidP="00E56216">
            <w:pPr>
              <w:ind w:firstLine="0"/>
              <w:rPr>
                <w:lang w:val="ru-RU"/>
              </w:rPr>
            </w:pPr>
            <w:proofErr w:type="spellStart"/>
            <w:r w:rsidRPr="007D2A96">
              <w:rPr>
                <w:lang w:val="ru-RU"/>
              </w:rPr>
              <w:t>Тәрбиелік</w:t>
            </w:r>
            <w:proofErr w:type="spellEnd"/>
            <w:r w:rsidRPr="007D2A96">
              <w:rPr>
                <w:lang w:val="ru-RU"/>
              </w:rPr>
              <w:t xml:space="preserve"> </w:t>
            </w:r>
            <w:proofErr w:type="spellStart"/>
            <w:r w:rsidRPr="007D2A96">
              <w:rPr>
                <w:lang w:val="ru-RU"/>
              </w:rPr>
              <w:t>іс-шаралар</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жобалар</w:t>
            </w:r>
            <w:proofErr w:type="spellEnd"/>
            <w:r w:rsidRPr="007D2A96">
              <w:rPr>
                <w:lang w:val="ru-RU"/>
              </w:rPr>
              <w:t xml:space="preserve"> (</w:t>
            </w:r>
            <w:proofErr w:type="spellStart"/>
            <w:r w:rsidRPr="007D2A96">
              <w:rPr>
                <w:lang w:val="ru-RU"/>
              </w:rPr>
              <w:t>кемінде</w:t>
            </w:r>
            <w:proofErr w:type="spellEnd"/>
            <w:r w:rsidRPr="007D2A96">
              <w:rPr>
                <w:lang w:val="ru-RU"/>
              </w:rPr>
              <w:t xml:space="preserve"> 2)</w:t>
            </w:r>
          </w:p>
        </w:tc>
        <w:tc>
          <w:tcPr>
            <w:tcW w:w="6379" w:type="dxa"/>
          </w:tcPr>
          <w:p w14:paraId="00A24B0E" w14:textId="7CDE9D02" w:rsidR="00D53DD4" w:rsidRDefault="00D53DD4" w:rsidP="00E56216">
            <w:pPr>
              <w:ind w:firstLine="0"/>
              <w:jc w:val="both"/>
              <w:rPr>
                <w:lang w:val="ru-RU"/>
              </w:rPr>
            </w:pPr>
            <w:r w:rsidRPr="00AA3F7C">
              <w:rPr>
                <w:lang w:val="ru-RU"/>
              </w:rPr>
              <w:t>«</w:t>
            </w:r>
            <w:proofErr w:type="spellStart"/>
            <w:r w:rsidRPr="00AA3F7C">
              <w:rPr>
                <w:lang w:val="ru-RU"/>
              </w:rPr>
              <w:t>Маршруттық</w:t>
            </w:r>
            <w:proofErr w:type="spellEnd"/>
            <w:r w:rsidRPr="00AA3F7C">
              <w:rPr>
                <w:lang w:val="ru-RU"/>
              </w:rPr>
              <w:t xml:space="preserve"> </w:t>
            </w:r>
            <w:proofErr w:type="spellStart"/>
            <w:r w:rsidRPr="00AA3F7C">
              <w:rPr>
                <w:lang w:val="ru-RU"/>
              </w:rPr>
              <w:t>тәртіп</w:t>
            </w:r>
            <w:proofErr w:type="spellEnd"/>
            <w:r w:rsidRPr="00AA3F7C">
              <w:rPr>
                <w:lang w:val="ru-RU"/>
              </w:rPr>
              <w:t xml:space="preserve"> </w:t>
            </w:r>
            <w:proofErr w:type="spellStart"/>
            <w:r w:rsidRPr="00AA3F7C">
              <w:rPr>
                <w:lang w:val="ru-RU"/>
              </w:rPr>
              <w:t>және</w:t>
            </w:r>
            <w:proofErr w:type="spellEnd"/>
            <w:r w:rsidRPr="00AA3F7C">
              <w:rPr>
                <w:lang w:val="ru-RU"/>
              </w:rPr>
              <w:t xml:space="preserve"> </w:t>
            </w:r>
            <w:proofErr w:type="spellStart"/>
            <w:r w:rsidRPr="00AA3F7C">
              <w:rPr>
                <w:lang w:val="ru-RU"/>
              </w:rPr>
              <w:t>өзара</w:t>
            </w:r>
            <w:proofErr w:type="spellEnd"/>
            <w:r w:rsidRPr="00AA3F7C">
              <w:rPr>
                <w:lang w:val="ru-RU"/>
              </w:rPr>
              <w:t xml:space="preserve"> </w:t>
            </w:r>
            <w:proofErr w:type="spellStart"/>
            <w:r w:rsidRPr="00AA3F7C">
              <w:rPr>
                <w:lang w:val="ru-RU"/>
              </w:rPr>
              <w:t>көмек</w:t>
            </w:r>
            <w:proofErr w:type="spellEnd"/>
            <w:r w:rsidRPr="00AA3F7C">
              <w:rPr>
                <w:lang w:val="ru-RU"/>
              </w:rPr>
              <w:t xml:space="preserve">» </w:t>
            </w:r>
            <w:proofErr w:type="spellStart"/>
            <w:r w:rsidRPr="00AA3F7C">
              <w:rPr>
                <w:lang w:val="ru-RU"/>
              </w:rPr>
              <w:t>тәрбиелік</w:t>
            </w:r>
            <w:proofErr w:type="spellEnd"/>
            <w:r w:rsidRPr="00AA3F7C">
              <w:rPr>
                <w:lang w:val="ru-RU"/>
              </w:rPr>
              <w:t xml:space="preserve"> </w:t>
            </w:r>
            <w:proofErr w:type="spellStart"/>
            <w:r w:rsidRPr="00AA3F7C">
              <w:rPr>
                <w:lang w:val="ru-RU"/>
              </w:rPr>
              <w:t>әңгіме</w:t>
            </w:r>
            <w:proofErr w:type="spellEnd"/>
            <w:r w:rsidRPr="00AA3F7C">
              <w:rPr>
                <w:lang w:val="ru-RU"/>
              </w:rPr>
              <w:t>.</w:t>
            </w:r>
          </w:p>
          <w:p w14:paraId="6D2601D2" w14:textId="5E2F329E" w:rsidR="00D53DD4" w:rsidRPr="00AA3F7C" w:rsidRDefault="00D53DD4" w:rsidP="00E56216">
            <w:pPr>
              <w:ind w:firstLine="0"/>
              <w:jc w:val="both"/>
              <w:rPr>
                <w:lang w:val="ru-RU"/>
              </w:rPr>
            </w:pPr>
            <w:r w:rsidRPr="00AA3F7C">
              <w:rPr>
                <w:lang w:val="ru-RU"/>
              </w:rPr>
              <w:t>«</w:t>
            </w:r>
            <w:proofErr w:type="spellStart"/>
            <w:r w:rsidRPr="00AA3F7C">
              <w:rPr>
                <w:lang w:val="ru-RU"/>
              </w:rPr>
              <w:t>Бізге</w:t>
            </w:r>
            <w:proofErr w:type="spellEnd"/>
            <w:r w:rsidRPr="00AA3F7C">
              <w:rPr>
                <w:lang w:val="ru-RU"/>
              </w:rPr>
              <w:t xml:space="preserve"> </w:t>
            </w:r>
            <w:proofErr w:type="spellStart"/>
            <w:r w:rsidRPr="00AA3F7C">
              <w:rPr>
                <w:lang w:val="ru-RU"/>
              </w:rPr>
              <w:t>жолдан</w:t>
            </w:r>
            <w:proofErr w:type="spellEnd"/>
            <w:r w:rsidRPr="00AA3F7C">
              <w:rPr>
                <w:lang w:val="ru-RU"/>
              </w:rPr>
              <w:t xml:space="preserve"> </w:t>
            </w:r>
            <w:proofErr w:type="spellStart"/>
            <w:r w:rsidRPr="00AA3F7C">
              <w:rPr>
                <w:lang w:val="ru-RU"/>
              </w:rPr>
              <w:t>таймауға</w:t>
            </w:r>
            <w:proofErr w:type="spellEnd"/>
            <w:r w:rsidRPr="00AA3F7C">
              <w:rPr>
                <w:lang w:val="ru-RU"/>
              </w:rPr>
              <w:t xml:space="preserve"> не </w:t>
            </w:r>
            <w:proofErr w:type="spellStart"/>
            <w:r w:rsidRPr="00AA3F7C">
              <w:rPr>
                <w:lang w:val="ru-RU"/>
              </w:rPr>
              <w:t>көмектесті</w:t>
            </w:r>
            <w:proofErr w:type="spellEnd"/>
            <w:r w:rsidRPr="00AA3F7C">
              <w:rPr>
                <w:lang w:val="ru-RU"/>
              </w:rPr>
              <w:t xml:space="preserve">» </w:t>
            </w:r>
            <w:proofErr w:type="spellStart"/>
            <w:r>
              <w:rPr>
                <w:lang w:val="ru-RU"/>
              </w:rPr>
              <w:t>кері</w:t>
            </w:r>
            <w:proofErr w:type="spellEnd"/>
            <w:r>
              <w:rPr>
                <w:lang w:val="ru-RU"/>
              </w:rPr>
              <w:t xml:space="preserve"> </w:t>
            </w:r>
            <w:proofErr w:type="spellStart"/>
            <w:r>
              <w:rPr>
                <w:lang w:val="ru-RU"/>
              </w:rPr>
              <w:t>байланысы</w:t>
            </w:r>
            <w:proofErr w:type="spellEnd"/>
            <w:r w:rsidRPr="00AA3F7C">
              <w:rPr>
                <w:lang w:val="ru-RU"/>
              </w:rPr>
              <w:t>.</w:t>
            </w:r>
          </w:p>
        </w:tc>
      </w:tr>
      <w:tr w:rsidR="00D53DD4" w:rsidRPr="00655EAC" w14:paraId="3DB90474" w14:textId="77777777" w:rsidTr="00E56216">
        <w:trPr>
          <w:jc w:val="center"/>
        </w:trPr>
        <w:tc>
          <w:tcPr>
            <w:tcW w:w="3402" w:type="dxa"/>
          </w:tcPr>
          <w:p w14:paraId="0FEB36B1" w14:textId="77777777" w:rsidR="00D53DD4" w:rsidRPr="00655EAC" w:rsidRDefault="00D53DD4" w:rsidP="00E56216">
            <w:pPr>
              <w:ind w:firstLine="0"/>
              <w:rPr>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379" w:type="dxa"/>
          </w:tcPr>
          <w:p w14:paraId="4D9DE723" w14:textId="18B6032E" w:rsidR="00D53DD4" w:rsidRPr="00655EAC" w:rsidRDefault="00D53DD4" w:rsidP="00E56216">
            <w:pPr>
              <w:ind w:firstLine="0"/>
              <w:jc w:val="both"/>
              <w:rPr>
                <w:lang w:val="ru-RU"/>
              </w:rPr>
            </w:pPr>
            <w:proofErr w:type="spellStart"/>
            <w:r w:rsidRPr="00AA3F7C">
              <w:rPr>
                <w:lang w:val="ru-RU"/>
              </w:rPr>
              <w:t>Таңертеңгі</w:t>
            </w:r>
            <w:proofErr w:type="spellEnd"/>
            <w:r w:rsidRPr="00655EAC">
              <w:rPr>
                <w:lang w:val="ru-RU"/>
              </w:rPr>
              <w:t xml:space="preserve"> </w:t>
            </w:r>
            <w:r w:rsidRPr="00AA3F7C">
              <w:rPr>
                <w:lang w:val="ru-RU"/>
              </w:rPr>
              <w:t>жаттығу</w:t>
            </w:r>
            <w:r w:rsidRPr="00655EAC">
              <w:rPr>
                <w:lang w:val="ru-RU"/>
              </w:rPr>
              <w:t xml:space="preserve">, </w:t>
            </w:r>
            <w:proofErr w:type="spellStart"/>
            <w:r w:rsidRPr="00AA3F7C">
              <w:rPr>
                <w:lang w:val="ru-RU"/>
              </w:rPr>
              <w:t>бағдар</w:t>
            </w:r>
            <w:proofErr w:type="spellEnd"/>
            <w:r w:rsidRPr="00655EAC">
              <w:rPr>
                <w:lang w:val="ru-RU"/>
              </w:rPr>
              <w:t xml:space="preserve"> </w:t>
            </w:r>
            <w:proofErr w:type="spellStart"/>
            <w:r w:rsidRPr="00AA3F7C">
              <w:rPr>
                <w:lang w:val="ru-RU"/>
              </w:rPr>
              <w:t>элементтері</w:t>
            </w:r>
            <w:proofErr w:type="spellEnd"/>
            <w:r w:rsidRPr="00655EAC">
              <w:rPr>
                <w:lang w:val="ru-RU"/>
              </w:rPr>
              <w:t xml:space="preserve"> </w:t>
            </w:r>
            <w:r w:rsidRPr="00AA3F7C">
              <w:rPr>
                <w:lang w:val="ru-RU"/>
              </w:rPr>
              <w:t>бар</w:t>
            </w:r>
            <w:r w:rsidRPr="00655EAC">
              <w:rPr>
                <w:lang w:val="ru-RU"/>
              </w:rPr>
              <w:t xml:space="preserve"> </w:t>
            </w:r>
            <w:proofErr w:type="spellStart"/>
            <w:r w:rsidRPr="00AA3F7C">
              <w:rPr>
                <w:lang w:val="ru-RU"/>
              </w:rPr>
              <w:t>серуен</w:t>
            </w:r>
            <w:proofErr w:type="spellEnd"/>
            <w:r w:rsidRPr="00655EAC">
              <w:rPr>
                <w:lang w:val="ru-RU"/>
              </w:rPr>
              <w:t xml:space="preserve">, </w:t>
            </w:r>
            <w:proofErr w:type="spellStart"/>
            <w:r w:rsidRPr="00AA3F7C">
              <w:rPr>
                <w:lang w:val="ru-RU"/>
              </w:rPr>
              <w:t>зейінге</w:t>
            </w:r>
            <w:proofErr w:type="spellEnd"/>
            <w:r w:rsidRPr="00655EAC">
              <w:rPr>
                <w:lang w:val="ru-RU"/>
              </w:rPr>
              <w:t xml:space="preserve"> </w:t>
            </w:r>
            <w:proofErr w:type="spellStart"/>
            <w:r w:rsidRPr="00AA3F7C">
              <w:rPr>
                <w:lang w:val="ru-RU"/>
              </w:rPr>
              <w:t>арналған</w:t>
            </w:r>
            <w:proofErr w:type="spellEnd"/>
            <w:r w:rsidRPr="00655EAC">
              <w:rPr>
                <w:lang w:val="ru-RU"/>
              </w:rPr>
              <w:t xml:space="preserve"> </w:t>
            </w:r>
            <w:proofErr w:type="spellStart"/>
            <w:r w:rsidRPr="00AA3F7C">
              <w:rPr>
                <w:lang w:val="ru-RU"/>
              </w:rPr>
              <w:t>қимылды</w:t>
            </w:r>
            <w:proofErr w:type="spellEnd"/>
            <w:r w:rsidRPr="00655EAC">
              <w:rPr>
                <w:lang w:val="ru-RU"/>
              </w:rPr>
              <w:t xml:space="preserve"> </w:t>
            </w:r>
            <w:proofErr w:type="spellStart"/>
            <w:r w:rsidRPr="00AA3F7C">
              <w:rPr>
                <w:lang w:val="ru-RU"/>
              </w:rPr>
              <w:t>ойындар</w:t>
            </w:r>
            <w:proofErr w:type="spellEnd"/>
            <w:r w:rsidRPr="00655EAC">
              <w:rPr>
                <w:lang w:val="ru-RU"/>
              </w:rPr>
              <w:t>.</w:t>
            </w:r>
          </w:p>
        </w:tc>
      </w:tr>
      <w:tr w:rsidR="00D53DD4" w:rsidRPr="00655EAC" w14:paraId="532EFFE2" w14:textId="77777777" w:rsidTr="00E56216">
        <w:trPr>
          <w:jc w:val="center"/>
        </w:trPr>
        <w:tc>
          <w:tcPr>
            <w:tcW w:w="3402" w:type="dxa"/>
          </w:tcPr>
          <w:p w14:paraId="7DECAEB4"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379" w:type="dxa"/>
          </w:tcPr>
          <w:p w14:paraId="7BF7240D" w14:textId="77777777" w:rsidR="00D53DD4" w:rsidRPr="00AA3F7C" w:rsidRDefault="00D53DD4" w:rsidP="00E56216">
            <w:pPr>
              <w:ind w:firstLine="0"/>
              <w:jc w:val="both"/>
              <w:rPr>
                <w:lang w:val="ru-RU"/>
              </w:rPr>
            </w:pPr>
            <w:proofErr w:type="spellStart"/>
            <w:r w:rsidRPr="00AA3F7C">
              <w:rPr>
                <w:lang w:val="ru-RU"/>
              </w:rPr>
              <w:t>Командалар</w:t>
            </w:r>
            <w:proofErr w:type="spellEnd"/>
            <w:r w:rsidRPr="00AA3F7C">
              <w:rPr>
                <w:lang w:val="ru-RU"/>
              </w:rPr>
              <w:t xml:space="preserve"> маршрут </w:t>
            </w:r>
            <w:proofErr w:type="spellStart"/>
            <w:r w:rsidRPr="00AA3F7C">
              <w:rPr>
                <w:lang w:val="ru-RU"/>
              </w:rPr>
              <w:t>сызбасын</w:t>
            </w:r>
            <w:proofErr w:type="spellEnd"/>
            <w:r w:rsidRPr="00AA3F7C">
              <w:rPr>
                <w:lang w:val="ru-RU"/>
              </w:rPr>
              <w:t xml:space="preserve"> </w:t>
            </w:r>
            <w:proofErr w:type="spellStart"/>
            <w:r w:rsidRPr="00AA3F7C">
              <w:rPr>
                <w:lang w:val="ru-RU"/>
              </w:rPr>
              <w:t>немесе</w:t>
            </w:r>
            <w:proofErr w:type="spellEnd"/>
            <w:r w:rsidRPr="00AA3F7C">
              <w:rPr>
                <w:lang w:val="ru-RU"/>
              </w:rPr>
              <w:t xml:space="preserve"> маршрут </w:t>
            </w:r>
            <w:proofErr w:type="spellStart"/>
            <w:r w:rsidRPr="00AA3F7C">
              <w:rPr>
                <w:lang w:val="ru-RU"/>
              </w:rPr>
              <w:t>парағын</w:t>
            </w:r>
            <w:proofErr w:type="spellEnd"/>
            <w:r w:rsidRPr="00AA3F7C">
              <w:rPr>
                <w:lang w:val="ru-RU"/>
              </w:rPr>
              <w:t xml:space="preserve"> </w:t>
            </w:r>
            <w:proofErr w:type="spellStart"/>
            <w:r w:rsidRPr="00AA3F7C">
              <w:rPr>
                <w:lang w:val="ru-RU"/>
              </w:rPr>
              <w:t>әзірледі</w:t>
            </w:r>
            <w:proofErr w:type="spellEnd"/>
            <w:r w:rsidRPr="00AA3F7C">
              <w:rPr>
                <w:lang w:val="ru-RU"/>
              </w:rPr>
              <w:t>.</w:t>
            </w:r>
          </w:p>
        </w:tc>
      </w:tr>
    </w:tbl>
    <w:p w14:paraId="4D1B5000" w14:textId="77777777" w:rsidR="00D53DD4" w:rsidRPr="00A81E3F" w:rsidRDefault="00D53DD4" w:rsidP="00D53DD4">
      <w:pPr>
        <w:pStyle w:val="31"/>
        <w:rPr>
          <w:lang w:val="ru-RU"/>
        </w:rPr>
      </w:pPr>
      <w:r w:rsidRPr="00A81E3F">
        <w:rPr>
          <w:rFonts w:eastAsia="Times New Roman"/>
          <w:lang w:val="ru-RU"/>
        </w:rPr>
        <w:t xml:space="preserve">6 </w:t>
      </w:r>
      <w:r>
        <w:rPr>
          <w:rFonts w:eastAsia="Times New Roman"/>
          <w:lang w:val="kk-KZ"/>
        </w:rPr>
        <w:t>күн</w:t>
      </w:r>
      <w:r w:rsidRPr="00A81E3F">
        <w:rPr>
          <w:rFonts w:eastAsia="Times New Roman"/>
          <w:lang w:val="ru-RU"/>
        </w:rPr>
        <w:t xml:space="preserve">. «Турист </w:t>
      </w:r>
      <w:proofErr w:type="spellStart"/>
      <w:r w:rsidRPr="00A81E3F">
        <w:rPr>
          <w:rFonts w:eastAsia="Times New Roman"/>
          <w:lang w:val="ru-RU"/>
        </w:rPr>
        <w:t>дағдылары</w:t>
      </w:r>
      <w:proofErr w:type="spellEnd"/>
      <w:r w:rsidRPr="00A81E3F">
        <w:rPr>
          <w:rFonts w:eastAsia="Times New Roman"/>
          <w:lang w:val="ru-RU"/>
        </w:rPr>
        <w:t xml:space="preserve">» - </w:t>
      </w:r>
      <w:proofErr w:type="spellStart"/>
      <w:r>
        <w:rPr>
          <w:rFonts w:eastAsia="Times New Roman"/>
          <w:lang w:val="ru-RU"/>
        </w:rPr>
        <w:t>туристік</w:t>
      </w:r>
      <w:proofErr w:type="spellEnd"/>
      <w:r>
        <w:rPr>
          <w:rFonts w:eastAsia="Times New Roman"/>
          <w:lang w:val="ru-RU"/>
        </w:rPr>
        <w:t xml:space="preserve"> </w:t>
      </w:r>
      <w:proofErr w:type="spellStart"/>
      <w:r>
        <w:rPr>
          <w:rFonts w:eastAsia="Times New Roman"/>
          <w:lang w:val="ru-RU"/>
        </w:rPr>
        <w:t>дағдылар</w:t>
      </w:r>
      <w:proofErr w:type="spellEnd"/>
      <w:r>
        <w:rPr>
          <w:rFonts w:eastAsia="Times New Roman"/>
          <w:lang w:val="ru-RU"/>
        </w:rPr>
        <w:t xml:space="preserve"> </w:t>
      </w:r>
      <w:proofErr w:type="spellStart"/>
      <w:r>
        <w:rPr>
          <w:rFonts w:eastAsia="Times New Roman"/>
          <w:lang w:val="ru-RU"/>
        </w:rPr>
        <w:t>күні</w:t>
      </w:r>
      <w:proofErr w:type="spellEnd"/>
    </w:p>
    <w:tbl>
      <w:tblPr>
        <w:tblStyle w:val="aff0"/>
        <w:tblW w:w="0" w:type="auto"/>
        <w:jc w:val="center"/>
        <w:tblLook w:val="04A0" w:firstRow="1" w:lastRow="0" w:firstColumn="1" w:lastColumn="0" w:noHBand="0" w:noVBand="1"/>
      </w:tblPr>
      <w:tblGrid>
        <w:gridCol w:w="3402"/>
        <w:gridCol w:w="6379"/>
      </w:tblGrid>
      <w:tr w:rsidR="00D53DD4" w14:paraId="15DF8CB5" w14:textId="77777777" w:rsidTr="00E56216">
        <w:trPr>
          <w:tblHeader/>
          <w:jc w:val="center"/>
        </w:trPr>
        <w:tc>
          <w:tcPr>
            <w:tcW w:w="3402" w:type="dxa"/>
            <w:shd w:val="clear" w:color="auto" w:fill="D9EAD3"/>
          </w:tcPr>
          <w:p w14:paraId="2BD8F41B" w14:textId="77777777" w:rsidR="00D53DD4" w:rsidRDefault="00D53DD4" w:rsidP="00E56216">
            <w:pPr>
              <w:ind w:firstLine="0"/>
              <w:jc w:val="center"/>
            </w:pPr>
            <w:r>
              <w:rPr>
                <w:b/>
                <w:szCs w:val="28"/>
                <w:lang w:val="kk-KZ"/>
              </w:rPr>
              <w:t>Күннің құрамдас бөлігі</w:t>
            </w:r>
          </w:p>
        </w:tc>
        <w:tc>
          <w:tcPr>
            <w:tcW w:w="6379" w:type="dxa"/>
            <w:shd w:val="clear" w:color="auto" w:fill="D9EAD3"/>
          </w:tcPr>
          <w:p w14:paraId="3D197D0F" w14:textId="77777777" w:rsidR="00D53DD4" w:rsidRDefault="00D53DD4" w:rsidP="00E56216">
            <w:pPr>
              <w:ind w:firstLine="0"/>
              <w:jc w:val="center"/>
            </w:pPr>
            <w:r w:rsidRPr="003F7BF7">
              <w:rPr>
                <w:b/>
                <w:szCs w:val="28"/>
                <w:lang w:val="kk-KZ"/>
              </w:rPr>
              <w:t>Мазмұны</w:t>
            </w:r>
          </w:p>
        </w:tc>
      </w:tr>
      <w:tr w:rsidR="00D53DD4" w:rsidRPr="00655EAC" w14:paraId="60CE6367" w14:textId="77777777" w:rsidTr="00E56216">
        <w:trPr>
          <w:jc w:val="center"/>
        </w:trPr>
        <w:tc>
          <w:tcPr>
            <w:tcW w:w="3402" w:type="dxa"/>
          </w:tcPr>
          <w:p w14:paraId="3C25B094"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379" w:type="dxa"/>
          </w:tcPr>
          <w:p w14:paraId="0CF3F9C8" w14:textId="2B387874" w:rsidR="00D53DD4" w:rsidRPr="007979E0" w:rsidRDefault="00D53DD4" w:rsidP="00E56216">
            <w:pPr>
              <w:ind w:firstLine="0"/>
              <w:jc w:val="both"/>
              <w:rPr>
                <w:szCs w:val="28"/>
                <w:lang w:val="ru-RU"/>
              </w:rPr>
            </w:pPr>
            <w:r w:rsidRPr="007979E0">
              <w:rPr>
                <w:szCs w:val="28"/>
                <w:lang w:val="ru-RU"/>
              </w:rPr>
              <w:t xml:space="preserve">«Турист </w:t>
            </w:r>
            <w:proofErr w:type="spellStart"/>
            <w:r w:rsidRPr="007979E0">
              <w:rPr>
                <w:szCs w:val="28"/>
                <w:lang w:val="ru-RU"/>
              </w:rPr>
              <w:t>нені</w:t>
            </w:r>
            <w:proofErr w:type="spellEnd"/>
            <w:r w:rsidRPr="007979E0">
              <w:rPr>
                <w:szCs w:val="28"/>
                <w:lang w:val="ru-RU"/>
              </w:rPr>
              <w:t xml:space="preserve"> </w:t>
            </w:r>
            <w:proofErr w:type="spellStart"/>
            <w:r w:rsidRPr="007979E0">
              <w:rPr>
                <w:szCs w:val="28"/>
                <w:lang w:val="ru-RU"/>
              </w:rPr>
              <w:t>білуі</w:t>
            </w:r>
            <w:proofErr w:type="spellEnd"/>
            <w:r w:rsidRPr="007979E0">
              <w:rPr>
                <w:szCs w:val="28"/>
                <w:lang w:val="ru-RU"/>
              </w:rPr>
              <w:t xml:space="preserve"> </w:t>
            </w:r>
            <w:proofErr w:type="spellStart"/>
            <w:r w:rsidRPr="007979E0">
              <w:rPr>
                <w:szCs w:val="28"/>
                <w:lang w:val="ru-RU"/>
              </w:rPr>
              <w:t>керек</w:t>
            </w:r>
            <w:proofErr w:type="spellEnd"/>
            <w:r w:rsidRPr="007979E0">
              <w:rPr>
                <w:szCs w:val="28"/>
                <w:lang w:val="ru-RU"/>
              </w:rPr>
              <w:t xml:space="preserve">» </w:t>
            </w:r>
            <w:proofErr w:type="spellStart"/>
            <w:r w:rsidRPr="007979E0">
              <w:rPr>
                <w:szCs w:val="28"/>
                <w:lang w:val="ru-RU"/>
              </w:rPr>
              <w:t>дамытушы</w:t>
            </w:r>
            <w:proofErr w:type="spellEnd"/>
            <w:r w:rsidRPr="007979E0">
              <w:rPr>
                <w:szCs w:val="28"/>
                <w:lang w:val="ru-RU"/>
              </w:rPr>
              <w:t xml:space="preserve"> </w:t>
            </w:r>
            <w:proofErr w:type="spellStart"/>
            <w:r w:rsidRPr="007979E0">
              <w:rPr>
                <w:szCs w:val="28"/>
                <w:lang w:val="ru-RU"/>
              </w:rPr>
              <w:t>сабағы</w:t>
            </w:r>
            <w:proofErr w:type="spellEnd"/>
            <w:r w:rsidRPr="007979E0">
              <w:rPr>
                <w:szCs w:val="28"/>
                <w:lang w:val="ru-RU"/>
              </w:rPr>
              <w:t>.</w:t>
            </w:r>
          </w:p>
          <w:p w14:paraId="06C2233C" w14:textId="66A784F8" w:rsidR="00D53DD4" w:rsidRPr="007979E0" w:rsidRDefault="00D53DD4" w:rsidP="00E56216">
            <w:pPr>
              <w:ind w:firstLine="0"/>
              <w:jc w:val="both"/>
              <w:rPr>
                <w:szCs w:val="28"/>
                <w:lang w:val="ru-RU"/>
              </w:rPr>
            </w:pPr>
            <w:r w:rsidRPr="007979E0">
              <w:rPr>
                <w:szCs w:val="28"/>
                <w:lang w:val="ru-RU"/>
              </w:rPr>
              <w:t>«</w:t>
            </w:r>
            <w:proofErr w:type="spellStart"/>
            <w:r w:rsidRPr="007979E0">
              <w:rPr>
                <w:szCs w:val="28"/>
                <w:lang w:val="ru-RU"/>
              </w:rPr>
              <w:t>Жабдық</w:t>
            </w:r>
            <w:proofErr w:type="spellEnd"/>
            <w:r w:rsidRPr="007979E0">
              <w:rPr>
                <w:szCs w:val="28"/>
                <w:lang w:val="ru-RU"/>
              </w:rPr>
              <w:t xml:space="preserve">, рюкзак </w:t>
            </w:r>
            <w:proofErr w:type="spellStart"/>
            <w:r w:rsidRPr="007979E0">
              <w:rPr>
                <w:szCs w:val="28"/>
                <w:lang w:val="ru-RU"/>
              </w:rPr>
              <w:t>және</w:t>
            </w:r>
            <w:proofErr w:type="spellEnd"/>
            <w:r w:rsidRPr="007979E0">
              <w:rPr>
                <w:szCs w:val="28"/>
                <w:lang w:val="ru-RU"/>
              </w:rPr>
              <w:t xml:space="preserve"> </w:t>
            </w:r>
            <w:proofErr w:type="spellStart"/>
            <w:r w:rsidRPr="007979E0">
              <w:rPr>
                <w:szCs w:val="28"/>
                <w:lang w:val="ru-RU"/>
              </w:rPr>
              <w:t>дайындық</w:t>
            </w:r>
            <w:proofErr w:type="spellEnd"/>
            <w:r w:rsidRPr="007979E0">
              <w:rPr>
                <w:szCs w:val="28"/>
                <w:lang w:val="ru-RU"/>
              </w:rPr>
              <w:t xml:space="preserve"> </w:t>
            </w:r>
            <w:proofErr w:type="spellStart"/>
            <w:r w:rsidRPr="007979E0">
              <w:rPr>
                <w:szCs w:val="28"/>
                <w:lang w:val="ru-RU"/>
              </w:rPr>
              <w:t>ережелері</w:t>
            </w:r>
            <w:proofErr w:type="spellEnd"/>
            <w:r w:rsidRPr="007979E0">
              <w:rPr>
                <w:szCs w:val="28"/>
                <w:lang w:val="ru-RU"/>
              </w:rPr>
              <w:t xml:space="preserve">» </w:t>
            </w:r>
            <w:proofErr w:type="spellStart"/>
            <w:r w:rsidRPr="007979E0">
              <w:rPr>
                <w:szCs w:val="28"/>
                <w:lang w:val="ru-RU"/>
              </w:rPr>
              <w:t>танымдық</w:t>
            </w:r>
            <w:proofErr w:type="spellEnd"/>
            <w:r w:rsidRPr="007979E0">
              <w:rPr>
                <w:szCs w:val="28"/>
                <w:lang w:val="ru-RU"/>
              </w:rPr>
              <w:t xml:space="preserve"> </w:t>
            </w:r>
            <w:proofErr w:type="spellStart"/>
            <w:r w:rsidRPr="007979E0">
              <w:rPr>
                <w:szCs w:val="28"/>
                <w:lang w:val="ru-RU"/>
              </w:rPr>
              <w:t>сабағы</w:t>
            </w:r>
            <w:proofErr w:type="spellEnd"/>
            <w:r w:rsidRPr="007979E0">
              <w:rPr>
                <w:szCs w:val="28"/>
                <w:lang w:val="ru-RU"/>
              </w:rPr>
              <w:t>.</w:t>
            </w:r>
          </w:p>
        </w:tc>
      </w:tr>
      <w:tr w:rsidR="00D53DD4" w:rsidRPr="00655EAC" w14:paraId="41B4EADD" w14:textId="77777777" w:rsidTr="00E56216">
        <w:trPr>
          <w:jc w:val="center"/>
        </w:trPr>
        <w:tc>
          <w:tcPr>
            <w:tcW w:w="3402" w:type="dxa"/>
          </w:tcPr>
          <w:p w14:paraId="68C83F81" w14:textId="0815AF23" w:rsidR="00D53DD4" w:rsidRPr="00A81E3F" w:rsidRDefault="00DD6E9B" w:rsidP="00E56216">
            <w:pPr>
              <w:ind w:firstLine="0"/>
              <w:rPr>
                <w:lang w:val="ru-RU"/>
              </w:rPr>
            </w:pPr>
            <w:r>
              <w:rPr>
                <w:lang w:val="kk-KZ"/>
              </w:rPr>
              <w:t>Тәжірибелі</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379" w:type="dxa"/>
          </w:tcPr>
          <w:p w14:paraId="653936F1" w14:textId="464E96F2" w:rsidR="00D53DD4" w:rsidRPr="007979E0" w:rsidRDefault="00D53DD4" w:rsidP="00E56216">
            <w:pPr>
              <w:ind w:firstLine="0"/>
              <w:jc w:val="both"/>
              <w:rPr>
                <w:szCs w:val="28"/>
                <w:lang w:val="ru-RU"/>
              </w:rPr>
            </w:pPr>
            <w:r w:rsidRPr="007979E0">
              <w:rPr>
                <w:szCs w:val="28"/>
                <w:lang w:val="ru-RU"/>
              </w:rPr>
              <w:t>«</w:t>
            </w:r>
            <w:proofErr w:type="spellStart"/>
            <w:r w:rsidRPr="007979E0">
              <w:rPr>
                <w:szCs w:val="28"/>
                <w:lang w:val="ru-RU"/>
              </w:rPr>
              <w:t>Шартты</w:t>
            </w:r>
            <w:proofErr w:type="spellEnd"/>
            <w:r w:rsidRPr="007979E0">
              <w:rPr>
                <w:szCs w:val="28"/>
                <w:lang w:val="ru-RU"/>
              </w:rPr>
              <w:t xml:space="preserve"> </w:t>
            </w:r>
            <w:proofErr w:type="spellStart"/>
            <w:r w:rsidRPr="007979E0">
              <w:rPr>
                <w:szCs w:val="28"/>
                <w:lang w:val="ru-RU"/>
              </w:rPr>
              <w:t>туристік</w:t>
            </w:r>
            <w:proofErr w:type="spellEnd"/>
            <w:r w:rsidRPr="007979E0">
              <w:rPr>
                <w:szCs w:val="28"/>
                <w:lang w:val="ru-RU"/>
              </w:rPr>
              <w:t xml:space="preserve"> </w:t>
            </w:r>
            <w:proofErr w:type="spellStart"/>
            <w:r w:rsidRPr="007979E0">
              <w:rPr>
                <w:szCs w:val="28"/>
                <w:lang w:val="ru-RU"/>
              </w:rPr>
              <w:t>жиынтықты</w:t>
            </w:r>
            <w:proofErr w:type="spellEnd"/>
            <w:r w:rsidRPr="007979E0">
              <w:rPr>
                <w:szCs w:val="28"/>
                <w:lang w:val="ru-RU"/>
              </w:rPr>
              <w:t xml:space="preserve"> </w:t>
            </w:r>
            <w:proofErr w:type="spellStart"/>
            <w:r w:rsidRPr="007979E0">
              <w:rPr>
                <w:szCs w:val="28"/>
                <w:lang w:val="ru-RU"/>
              </w:rPr>
              <w:t>жинау</w:t>
            </w:r>
            <w:proofErr w:type="spellEnd"/>
            <w:r w:rsidRPr="007979E0">
              <w:rPr>
                <w:szCs w:val="28"/>
                <w:lang w:val="ru-RU"/>
              </w:rPr>
              <w:t>» практикумы.</w:t>
            </w:r>
          </w:p>
          <w:p w14:paraId="5EFD97C9" w14:textId="7F2FBACA" w:rsidR="00D53DD4" w:rsidRPr="007979E0" w:rsidRDefault="00D53DD4" w:rsidP="00E56216">
            <w:pPr>
              <w:ind w:firstLine="0"/>
              <w:jc w:val="both"/>
              <w:rPr>
                <w:szCs w:val="28"/>
                <w:lang w:val="ru-RU"/>
              </w:rPr>
            </w:pPr>
            <w:r w:rsidRPr="007979E0">
              <w:rPr>
                <w:szCs w:val="28"/>
                <w:lang w:val="ru-RU"/>
              </w:rPr>
              <w:t>«</w:t>
            </w:r>
            <w:proofErr w:type="spellStart"/>
            <w:r w:rsidRPr="007979E0">
              <w:rPr>
                <w:szCs w:val="28"/>
                <w:lang w:val="ru-RU"/>
              </w:rPr>
              <w:t>Туристік</w:t>
            </w:r>
            <w:proofErr w:type="spellEnd"/>
            <w:r w:rsidRPr="007979E0">
              <w:rPr>
                <w:szCs w:val="28"/>
                <w:lang w:val="ru-RU"/>
              </w:rPr>
              <w:t xml:space="preserve"> </w:t>
            </w:r>
            <w:proofErr w:type="spellStart"/>
            <w:r w:rsidRPr="007979E0">
              <w:rPr>
                <w:szCs w:val="28"/>
                <w:lang w:val="ru-RU"/>
              </w:rPr>
              <w:t>түйіндер</w:t>
            </w:r>
            <w:proofErr w:type="spellEnd"/>
            <w:r w:rsidRPr="007979E0">
              <w:rPr>
                <w:szCs w:val="28"/>
                <w:lang w:val="ru-RU"/>
              </w:rPr>
              <w:t xml:space="preserve"> / </w:t>
            </w:r>
            <w:proofErr w:type="spellStart"/>
            <w:r w:rsidRPr="007979E0">
              <w:rPr>
                <w:szCs w:val="28"/>
                <w:lang w:val="ru-RU"/>
              </w:rPr>
              <w:t>қолда</w:t>
            </w:r>
            <w:proofErr w:type="spellEnd"/>
            <w:r w:rsidRPr="007979E0">
              <w:rPr>
                <w:szCs w:val="28"/>
                <w:lang w:val="ru-RU"/>
              </w:rPr>
              <w:t xml:space="preserve"> бар </w:t>
            </w:r>
            <w:proofErr w:type="spellStart"/>
            <w:r w:rsidRPr="007979E0">
              <w:rPr>
                <w:szCs w:val="28"/>
                <w:lang w:val="ru-RU"/>
              </w:rPr>
              <w:t>жағдайда</w:t>
            </w:r>
            <w:proofErr w:type="spellEnd"/>
            <w:r w:rsidRPr="007979E0">
              <w:rPr>
                <w:szCs w:val="28"/>
                <w:lang w:val="ru-RU"/>
              </w:rPr>
              <w:t xml:space="preserve"> </w:t>
            </w:r>
            <w:proofErr w:type="spellStart"/>
            <w:r w:rsidRPr="007979E0">
              <w:rPr>
                <w:szCs w:val="28"/>
                <w:lang w:val="ru-RU"/>
              </w:rPr>
              <w:t>жабдықты</w:t>
            </w:r>
            <w:proofErr w:type="spellEnd"/>
            <w:r w:rsidRPr="007979E0">
              <w:rPr>
                <w:szCs w:val="28"/>
                <w:lang w:val="ru-RU"/>
              </w:rPr>
              <w:t xml:space="preserve"> </w:t>
            </w:r>
            <w:proofErr w:type="spellStart"/>
            <w:r w:rsidRPr="007979E0">
              <w:rPr>
                <w:szCs w:val="28"/>
                <w:lang w:val="ru-RU"/>
              </w:rPr>
              <w:t>қауіпсіз</w:t>
            </w:r>
            <w:proofErr w:type="spellEnd"/>
            <w:r w:rsidRPr="007979E0">
              <w:rPr>
                <w:szCs w:val="28"/>
                <w:lang w:val="ru-RU"/>
              </w:rPr>
              <w:t xml:space="preserve"> </w:t>
            </w:r>
            <w:proofErr w:type="spellStart"/>
            <w:r w:rsidRPr="007979E0">
              <w:rPr>
                <w:szCs w:val="28"/>
                <w:lang w:val="ru-RU"/>
              </w:rPr>
              <w:t>пайдалану</w:t>
            </w:r>
            <w:proofErr w:type="spellEnd"/>
            <w:r w:rsidRPr="007979E0">
              <w:rPr>
                <w:szCs w:val="28"/>
                <w:lang w:val="ru-RU"/>
              </w:rPr>
              <w:t xml:space="preserve">» </w:t>
            </w:r>
            <w:proofErr w:type="spellStart"/>
            <w:r>
              <w:rPr>
                <w:szCs w:val="28"/>
                <w:lang w:val="ru-RU"/>
              </w:rPr>
              <w:t>шеберлік-сыныптар</w:t>
            </w:r>
            <w:proofErr w:type="spellEnd"/>
            <w:r w:rsidRPr="007979E0">
              <w:rPr>
                <w:szCs w:val="28"/>
                <w:lang w:val="ru-RU"/>
              </w:rPr>
              <w:t>.</w:t>
            </w:r>
          </w:p>
        </w:tc>
      </w:tr>
      <w:tr w:rsidR="00D53DD4" w:rsidRPr="00655EAC" w14:paraId="02950F98" w14:textId="77777777" w:rsidTr="00E56216">
        <w:trPr>
          <w:jc w:val="center"/>
        </w:trPr>
        <w:tc>
          <w:tcPr>
            <w:tcW w:w="3402" w:type="dxa"/>
          </w:tcPr>
          <w:p w14:paraId="54A2E8E4" w14:textId="77777777" w:rsidR="00D53DD4" w:rsidRPr="00A81E3F" w:rsidRDefault="00D53DD4" w:rsidP="00E56216">
            <w:pPr>
              <w:ind w:firstLine="0"/>
              <w:rPr>
                <w:lang w:val="ru-RU"/>
              </w:rPr>
            </w:pPr>
            <w:proofErr w:type="spellStart"/>
            <w:r w:rsidRPr="007D2A96">
              <w:rPr>
                <w:lang w:val="ru-RU"/>
              </w:rPr>
              <w:t>Тәрбиелік</w:t>
            </w:r>
            <w:proofErr w:type="spellEnd"/>
            <w:r w:rsidRPr="007D2A96">
              <w:rPr>
                <w:lang w:val="ru-RU"/>
              </w:rPr>
              <w:t xml:space="preserve"> </w:t>
            </w:r>
            <w:proofErr w:type="spellStart"/>
            <w:r w:rsidRPr="007D2A96">
              <w:rPr>
                <w:lang w:val="ru-RU"/>
              </w:rPr>
              <w:t>іс-шаралар</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жобалар</w:t>
            </w:r>
            <w:proofErr w:type="spellEnd"/>
            <w:r w:rsidRPr="007D2A96">
              <w:rPr>
                <w:lang w:val="ru-RU"/>
              </w:rPr>
              <w:t xml:space="preserve"> (</w:t>
            </w:r>
            <w:proofErr w:type="spellStart"/>
            <w:r w:rsidRPr="007D2A96">
              <w:rPr>
                <w:lang w:val="ru-RU"/>
              </w:rPr>
              <w:t>кемінде</w:t>
            </w:r>
            <w:proofErr w:type="spellEnd"/>
            <w:r w:rsidRPr="007D2A96">
              <w:rPr>
                <w:lang w:val="ru-RU"/>
              </w:rPr>
              <w:t xml:space="preserve"> 2)</w:t>
            </w:r>
          </w:p>
        </w:tc>
        <w:tc>
          <w:tcPr>
            <w:tcW w:w="6379" w:type="dxa"/>
          </w:tcPr>
          <w:p w14:paraId="08CD4D0C" w14:textId="36919EDB" w:rsidR="00D53DD4" w:rsidRPr="007979E0" w:rsidRDefault="00D53DD4" w:rsidP="00E56216">
            <w:pPr>
              <w:ind w:firstLine="0"/>
              <w:jc w:val="both"/>
              <w:rPr>
                <w:szCs w:val="28"/>
                <w:lang w:val="ru-RU"/>
              </w:rPr>
            </w:pPr>
            <w:r w:rsidRPr="007979E0">
              <w:rPr>
                <w:szCs w:val="28"/>
                <w:lang w:val="ru-RU"/>
              </w:rPr>
              <w:t>«</w:t>
            </w:r>
            <w:proofErr w:type="spellStart"/>
            <w:r w:rsidRPr="007979E0">
              <w:rPr>
                <w:szCs w:val="28"/>
                <w:lang w:val="ru-RU"/>
              </w:rPr>
              <w:t>Еңбек</w:t>
            </w:r>
            <w:proofErr w:type="spellEnd"/>
            <w:r w:rsidRPr="007979E0">
              <w:rPr>
                <w:szCs w:val="28"/>
                <w:lang w:val="ru-RU"/>
              </w:rPr>
              <w:t xml:space="preserve">, </w:t>
            </w:r>
            <w:proofErr w:type="spellStart"/>
            <w:r w:rsidRPr="007979E0">
              <w:rPr>
                <w:szCs w:val="28"/>
                <w:lang w:val="ru-RU"/>
              </w:rPr>
              <w:t>ұқыптылық</w:t>
            </w:r>
            <w:proofErr w:type="spellEnd"/>
            <w:r w:rsidRPr="007979E0">
              <w:rPr>
                <w:szCs w:val="28"/>
                <w:lang w:val="ru-RU"/>
              </w:rPr>
              <w:t xml:space="preserve"> </w:t>
            </w:r>
            <w:proofErr w:type="spellStart"/>
            <w:r w:rsidRPr="007979E0">
              <w:rPr>
                <w:szCs w:val="28"/>
                <w:lang w:val="ru-RU"/>
              </w:rPr>
              <w:t>және</w:t>
            </w:r>
            <w:proofErr w:type="spellEnd"/>
            <w:r w:rsidRPr="007979E0">
              <w:rPr>
                <w:szCs w:val="28"/>
                <w:lang w:val="ru-RU"/>
              </w:rPr>
              <w:t xml:space="preserve"> </w:t>
            </w:r>
            <w:proofErr w:type="spellStart"/>
            <w:r w:rsidRPr="007979E0">
              <w:rPr>
                <w:szCs w:val="28"/>
                <w:lang w:val="ru-RU"/>
              </w:rPr>
              <w:t>жауапкершілік</w:t>
            </w:r>
            <w:proofErr w:type="spellEnd"/>
            <w:r w:rsidRPr="007979E0">
              <w:rPr>
                <w:szCs w:val="28"/>
                <w:lang w:val="ru-RU"/>
              </w:rPr>
              <w:t xml:space="preserve">» </w:t>
            </w:r>
            <w:proofErr w:type="spellStart"/>
            <w:r w:rsidRPr="007979E0">
              <w:rPr>
                <w:szCs w:val="28"/>
                <w:lang w:val="ru-RU"/>
              </w:rPr>
              <w:t>тәрбиелік</w:t>
            </w:r>
            <w:proofErr w:type="spellEnd"/>
            <w:r w:rsidRPr="007979E0">
              <w:rPr>
                <w:szCs w:val="28"/>
                <w:lang w:val="ru-RU"/>
              </w:rPr>
              <w:t xml:space="preserve"> </w:t>
            </w:r>
            <w:proofErr w:type="spellStart"/>
            <w:r w:rsidRPr="007979E0">
              <w:rPr>
                <w:szCs w:val="28"/>
                <w:lang w:val="ru-RU"/>
              </w:rPr>
              <w:t>іс-шарасы</w:t>
            </w:r>
            <w:proofErr w:type="spellEnd"/>
            <w:r w:rsidRPr="007979E0">
              <w:rPr>
                <w:szCs w:val="28"/>
                <w:lang w:val="ru-RU"/>
              </w:rPr>
              <w:t>.</w:t>
            </w:r>
          </w:p>
          <w:p w14:paraId="47116D25" w14:textId="29353EF3" w:rsidR="00D53DD4" w:rsidRPr="007979E0" w:rsidRDefault="00D53DD4" w:rsidP="00E56216">
            <w:pPr>
              <w:ind w:firstLine="0"/>
              <w:jc w:val="both"/>
              <w:rPr>
                <w:szCs w:val="28"/>
                <w:lang w:val="ru-RU"/>
              </w:rPr>
            </w:pPr>
            <w:proofErr w:type="spellStart"/>
            <w:r w:rsidRPr="007979E0">
              <w:rPr>
                <w:szCs w:val="28"/>
                <w:lang w:val="ru-RU"/>
              </w:rPr>
              <w:t>Туристік</w:t>
            </w:r>
            <w:proofErr w:type="spellEnd"/>
            <w:r w:rsidRPr="007979E0">
              <w:rPr>
                <w:szCs w:val="28"/>
                <w:lang w:val="ru-RU"/>
              </w:rPr>
              <w:t xml:space="preserve"> </w:t>
            </w:r>
            <w:proofErr w:type="spellStart"/>
            <w:r w:rsidRPr="007979E0">
              <w:rPr>
                <w:szCs w:val="28"/>
                <w:lang w:val="ru-RU"/>
              </w:rPr>
              <w:t>әңгімелер</w:t>
            </w:r>
            <w:proofErr w:type="spellEnd"/>
            <w:r w:rsidRPr="007979E0">
              <w:rPr>
                <w:szCs w:val="28"/>
                <w:lang w:val="ru-RU"/>
              </w:rPr>
              <w:t xml:space="preserve"> мен </w:t>
            </w:r>
            <w:proofErr w:type="spellStart"/>
            <w:r w:rsidRPr="007979E0">
              <w:rPr>
                <w:szCs w:val="28"/>
                <w:lang w:val="ru-RU"/>
              </w:rPr>
              <w:t>пайдалы</w:t>
            </w:r>
            <w:proofErr w:type="spellEnd"/>
            <w:r w:rsidRPr="007979E0">
              <w:rPr>
                <w:szCs w:val="28"/>
                <w:lang w:val="ru-RU"/>
              </w:rPr>
              <w:t xml:space="preserve"> </w:t>
            </w:r>
            <w:proofErr w:type="spellStart"/>
            <w:r w:rsidRPr="007979E0">
              <w:rPr>
                <w:szCs w:val="28"/>
                <w:lang w:val="ru-RU"/>
              </w:rPr>
              <w:t>кеңестер</w:t>
            </w:r>
            <w:proofErr w:type="spellEnd"/>
            <w:r w:rsidRPr="007979E0">
              <w:rPr>
                <w:szCs w:val="28"/>
                <w:lang w:val="ru-RU"/>
              </w:rPr>
              <w:t xml:space="preserve"> </w:t>
            </w:r>
            <w:proofErr w:type="spellStart"/>
            <w:r w:rsidRPr="007979E0">
              <w:rPr>
                <w:szCs w:val="28"/>
                <w:lang w:val="ru-RU"/>
              </w:rPr>
              <w:t>кеші</w:t>
            </w:r>
            <w:proofErr w:type="spellEnd"/>
            <w:r w:rsidRPr="007979E0">
              <w:rPr>
                <w:szCs w:val="28"/>
                <w:lang w:val="ru-RU"/>
              </w:rPr>
              <w:t>.</w:t>
            </w:r>
          </w:p>
        </w:tc>
      </w:tr>
      <w:tr w:rsidR="00D53DD4" w:rsidRPr="00655EAC" w14:paraId="38F2E8D9" w14:textId="77777777" w:rsidTr="00E56216">
        <w:trPr>
          <w:jc w:val="center"/>
        </w:trPr>
        <w:tc>
          <w:tcPr>
            <w:tcW w:w="3402" w:type="dxa"/>
          </w:tcPr>
          <w:p w14:paraId="2B83E3F5" w14:textId="77777777" w:rsidR="00D53DD4" w:rsidRPr="00655EAC" w:rsidRDefault="00D53DD4" w:rsidP="00E56216">
            <w:pPr>
              <w:ind w:firstLine="0"/>
              <w:rPr>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r w:rsidRPr="00655EAC">
              <w:rPr>
                <w:lang w:val="ru-RU"/>
              </w:rPr>
              <w:lastRenderedPageBreak/>
              <w:t>(</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379" w:type="dxa"/>
          </w:tcPr>
          <w:p w14:paraId="7DCCE826" w14:textId="7BF6E5C1" w:rsidR="00D53DD4" w:rsidRPr="00655EAC" w:rsidRDefault="00D53DD4" w:rsidP="00E56216">
            <w:pPr>
              <w:ind w:firstLine="0"/>
              <w:jc w:val="both"/>
              <w:rPr>
                <w:szCs w:val="28"/>
                <w:lang w:val="ru-RU"/>
              </w:rPr>
            </w:pPr>
            <w:proofErr w:type="spellStart"/>
            <w:r w:rsidRPr="007979E0">
              <w:rPr>
                <w:szCs w:val="28"/>
                <w:lang w:val="ru-RU"/>
              </w:rPr>
              <w:lastRenderedPageBreak/>
              <w:t>Таңертеңгі</w:t>
            </w:r>
            <w:proofErr w:type="spellEnd"/>
            <w:r w:rsidRPr="00655EAC">
              <w:rPr>
                <w:szCs w:val="28"/>
                <w:lang w:val="ru-RU"/>
              </w:rPr>
              <w:t xml:space="preserve"> </w:t>
            </w:r>
            <w:r w:rsidRPr="007979E0">
              <w:rPr>
                <w:szCs w:val="28"/>
                <w:lang w:val="ru-RU"/>
              </w:rPr>
              <w:t>жаттығу</w:t>
            </w:r>
            <w:r w:rsidRPr="00655EAC">
              <w:rPr>
                <w:szCs w:val="28"/>
                <w:lang w:val="ru-RU"/>
              </w:rPr>
              <w:t xml:space="preserve">, </w:t>
            </w:r>
            <w:proofErr w:type="spellStart"/>
            <w:r w:rsidRPr="007979E0">
              <w:rPr>
                <w:szCs w:val="28"/>
                <w:lang w:val="ru-RU"/>
              </w:rPr>
              <w:t>қимылды</w:t>
            </w:r>
            <w:proofErr w:type="spellEnd"/>
            <w:r w:rsidRPr="00655EAC">
              <w:rPr>
                <w:szCs w:val="28"/>
                <w:lang w:val="ru-RU"/>
              </w:rPr>
              <w:t xml:space="preserve"> </w:t>
            </w:r>
            <w:proofErr w:type="spellStart"/>
            <w:r w:rsidRPr="007979E0">
              <w:rPr>
                <w:szCs w:val="28"/>
                <w:lang w:val="ru-RU"/>
              </w:rPr>
              <w:t>ойындар</w:t>
            </w:r>
            <w:proofErr w:type="spellEnd"/>
            <w:r w:rsidRPr="00655EAC">
              <w:rPr>
                <w:szCs w:val="28"/>
                <w:lang w:val="ru-RU"/>
              </w:rPr>
              <w:t xml:space="preserve">, </w:t>
            </w:r>
            <w:proofErr w:type="spellStart"/>
            <w:r w:rsidRPr="007979E0">
              <w:rPr>
                <w:szCs w:val="28"/>
                <w:lang w:val="ru-RU"/>
              </w:rPr>
              <w:t>оқу</w:t>
            </w:r>
            <w:proofErr w:type="spellEnd"/>
            <w:r w:rsidRPr="00655EAC">
              <w:rPr>
                <w:szCs w:val="28"/>
                <w:lang w:val="ru-RU"/>
              </w:rPr>
              <w:t xml:space="preserve"> </w:t>
            </w:r>
            <w:r w:rsidRPr="007979E0">
              <w:rPr>
                <w:szCs w:val="28"/>
                <w:lang w:val="ru-RU"/>
              </w:rPr>
              <w:lastRenderedPageBreak/>
              <w:t>маршруты</w:t>
            </w:r>
            <w:r w:rsidRPr="00655EAC">
              <w:rPr>
                <w:szCs w:val="28"/>
                <w:lang w:val="ru-RU"/>
              </w:rPr>
              <w:t xml:space="preserve"> </w:t>
            </w:r>
            <w:proofErr w:type="spellStart"/>
            <w:r w:rsidRPr="007979E0">
              <w:rPr>
                <w:szCs w:val="28"/>
                <w:lang w:val="ru-RU"/>
              </w:rPr>
              <w:t>немесе</w:t>
            </w:r>
            <w:proofErr w:type="spellEnd"/>
            <w:r w:rsidRPr="00655EAC">
              <w:rPr>
                <w:szCs w:val="28"/>
                <w:lang w:val="ru-RU"/>
              </w:rPr>
              <w:t xml:space="preserve"> </w:t>
            </w:r>
            <w:proofErr w:type="spellStart"/>
            <w:r w:rsidRPr="007979E0">
              <w:rPr>
                <w:szCs w:val="28"/>
                <w:lang w:val="ru-RU"/>
              </w:rPr>
              <w:t>спорттық</w:t>
            </w:r>
            <w:proofErr w:type="spellEnd"/>
            <w:r w:rsidRPr="00655EAC">
              <w:rPr>
                <w:szCs w:val="28"/>
                <w:lang w:val="ru-RU"/>
              </w:rPr>
              <w:t xml:space="preserve"> </w:t>
            </w:r>
            <w:proofErr w:type="spellStart"/>
            <w:r w:rsidRPr="007979E0">
              <w:rPr>
                <w:szCs w:val="28"/>
                <w:lang w:val="ru-RU"/>
              </w:rPr>
              <w:t>станциялар</w:t>
            </w:r>
            <w:proofErr w:type="spellEnd"/>
            <w:r w:rsidRPr="00655EAC">
              <w:rPr>
                <w:szCs w:val="28"/>
                <w:lang w:val="ru-RU"/>
              </w:rPr>
              <w:t>.</w:t>
            </w:r>
          </w:p>
        </w:tc>
      </w:tr>
      <w:tr w:rsidR="00D53DD4" w:rsidRPr="0053337D" w14:paraId="572CC2FC" w14:textId="77777777" w:rsidTr="00E56216">
        <w:trPr>
          <w:jc w:val="center"/>
        </w:trPr>
        <w:tc>
          <w:tcPr>
            <w:tcW w:w="3402" w:type="dxa"/>
          </w:tcPr>
          <w:p w14:paraId="59DBAE2A" w14:textId="77777777" w:rsidR="00D53DD4" w:rsidRDefault="00D53DD4" w:rsidP="00E56216">
            <w:pPr>
              <w:ind w:firstLine="0"/>
            </w:pPr>
            <w:proofErr w:type="spellStart"/>
            <w:r>
              <w:lastRenderedPageBreak/>
              <w:t>Күтілетін</w:t>
            </w:r>
            <w:proofErr w:type="spellEnd"/>
            <w:r>
              <w:t xml:space="preserve"> </w:t>
            </w:r>
            <w:proofErr w:type="spellStart"/>
            <w:r>
              <w:t>нәтиже</w:t>
            </w:r>
            <w:proofErr w:type="spellEnd"/>
          </w:p>
        </w:tc>
        <w:tc>
          <w:tcPr>
            <w:tcW w:w="6379" w:type="dxa"/>
          </w:tcPr>
          <w:p w14:paraId="5BB55939" w14:textId="77777777" w:rsidR="00D53DD4" w:rsidRPr="0053337D" w:rsidRDefault="00D53DD4" w:rsidP="00E56216">
            <w:pPr>
              <w:ind w:firstLine="0"/>
              <w:jc w:val="both"/>
              <w:rPr>
                <w:szCs w:val="28"/>
              </w:rPr>
            </w:pPr>
            <w:proofErr w:type="spellStart"/>
            <w:r w:rsidRPr="007979E0">
              <w:rPr>
                <w:szCs w:val="28"/>
                <w:lang w:val="ru-RU"/>
              </w:rPr>
              <w:t>Қатысушылар</w:t>
            </w:r>
            <w:proofErr w:type="spellEnd"/>
            <w:r w:rsidRPr="0053337D">
              <w:rPr>
                <w:szCs w:val="28"/>
              </w:rPr>
              <w:t xml:space="preserve"> </w:t>
            </w:r>
            <w:proofErr w:type="spellStart"/>
            <w:r>
              <w:rPr>
                <w:szCs w:val="28"/>
                <w:lang w:val="ru-RU"/>
              </w:rPr>
              <w:t>тәжірибелік</w:t>
            </w:r>
            <w:proofErr w:type="spellEnd"/>
            <w:r w:rsidRPr="0053337D">
              <w:rPr>
                <w:szCs w:val="28"/>
              </w:rPr>
              <w:t xml:space="preserve"> </w:t>
            </w:r>
            <w:proofErr w:type="spellStart"/>
            <w:r w:rsidRPr="007979E0">
              <w:rPr>
                <w:szCs w:val="28"/>
                <w:lang w:val="ru-RU"/>
              </w:rPr>
              <w:t>туристік</w:t>
            </w:r>
            <w:proofErr w:type="spellEnd"/>
            <w:r w:rsidRPr="0053337D">
              <w:rPr>
                <w:szCs w:val="28"/>
              </w:rPr>
              <w:t xml:space="preserve"> </w:t>
            </w:r>
            <w:proofErr w:type="spellStart"/>
            <w:r w:rsidRPr="007979E0">
              <w:rPr>
                <w:szCs w:val="28"/>
                <w:lang w:val="ru-RU"/>
              </w:rPr>
              <w:t>тапсырмаларды</w:t>
            </w:r>
            <w:proofErr w:type="spellEnd"/>
            <w:r w:rsidRPr="0053337D">
              <w:rPr>
                <w:szCs w:val="28"/>
              </w:rPr>
              <w:t xml:space="preserve"> </w:t>
            </w:r>
            <w:proofErr w:type="spellStart"/>
            <w:r w:rsidRPr="007979E0">
              <w:rPr>
                <w:szCs w:val="28"/>
                <w:lang w:val="ru-RU"/>
              </w:rPr>
              <w:t>орындады</w:t>
            </w:r>
            <w:proofErr w:type="spellEnd"/>
            <w:r w:rsidRPr="0053337D">
              <w:rPr>
                <w:szCs w:val="28"/>
              </w:rPr>
              <w:t>.</w:t>
            </w:r>
          </w:p>
        </w:tc>
      </w:tr>
    </w:tbl>
    <w:p w14:paraId="6B41313C" w14:textId="77777777" w:rsidR="00D53DD4" w:rsidRPr="007D2A96" w:rsidRDefault="00D53DD4" w:rsidP="00D53DD4">
      <w:pPr>
        <w:pStyle w:val="31"/>
        <w:rPr>
          <w:lang w:val="kk-KZ"/>
        </w:rPr>
      </w:pPr>
      <w:r w:rsidRPr="007D2A96">
        <w:rPr>
          <w:rFonts w:eastAsia="Times New Roman"/>
          <w:lang w:val="ru-RU"/>
        </w:rPr>
        <w:t xml:space="preserve">7 </w:t>
      </w:r>
      <w:r>
        <w:rPr>
          <w:rFonts w:eastAsia="Times New Roman"/>
          <w:lang w:val="kk-KZ"/>
        </w:rPr>
        <w:t>күн</w:t>
      </w:r>
      <w:r w:rsidRPr="007D2A96">
        <w:rPr>
          <w:rFonts w:eastAsia="Times New Roman"/>
          <w:lang w:val="ru-RU"/>
        </w:rPr>
        <w:t>. «</w:t>
      </w:r>
      <w:proofErr w:type="spellStart"/>
      <w:r w:rsidRPr="007D2A96">
        <w:rPr>
          <w:rFonts w:eastAsia="Times New Roman"/>
          <w:lang w:val="ru-RU"/>
        </w:rPr>
        <w:t>Туған</w:t>
      </w:r>
      <w:proofErr w:type="spellEnd"/>
      <w:r w:rsidRPr="007D2A96">
        <w:rPr>
          <w:rFonts w:eastAsia="Times New Roman"/>
          <w:lang w:val="ru-RU"/>
        </w:rPr>
        <w:t xml:space="preserve"> </w:t>
      </w:r>
      <w:proofErr w:type="spellStart"/>
      <w:r w:rsidRPr="007D2A96">
        <w:rPr>
          <w:rFonts w:eastAsia="Times New Roman"/>
          <w:lang w:val="ru-RU"/>
        </w:rPr>
        <w:t>өлке</w:t>
      </w:r>
      <w:proofErr w:type="spellEnd"/>
      <w:r w:rsidRPr="007D2A96">
        <w:rPr>
          <w:rFonts w:eastAsia="Times New Roman"/>
          <w:lang w:val="ru-RU"/>
        </w:rPr>
        <w:t xml:space="preserve">» - </w:t>
      </w:r>
      <w:r>
        <w:rPr>
          <w:rFonts w:eastAsia="Times New Roman"/>
          <w:lang w:val="kk-KZ"/>
        </w:rPr>
        <w:t>өлкетану күні</w:t>
      </w:r>
    </w:p>
    <w:tbl>
      <w:tblPr>
        <w:tblStyle w:val="aff0"/>
        <w:tblW w:w="9923" w:type="dxa"/>
        <w:jc w:val="center"/>
        <w:tblLook w:val="04A0" w:firstRow="1" w:lastRow="0" w:firstColumn="1" w:lastColumn="0" w:noHBand="0" w:noVBand="1"/>
      </w:tblPr>
      <w:tblGrid>
        <w:gridCol w:w="3402"/>
        <w:gridCol w:w="6521"/>
      </w:tblGrid>
      <w:tr w:rsidR="00D53DD4" w14:paraId="252BFE5C" w14:textId="77777777" w:rsidTr="00E56216">
        <w:trPr>
          <w:tblHeader/>
          <w:jc w:val="center"/>
        </w:trPr>
        <w:tc>
          <w:tcPr>
            <w:tcW w:w="3402" w:type="dxa"/>
            <w:shd w:val="clear" w:color="auto" w:fill="D9EAD3"/>
          </w:tcPr>
          <w:p w14:paraId="3F0AB605" w14:textId="77777777" w:rsidR="00D53DD4" w:rsidRDefault="00D53DD4" w:rsidP="00E56216">
            <w:pPr>
              <w:ind w:firstLine="0"/>
              <w:jc w:val="center"/>
            </w:pPr>
            <w:r>
              <w:rPr>
                <w:b/>
                <w:szCs w:val="28"/>
                <w:lang w:val="kk-KZ"/>
              </w:rPr>
              <w:t>Күннің құрамдас бөлігі</w:t>
            </w:r>
          </w:p>
        </w:tc>
        <w:tc>
          <w:tcPr>
            <w:tcW w:w="6521" w:type="dxa"/>
            <w:shd w:val="clear" w:color="auto" w:fill="D9EAD3"/>
          </w:tcPr>
          <w:p w14:paraId="18F5B4F6" w14:textId="77777777" w:rsidR="00D53DD4" w:rsidRDefault="00D53DD4" w:rsidP="00E56216">
            <w:pPr>
              <w:ind w:firstLine="0"/>
              <w:jc w:val="center"/>
            </w:pPr>
            <w:r w:rsidRPr="003F7BF7">
              <w:rPr>
                <w:b/>
                <w:szCs w:val="28"/>
                <w:lang w:val="kk-KZ"/>
              </w:rPr>
              <w:t>Мазмұны</w:t>
            </w:r>
          </w:p>
        </w:tc>
      </w:tr>
      <w:tr w:rsidR="00D53DD4" w:rsidRPr="00655EAC" w14:paraId="3984F2E8" w14:textId="77777777" w:rsidTr="00E56216">
        <w:trPr>
          <w:jc w:val="center"/>
        </w:trPr>
        <w:tc>
          <w:tcPr>
            <w:tcW w:w="3402" w:type="dxa"/>
          </w:tcPr>
          <w:p w14:paraId="23C9E3B8"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521" w:type="dxa"/>
          </w:tcPr>
          <w:p w14:paraId="1331CA96" w14:textId="77777777" w:rsidR="00D53DD4" w:rsidRDefault="00D53DD4" w:rsidP="00E56216">
            <w:pPr>
              <w:ind w:firstLine="0"/>
              <w:jc w:val="both"/>
            </w:pPr>
            <w:r>
              <w:rPr>
                <w:lang w:val="kk-KZ"/>
              </w:rPr>
              <w:t>«</w:t>
            </w:r>
            <w:proofErr w:type="spellStart"/>
            <w:r w:rsidRPr="002670FB">
              <w:t>Туған</w:t>
            </w:r>
            <w:proofErr w:type="spellEnd"/>
            <w:r w:rsidRPr="002670FB">
              <w:t xml:space="preserve"> </w:t>
            </w:r>
            <w:proofErr w:type="spellStart"/>
            <w:r w:rsidRPr="002670FB">
              <w:t>өлке</w:t>
            </w:r>
            <w:proofErr w:type="spellEnd"/>
            <w:r w:rsidRPr="002670FB">
              <w:t xml:space="preserve">: </w:t>
            </w:r>
            <w:proofErr w:type="spellStart"/>
            <w:r w:rsidRPr="002670FB">
              <w:t>жергілікті</w:t>
            </w:r>
            <w:proofErr w:type="spellEnd"/>
            <w:r w:rsidRPr="002670FB">
              <w:t xml:space="preserve"> </w:t>
            </w:r>
            <w:proofErr w:type="spellStart"/>
            <w:r w:rsidRPr="002670FB">
              <w:t>жердің</w:t>
            </w:r>
            <w:proofErr w:type="spellEnd"/>
            <w:r w:rsidRPr="002670FB">
              <w:t xml:space="preserve"> </w:t>
            </w:r>
            <w:proofErr w:type="spellStart"/>
            <w:r w:rsidRPr="002670FB">
              <w:t>табиғаты</w:t>
            </w:r>
            <w:proofErr w:type="spellEnd"/>
            <w:r w:rsidRPr="002670FB">
              <w:t xml:space="preserve"> </w:t>
            </w:r>
            <w:proofErr w:type="spellStart"/>
            <w:r w:rsidRPr="002670FB">
              <w:t>мен</w:t>
            </w:r>
            <w:proofErr w:type="spellEnd"/>
            <w:r w:rsidRPr="002670FB">
              <w:t xml:space="preserve"> </w:t>
            </w:r>
            <w:proofErr w:type="spellStart"/>
            <w:r w:rsidRPr="002670FB">
              <w:t>тарихы</w:t>
            </w:r>
            <w:proofErr w:type="spellEnd"/>
            <w:r>
              <w:rPr>
                <w:lang w:val="kk-KZ"/>
              </w:rPr>
              <w:t xml:space="preserve">» </w:t>
            </w:r>
            <w:proofErr w:type="spellStart"/>
            <w:r w:rsidRPr="002670FB">
              <w:t>атты</w:t>
            </w:r>
            <w:proofErr w:type="spellEnd"/>
            <w:r w:rsidRPr="002670FB">
              <w:t xml:space="preserve"> </w:t>
            </w:r>
            <w:proofErr w:type="spellStart"/>
            <w:r w:rsidRPr="002670FB">
              <w:t>білім</w:t>
            </w:r>
            <w:proofErr w:type="spellEnd"/>
            <w:r w:rsidRPr="002670FB">
              <w:t xml:space="preserve"> </w:t>
            </w:r>
            <w:proofErr w:type="spellStart"/>
            <w:r w:rsidRPr="002670FB">
              <w:t>беру</w:t>
            </w:r>
            <w:proofErr w:type="spellEnd"/>
            <w:r w:rsidRPr="002670FB">
              <w:t xml:space="preserve"> </w:t>
            </w:r>
            <w:proofErr w:type="spellStart"/>
            <w:r w:rsidRPr="002670FB">
              <w:t>сабағы</w:t>
            </w:r>
            <w:proofErr w:type="spellEnd"/>
            <w:r w:rsidRPr="002670FB">
              <w:t>.</w:t>
            </w:r>
            <w:r w:rsidRPr="007979E0">
              <w:t xml:space="preserve"> </w:t>
            </w:r>
          </w:p>
          <w:p w14:paraId="78358D91" w14:textId="77777777" w:rsidR="00D53DD4" w:rsidRPr="007979E0" w:rsidRDefault="00D53DD4" w:rsidP="00E56216">
            <w:pPr>
              <w:ind w:firstLine="0"/>
              <w:jc w:val="both"/>
              <w:rPr>
                <w:lang w:val="ru-RU"/>
              </w:rPr>
            </w:pPr>
            <w:proofErr w:type="spellStart"/>
            <w:r w:rsidRPr="007979E0">
              <w:rPr>
                <w:lang w:val="ru-RU"/>
              </w:rPr>
              <w:t>Табиғи</w:t>
            </w:r>
            <w:proofErr w:type="spellEnd"/>
            <w:r w:rsidRPr="007979E0">
              <w:rPr>
                <w:lang w:val="ru-RU"/>
              </w:rPr>
              <w:t xml:space="preserve"> </w:t>
            </w:r>
            <w:proofErr w:type="spellStart"/>
            <w:r w:rsidRPr="007979E0">
              <w:rPr>
                <w:lang w:val="ru-RU"/>
              </w:rPr>
              <w:t>нысандарды</w:t>
            </w:r>
            <w:proofErr w:type="spellEnd"/>
            <w:r w:rsidRPr="007979E0">
              <w:rPr>
                <w:lang w:val="ru-RU"/>
              </w:rPr>
              <w:t xml:space="preserve"> </w:t>
            </w:r>
            <w:proofErr w:type="spellStart"/>
            <w:r w:rsidRPr="007979E0">
              <w:rPr>
                <w:lang w:val="ru-RU"/>
              </w:rPr>
              <w:t>бақылау</w:t>
            </w:r>
            <w:proofErr w:type="spellEnd"/>
            <w:r w:rsidRPr="007979E0">
              <w:rPr>
                <w:lang w:val="ru-RU"/>
              </w:rPr>
              <w:t xml:space="preserve"> </w:t>
            </w:r>
            <w:proofErr w:type="spellStart"/>
            <w:r w:rsidRPr="007979E0">
              <w:rPr>
                <w:lang w:val="ru-RU"/>
              </w:rPr>
              <w:t>немесе</w:t>
            </w:r>
            <w:proofErr w:type="spellEnd"/>
            <w:r w:rsidRPr="007979E0">
              <w:rPr>
                <w:lang w:val="ru-RU"/>
              </w:rPr>
              <w:t xml:space="preserve"> </w:t>
            </w:r>
            <w:proofErr w:type="spellStart"/>
            <w:r w:rsidRPr="007979E0">
              <w:rPr>
                <w:lang w:val="ru-RU"/>
              </w:rPr>
              <w:t>өлкетану</w:t>
            </w:r>
            <w:proofErr w:type="spellEnd"/>
            <w:r w:rsidRPr="007979E0">
              <w:rPr>
                <w:lang w:val="ru-RU"/>
              </w:rPr>
              <w:t xml:space="preserve"> </w:t>
            </w:r>
            <w:proofErr w:type="spellStart"/>
            <w:r w:rsidRPr="007979E0">
              <w:rPr>
                <w:lang w:val="ru-RU"/>
              </w:rPr>
              <w:t>серуені</w:t>
            </w:r>
            <w:proofErr w:type="spellEnd"/>
            <w:r w:rsidRPr="007979E0">
              <w:rPr>
                <w:lang w:val="ru-RU"/>
              </w:rPr>
              <w:t>.</w:t>
            </w:r>
          </w:p>
        </w:tc>
      </w:tr>
      <w:tr w:rsidR="00D53DD4" w:rsidRPr="00655EAC" w14:paraId="146D8825" w14:textId="77777777" w:rsidTr="00E56216">
        <w:trPr>
          <w:jc w:val="center"/>
        </w:trPr>
        <w:tc>
          <w:tcPr>
            <w:tcW w:w="3402" w:type="dxa"/>
          </w:tcPr>
          <w:p w14:paraId="3C67723E" w14:textId="07AB8DA1" w:rsidR="00D53DD4" w:rsidRPr="00A81E3F" w:rsidRDefault="00DD6E9B" w:rsidP="00E56216">
            <w:pPr>
              <w:ind w:firstLine="0"/>
              <w:rPr>
                <w:lang w:val="ru-RU"/>
              </w:rPr>
            </w:pPr>
            <w:r>
              <w:rPr>
                <w:lang w:val="kk-KZ"/>
              </w:rPr>
              <w:t>Тәжірибелі</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521" w:type="dxa"/>
          </w:tcPr>
          <w:p w14:paraId="679684B2" w14:textId="36205EDF" w:rsidR="00D53DD4" w:rsidRPr="00A81E3F" w:rsidRDefault="00D53DD4" w:rsidP="00E56216">
            <w:pPr>
              <w:ind w:firstLine="0"/>
              <w:jc w:val="both"/>
              <w:rPr>
                <w:lang w:val="ru-RU"/>
              </w:rPr>
            </w:pPr>
            <w:r>
              <w:rPr>
                <w:lang w:val="ru-RU"/>
              </w:rPr>
              <w:t>«</w:t>
            </w:r>
            <w:r w:rsidR="00195065">
              <w:rPr>
                <w:lang w:val="ru-RU"/>
              </w:rPr>
              <w:t>ББСО</w:t>
            </w:r>
            <w:r w:rsidRPr="007979E0">
              <w:rPr>
                <w:lang w:val="ru-RU"/>
              </w:rPr>
              <w:t xml:space="preserve"> </w:t>
            </w:r>
            <w:proofErr w:type="spellStart"/>
            <w:r w:rsidRPr="007979E0">
              <w:rPr>
                <w:lang w:val="ru-RU"/>
              </w:rPr>
              <w:t>қызықты</w:t>
            </w:r>
            <w:proofErr w:type="spellEnd"/>
            <w:r w:rsidRPr="007979E0">
              <w:rPr>
                <w:lang w:val="ru-RU"/>
              </w:rPr>
              <w:t xml:space="preserve"> </w:t>
            </w:r>
            <w:proofErr w:type="spellStart"/>
            <w:r w:rsidRPr="007979E0">
              <w:rPr>
                <w:lang w:val="ru-RU"/>
              </w:rPr>
              <w:t>жерлерінің</w:t>
            </w:r>
            <w:proofErr w:type="spellEnd"/>
            <w:r w:rsidRPr="007979E0">
              <w:rPr>
                <w:lang w:val="ru-RU"/>
              </w:rPr>
              <w:t xml:space="preserve"> </w:t>
            </w:r>
            <w:proofErr w:type="spellStart"/>
            <w:r w:rsidRPr="007979E0">
              <w:rPr>
                <w:lang w:val="ru-RU"/>
              </w:rPr>
              <w:t>картасы</w:t>
            </w:r>
            <w:proofErr w:type="spellEnd"/>
            <w:r>
              <w:rPr>
                <w:lang w:val="ru-RU"/>
              </w:rPr>
              <w:t xml:space="preserve">» </w:t>
            </w:r>
            <w:proofErr w:type="spellStart"/>
            <w:r>
              <w:rPr>
                <w:lang w:val="ru-RU"/>
              </w:rPr>
              <w:t>тәжірибелік</w:t>
            </w:r>
            <w:proofErr w:type="spellEnd"/>
            <w:r w:rsidRPr="007979E0">
              <w:rPr>
                <w:lang w:val="ru-RU"/>
              </w:rPr>
              <w:t xml:space="preserve"> </w:t>
            </w:r>
            <w:proofErr w:type="spellStart"/>
            <w:r w:rsidRPr="007979E0">
              <w:rPr>
                <w:lang w:val="ru-RU"/>
              </w:rPr>
              <w:t>жұмысы</w:t>
            </w:r>
            <w:proofErr w:type="spellEnd"/>
            <w:r w:rsidRPr="007979E0">
              <w:rPr>
                <w:lang w:val="ru-RU"/>
              </w:rPr>
              <w:t>.</w:t>
            </w:r>
          </w:p>
        </w:tc>
      </w:tr>
      <w:tr w:rsidR="00D53DD4" w:rsidRPr="00655EAC" w14:paraId="38F8562C" w14:textId="77777777" w:rsidTr="00E56216">
        <w:trPr>
          <w:jc w:val="center"/>
        </w:trPr>
        <w:tc>
          <w:tcPr>
            <w:tcW w:w="3402" w:type="dxa"/>
          </w:tcPr>
          <w:p w14:paraId="490CA0FF" w14:textId="77777777" w:rsidR="00D53DD4" w:rsidRPr="00A81E3F" w:rsidRDefault="00D53DD4" w:rsidP="00E56216">
            <w:pPr>
              <w:ind w:firstLine="0"/>
              <w:rPr>
                <w:lang w:val="ru-RU"/>
              </w:rPr>
            </w:pPr>
            <w:proofErr w:type="spellStart"/>
            <w:r w:rsidRPr="007D2A96">
              <w:rPr>
                <w:lang w:val="ru-RU"/>
              </w:rPr>
              <w:t>Тәрбиелік</w:t>
            </w:r>
            <w:proofErr w:type="spellEnd"/>
            <w:r w:rsidRPr="007D2A96">
              <w:rPr>
                <w:lang w:val="ru-RU"/>
              </w:rPr>
              <w:t xml:space="preserve"> </w:t>
            </w:r>
            <w:proofErr w:type="spellStart"/>
            <w:r w:rsidRPr="007D2A96">
              <w:rPr>
                <w:lang w:val="ru-RU"/>
              </w:rPr>
              <w:t>іс-шаралар</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жобалар</w:t>
            </w:r>
            <w:proofErr w:type="spellEnd"/>
            <w:r w:rsidRPr="007D2A96">
              <w:rPr>
                <w:lang w:val="ru-RU"/>
              </w:rPr>
              <w:t xml:space="preserve"> (</w:t>
            </w:r>
            <w:proofErr w:type="spellStart"/>
            <w:r w:rsidRPr="007D2A96">
              <w:rPr>
                <w:lang w:val="ru-RU"/>
              </w:rPr>
              <w:t>кемінде</w:t>
            </w:r>
            <w:proofErr w:type="spellEnd"/>
            <w:r w:rsidRPr="007D2A96">
              <w:rPr>
                <w:lang w:val="ru-RU"/>
              </w:rPr>
              <w:t xml:space="preserve"> 2)</w:t>
            </w:r>
          </w:p>
        </w:tc>
        <w:tc>
          <w:tcPr>
            <w:tcW w:w="6521" w:type="dxa"/>
          </w:tcPr>
          <w:p w14:paraId="04894143" w14:textId="77777777" w:rsidR="00D53DD4" w:rsidRDefault="00D53DD4" w:rsidP="00E56216">
            <w:pPr>
              <w:ind w:firstLine="0"/>
              <w:jc w:val="both"/>
              <w:rPr>
                <w:lang w:val="ru-RU"/>
              </w:rPr>
            </w:pPr>
            <w:proofErr w:type="spellStart"/>
            <w:r w:rsidRPr="007979E0">
              <w:rPr>
                <w:lang w:val="ru-RU"/>
              </w:rPr>
              <w:t>Фотосурет</w:t>
            </w:r>
            <w:proofErr w:type="spellEnd"/>
            <w:r w:rsidRPr="007979E0">
              <w:rPr>
                <w:lang w:val="ru-RU"/>
              </w:rPr>
              <w:t xml:space="preserve"> </w:t>
            </w:r>
            <w:proofErr w:type="spellStart"/>
            <w:r w:rsidRPr="007979E0">
              <w:rPr>
                <w:lang w:val="ru-RU"/>
              </w:rPr>
              <w:t>жазбасы</w:t>
            </w:r>
            <w:proofErr w:type="spellEnd"/>
            <w:r w:rsidRPr="007979E0">
              <w:rPr>
                <w:lang w:val="ru-RU"/>
              </w:rPr>
              <w:t xml:space="preserve"> </w:t>
            </w:r>
            <w:proofErr w:type="spellStart"/>
            <w:r w:rsidRPr="007979E0">
              <w:rPr>
                <w:lang w:val="ru-RU"/>
              </w:rPr>
              <w:t>немесе</w:t>
            </w:r>
            <w:proofErr w:type="spellEnd"/>
            <w:r w:rsidRPr="007979E0">
              <w:rPr>
                <w:lang w:val="ru-RU"/>
              </w:rPr>
              <w:t xml:space="preserve"> </w:t>
            </w:r>
            <w:proofErr w:type="spellStart"/>
            <w:r w:rsidRPr="007979E0">
              <w:rPr>
                <w:lang w:val="ru-RU"/>
              </w:rPr>
              <w:t>маршрутты</w:t>
            </w:r>
            <w:proofErr w:type="spellEnd"/>
            <w:r w:rsidRPr="007979E0">
              <w:rPr>
                <w:lang w:val="ru-RU"/>
              </w:rPr>
              <w:t xml:space="preserve"> </w:t>
            </w:r>
            <w:proofErr w:type="spellStart"/>
            <w:r w:rsidRPr="007979E0">
              <w:rPr>
                <w:lang w:val="ru-RU"/>
              </w:rPr>
              <w:t>бақылау</w:t>
            </w:r>
            <w:proofErr w:type="spellEnd"/>
            <w:r w:rsidRPr="007979E0">
              <w:rPr>
                <w:lang w:val="ru-RU"/>
              </w:rPr>
              <w:t xml:space="preserve"> </w:t>
            </w:r>
            <w:proofErr w:type="spellStart"/>
            <w:r w:rsidRPr="007979E0">
              <w:rPr>
                <w:lang w:val="ru-RU"/>
              </w:rPr>
              <w:t>күнделігі</w:t>
            </w:r>
            <w:proofErr w:type="spellEnd"/>
            <w:r w:rsidRPr="007979E0">
              <w:rPr>
                <w:lang w:val="ru-RU"/>
              </w:rPr>
              <w:t>.</w:t>
            </w:r>
          </w:p>
          <w:p w14:paraId="20996D07" w14:textId="77777777" w:rsidR="00D53DD4" w:rsidRPr="007979E0" w:rsidRDefault="00D53DD4" w:rsidP="00E56216">
            <w:pPr>
              <w:ind w:firstLine="0"/>
              <w:jc w:val="both"/>
              <w:rPr>
                <w:lang w:val="ru-RU"/>
              </w:rPr>
            </w:pPr>
            <w:r>
              <w:rPr>
                <w:lang w:val="ru-RU"/>
              </w:rPr>
              <w:t>«</w:t>
            </w:r>
            <w:proofErr w:type="spellStart"/>
            <w:r w:rsidRPr="007979E0">
              <w:rPr>
                <w:lang w:val="ru-RU"/>
              </w:rPr>
              <w:t>Туған</w:t>
            </w:r>
            <w:proofErr w:type="spellEnd"/>
            <w:r w:rsidRPr="007979E0">
              <w:rPr>
                <w:lang w:val="ru-RU"/>
              </w:rPr>
              <w:t xml:space="preserve"> </w:t>
            </w:r>
            <w:proofErr w:type="spellStart"/>
            <w:r w:rsidRPr="007979E0">
              <w:rPr>
                <w:lang w:val="ru-RU"/>
              </w:rPr>
              <w:t>өлкеге</w:t>
            </w:r>
            <w:proofErr w:type="spellEnd"/>
            <w:r w:rsidRPr="007979E0">
              <w:rPr>
                <w:lang w:val="ru-RU"/>
              </w:rPr>
              <w:t xml:space="preserve"> </w:t>
            </w:r>
            <w:proofErr w:type="spellStart"/>
            <w:r w:rsidRPr="007979E0">
              <w:rPr>
                <w:lang w:val="ru-RU"/>
              </w:rPr>
              <w:t>Құрмет</w:t>
            </w:r>
            <w:proofErr w:type="spellEnd"/>
            <w:r>
              <w:rPr>
                <w:lang w:val="ru-RU"/>
              </w:rPr>
              <w:t xml:space="preserve">» </w:t>
            </w:r>
            <w:proofErr w:type="spellStart"/>
            <w:r w:rsidRPr="007979E0">
              <w:rPr>
                <w:lang w:val="ru-RU"/>
              </w:rPr>
              <w:t>тәрбие</w:t>
            </w:r>
            <w:proofErr w:type="spellEnd"/>
            <w:r w:rsidRPr="007979E0">
              <w:rPr>
                <w:lang w:val="ru-RU"/>
              </w:rPr>
              <w:t xml:space="preserve"> </w:t>
            </w:r>
            <w:proofErr w:type="spellStart"/>
            <w:r w:rsidRPr="007979E0">
              <w:rPr>
                <w:lang w:val="ru-RU"/>
              </w:rPr>
              <w:t>іс-шарасы</w:t>
            </w:r>
            <w:proofErr w:type="spellEnd"/>
            <w:r w:rsidRPr="007979E0">
              <w:rPr>
                <w:lang w:val="ru-RU"/>
              </w:rPr>
              <w:t>.</w:t>
            </w:r>
          </w:p>
        </w:tc>
      </w:tr>
      <w:tr w:rsidR="00D53DD4" w:rsidRPr="00655EAC" w14:paraId="2E2606C2" w14:textId="77777777" w:rsidTr="00E56216">
        <w:trPr>
          <w:jc w:val="center"/>
        </w:trPr>
        <w:tc>
          <w:tcPr>
            <w:tcW w:w="3402" w:type="dxa"/>
          </w:tcPr>
          <w:p w14:paraId="2A0EAB67" w14:textId="77777777" w:rsidR="00D53DD4" w:rsidRPr="00655EAC" w:rsidRDefault="00D53DD4" w:rsidP="00E56216">
            <w:pPr>
              <w:ind w:firstLine="0"/>
              <w:rPr>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521" w:type="dxa"/>
          </w:tcPr>
          <w:p w14:paraId="0FD26AF5" w14:textId="77777777" w:rsidR="00D53DD4" w:rsidRPr="00655EAC" w:rsidRDefault="00D53DD4" w:rsidP="00E56216">
            <w:pPr>
              <w:ind w:firstLine="0"/>
              <w:jc w:val="both"/>
              <w:rPr>
                <w:lang w:val="ru-RU"/>
              </w:rPr>
            </w:pPr>
            <w:proofErr w:type="spellStart"/>
            <w:r w:rsidRPr="00D53DD4">
              <w:rPr>
                <w:rStyle w:val="ypks7kbdpwfgdykd3qb9"/>
                <w:lang w:val="ru-RU"/>
              </w:rPr>
              <w:t>Өлкетану</w:t>
            </w:r>
            <w:proofErr w:type="spellEnd"/>
            <w:r w:rsidRPr="00655EAC">
              <w:rPr>
                <w:lang w:val="ru-RU"/>
              </w:rPr>
              <w:t xml:space="preserve"> </w:t>
            </w:r>
            <w:proofErr w:type="spellStart"/>
            <w:r w:rsidRPr="00D53DD4">
              <w:rPr>
                <w:rStyle w:val="ypks7kbdpwfgdykd3qb9"/>
                <w:lang w:val="ru-RU"/>
              </w:rPr>
              <w:t>ашылу</w:t>
            </w:r>
            <w:proofErr w:type="spellEnd"/>
            <w:r w:rsidRPr="00655EAC">
              <w:rPr>
                <w:lang w:val="ru-RU"/>
              </w:rPr>
              <w:t xml:space="preserve"> </w:t>
            </w:r>
            <w:proofErr w:type="spellStart"/>
            <w:r w:rsidRPr="00D53DD4">
              <w:rPr>
                <w:rStyle w:val="ypks7kbdpwfgdykd3qb9"/>
                <w:lang w:val="ru-RU"/>
              </w:rPr>
              <w:t>кеші</w:t>
            </w:r>
            <w:proofErr w:type="spellEnd"/>
            <w:r w:rsidRPr="00655EAC">
              <w:rPr>
                <w:rStyle w:val="ypks7kbdpwfgdykd3qb9"/>
                <w:lang w:val="ru-RU"/>
              </w:rPr>
              <w:t>.</w:t>
            </w:r>
            <w:r w:rsidRPr="00655EAC">
              <w:rPr>
                <w:lang w:val="ru-RU"/>
              </w:rPr>
              <w:t xml:space="preserve"> </w:t>
            </w:r>
          </w:p>
          <w:p w14:paraId="165DF8FF" w14:textId="77777777" w:rsidR="00D53DD4" w:rsidRPr="00655EAC" w:rsidRDefault="00D53DD4" w:rsidP="00E56216">
            <w:pPr>
              <w:ind w:firstLine="0"/>
              <w:jc w:val="both"/>
              <w:rPr>
                <w:lang w:val="ru-RU"/>
              </w:rPr>
            </w:pPr>
            <w:proofErr w:type="spellStart"/>
            <w:r w:rsidRPr="00D53DD4">
              <w:rPr>
                <w:rStyle w:val="ypks7kbdpwfgdykd3qb9"/>
                <w:lang w:val="ru-RU"/>
              </w:rPr>
              <w:t>Зарядтау</w:t>
            </w:r>
            <w:proofErr w:type="spellEnd"/>
            <w:r w:rsidRPr="00655EAC">
              <w:rPr>
                <w:rStyle w:val="ypks7kbdpwfgdykd3qb9"/>
                <w:lang w:val="ru-RU"/>
              </w:rPr>
              <w:t>,</w:t>
            </w:r>
            <w:r w:rsidRPr="00655EAC">
              <w:rPr>
                <w:lang w:val="ru-RU"/>
              </w:rPr>
              <w:t xml:space="preserve"> </w:t>
            </w:r>
            <w:proofErr w:type="spellStart"/>
            <w:r w:rsidRPr="00D53DD4">
              <w:rPr>
                <w:rStyle w:val="ypks7kbdpwfgdykd3qb9"/>
                <w:lang w:val="ru-RU"/>
              </w:rPr>
              <w:t>серуендеу</w:t>
            </w:r>
            <w:proofErr w:type="spellEnd"/>
            <w:r w:rsidRPr="00655EAC">
              <w:rPr>
                <w:rStyle w:val="ypks7kbdpwfgdykd3qb9"/>
                <w:lang w:val="ru-RU"/>
              </w:rPr>
              <w:t>,</w:t>
            </w:r>
            <w:r w:rsidRPr="00655EAC">
              <w:rPr>
                <w:lang w:val="ru-RU"/>
              </w:rPr>
              <w:t xml:space="preserve"> </w:t>
            </w:r>
            <w:r>
              <w:rPr>
                <w:lang w:val="kk-KZ"/>
              </w:rPr>
              <w:t>«</w:t>
            </w:r>
            <w:proofErr w:type="spellStart"/>
            <w:r w:rsidRPr="00D53DD4">
              <w:rPr>
                <w:rStyle w:val="ypks7kbdpwfgdykd3qb9"/>
                <w:lang w:val="ru-RU"/>
              </w:rPr>
              <w:t>табиғи</w:t>
            </w:r>
            <w:proofErr w:type="spellEnd"/>
            <w:r w:rsidRPr="00655EAC">
              <w:rPr>
                <w:lang w:val="ru-RU"/>
              </w:rPr>
              <w:t xml:space="preserve"> </w:t>
            </w:r>
            <w:proofErr w:type="spellStart"/>
            <w:r w:rsidRPr="00D53DD4">
              <w:rPr>
                <w:rStyle w:val="ypks7kbdpwfgdykd3qb9"/>
                <w:lang w:val="ru-RU"/>
              </w:rPr>
              <w:t>бағдар</w:t>
            </w:r>
            <w:proofErr w:type="spellEnd"/>
            <w:r w:rsidRPr="00655EAC">
              <w:rPr>
                <w:lang w:val="ru-RU"/>
              </w:rPr>
              <w:t xml:space="preserve"> </w:t>
            </w:r>
            <w:r w:rsidRPr="00D53DD4">
              <w:rPr>
                <w:rStyle w:val="ypks7kbdpwfgdykd3qb9"/>
                <w:lang w:val="ru-RU"/>
              </w:rPr>
              <w:t>тап</w:t>
            </w:r>
            <w:r>
              <w:rPr>
                <w:rStyle w:val="ypks7kbdpwfgdykd3qb9"/>
                <w:lang w:val="kk-KZ"/>
              </w:rPr>
              <w:t>»</w:t>
            </w:r>
            <w:r w:rsidRPr="00655EAC">
              <w:rPr>
                <w:lang w:val="ru-RU"/>
              </w:rPr>
              <w:t xml:space="preserve"> </w:t>
            </w:r>
            <w:proofErr w:type="spellStart"/>
            <w:r w:rsidRPr="00D53DD4">
              <w:rPr>
                <w:rStyle w:val="ypks7kbdpwfgdykd3qb9"/>
                <w:lang w:val="ru-RU"/>
              </w:rPr>
              <w:t>ашық</w:t>
            </w:r>
            <w:proofErr w:type="spellEnd"/>
            <w:r w:rsidRPr="00655EAC">
              <w:rPr>
                <w:lang w:val="ru-RU"/>
              </w:rPr>
              <w:t xml:space="preserve"> </w:t>
            </w:r>
            <w:proofErr w:type="spellStart"/>
            <w:r w:rsidRPr="00D53DD4">
              <w:rPr>
                <w:rStyle w:val="ypks7kbdpwfgdykd3qb9"/>
                <w:lang w:val="ru-RU"/>
              </w:rPr>
              <w:t>ойыны</w:t>
            </w:r>
            <w:proofErr w:type="spellEnd"/>
            <w:r w:rsidRPr="00655EAC">
              <w:rPr>
                <w:rStyle w:val="ypks7kbdpwfgdykd3qb9"/>
                <w:lang w:val="ru-RU"/>
              </w:rPr>
              <w:t>.</w:t>
            </w:r>
          </w:p>
        </w:tc>
      </w:tr>
      <w:tr w:rsidR="00D53DD4" w:rsidRPr="007979E0" w14:paraId="54F45ABD" w14:textId="77777777" w:rsidTr="00E56216">
        <w:trPr>
          <w:jc w:val="center"/>
        </w:trPr>
        <w:tc>
          <w:tcPr>
            <w:tcW w:w="3402" w:type="dxa"/>
          </w:tcPr>
          <w:p w14:paraId="03DE1C31"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521" w:type="dxa"/>
          </w:tcPr>
          <w:p w14:paraId="7AEC43DC" w14:textId="77777777" w:rsidR="00D53DD4" w:rsidRPr="007979E0" w:rsidRDefault="00D53DD4" w:rsidP="00E56216">
            <w:pPr>
              <w:ind w:firstLine="0"/>
            </w:pPr>
            <w:proofErr w:type="spellStart"/>
            <w:r>
              <w:rPr>
                <w:rStyle w:val="ypks7kbdpwfgdykd3qb9"/>
              </w:rPr>
              <w:t>Қызықты</w:t>
            </w:r>
            <w:proofErr w:type="spellEnd"/>
            <w:r>
              <w:t xml:space="preserve"> </w:t>
            </w:r>
            <w:proofErr w:type="spellStart"/>
            <w:r>
              <w:rPr>
                <w:rStyle w:val="ypks7kbdpwfgdykd3qb9"/>
              </w:rPr>
              <w:t>орындардың</w:t>
            </w:r>
            <w:proofErr w:type="spellEnd"/>
            <w:r>
              <w:t xml:space="preserve"> </w:t>
            </w:r>
            <w:proofErr w:type="spellStart"/>
            <w:r>
              <w:rPr>
                <w:rStyle w:val="ypks7kbdpwfgdykd3qb9"/>
              </w:rPr>
              <w:t>картасы</w:t>
            </w:r>
            <w:proofErr w:type="spellEnd"/>
            <w:r>
              <w:t xml:space="preserve"> </w:t>
            </w:r>
            <w:proofErr w:type="spellStart"/>
            <w:r>
              <w:rPr>
                <w:rStyle w:val="ypks7kbdpwfgdykd3qb9"/>
              </w:rPr>
              <w:t>немесе</w:t>
            </w:r>
            <w:proofErr w:type="spellEnd"/>
            <w:r>
              <w:t xml:space="preserve"> </w:t>
            </w:r>
            <w:proofErr w:type="spellStart"/>
            <w:r>
              <w:rPr>
                <w:rStyle w:val="ypks7kbdpwfgdykd3qb9"/>
              </w:rPr>
              <w:t>маршруттың</w:t>
            </w:r>
            <w:proofErr w:type="spellEnd"/>
            <w:r>
              <w:t xml:space="preserve"> </w:t>
            </w:r>
            <w:proofErr w:type="spellStart"/>
            <w:r>
              <w:t>фотолетописі</w:t>
            </w:r>
            <w:proofErr w:type="spellEnd"/>
            <w:r>
              <w:t xml:space="preserve"> </w:t>
            </w:r>
            <w:proofErr w:type="spellStart"/>
            <w:r>
              <w:rPr>
                <w:rStyle w:val="ypks7kbdpwfgdykd3qb9"/>
              </w:rPr>
              <w:t>жасалды</w:t>
            </w:r>
            <w:proofErr w:type="spellEnd"/>
            <w:r>
              <w:rPr>
                <w:rStyle w:val="ypks7kbdpwfgdykd3qb9"/>
              </w:rPr>
              <w:t>.</w:t>
            </w:r>
          </w:p>
        </w:tc>
      </w:tr>
    </w:tbl>
    <w:p w14:paraId="3D49DC67" w14:textId="77777777" w:rsidR="00D53DD4" w:rsidRPr="007D2A96" w:rsidRDefault="00D53DD4" w:rsidP="00D53DD4">
      <w:pPr>
        <w:pStyle w:val="31"/>
        <w:rPr>
          <w:lang w:val="kk-KZ"/>
        </w:rPr>
      </w:pPr>
      <w:r w:rsidRPr="007D2A96">
        <w:rPr>
          <w:rFonts w:eastAsia="Times New Roman"/>
          <w:lang w:val="ru-RU"/>
        </w:rPr>
        <w:t xml:space="preserve">8 </w:t>
      </w:r>
      <w:r>
        <w:rPr>
          <w:rFonts w:eastAsia="Times New Roman"/>
          <w:lang w:val="kk-KZ"/>
        </w:rPr>
        <w:t>күн</w:t>
      </w:r>
      <w:r w:rsidRPr="007D2A96">
        <w:rPr>
          <w:rFonts w:eastAsia="Times New Roman"/>
          <w:lang w:val="ru-RU"/>
        </w:rPr>
        <w:t xml:space="preserve">. «Таза маршрут» - </w:t>
      </w:r>
      <w:r>
        <w:rPr>
          <w:rFonts w:eastAsia="Times New Roman"/>
          <w:lang w:val="kk-KZ"/>
        </w:rPr>
        <w:t>экология күні</w:t>
      </w:r>
    </w:p>
    <w:tbl>
      <w:tblPr>
        <w:tblStyle w:val="aff0"/>
        <w:tblW w:w="9923" w:type="dxa"/>
        <w:jc w:val="center"/>
        <w:tblLook w:val="04A0" w:firstRow="1" w:lastRow="0" w:firstColumn="1" w:lastColumn="0" w:noHBand="0" w:noVBand="1"/>
      </w:tblPr>
      <w:tblGrid>
        <w:gridCol w:w="3402"/>
        <w:gridCol w:w="6521"/>
      </w:tblGrid>
      <w:tr w:rsidR="00D53DD4" w14:paraId="4599CE6C" w14:textId="77777777" w:rsidTr="00E56216">
        <w:trPr>
          <w:tblHeader/>
          <w:jc w:val="center"/>
        </w:trPr>
        <w:tc>
          <w:tcPr>
            <w:tcW w:w="3402" w:type="dxa"/>
            <w:shd w:val="clear" w:color="auto" w:fill="D9EAD3"/>
          </w:tcPr>
          <w:p w14:paraId="559929CB" w14:textId="77777777" w:rsidR="00D53DD4" w:rsidRDefault="00D53DD4" w:rsidP="00E56216">
            <w:pPr>
              <w:ind w:firstLine="0"/>
              <w:jc w:val="center"/>
            </w:pPr>
            <w:r>
              <w:rPr>
                <w:b/>
                <w:szCs w:val="28"/>
                <w:lang w:val="kk-KZ"/>
              </w:rPr>
              <w:t>Күннің құрамдас бөлігі</w:t>
            </w:r>
          </w:p>
        </w:tc>
        <w:tc>
          <w:tcPr>
            <w:tcW w:w="6521" w:type="dxa"/>
            <w:shd w:val="clear" w:color="auto" w:fill="D9EAD3"/>
          </w:tcPr>
          <w:p w14:paraId="6FE52A6F" w14:textId="77777777" w:rsidR="00D53DD4" w:rsidRDefault="00D53DD4" w:rsidP="00E56216">
            <w:pPr>
              <w:ind w:firstLine="0"/>
              <w:jc w:val="center"/>
            </w:pPr>
            <w:r w:rsidRPr="003F7BF7">
              <w:rPr>
                <w:b/>
                <w:szCs w:val="28"/>
                <w:lang w:val="kk-KZ"/>
              </w:rPr>
              <w:t>Мазмұны</w:t>
            </w:r>
          </w:p>
        </w:tc>
      </w:tr>
      <w:tr w:rsidR="00D53DD4" w:rsidRPr="0053337D" w14:paraId="4F0CBE6C" w14:textId="77777777" w:rsidTr="00E56216">
        <w:trPr>
          <w:jc w:val="center"/>
        </w:trPr>
        <w:tc>
          <w:tcPr>
            <w:tcW w:w="3402" w:type="dxa"/>
          </w:tcPr>
          <w:p w14:paraId="3890E6DE"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521" w:type="dxa"/>
          </w:tcPr>
          <w:p w14:paraId="29F5A020" w14:textId="77777777" w:rsidR="00D53DD4" w:rsidRPr="0053337D" w:rsidRDefault="00D53DD4" w:rsidP="00E56216">
            <w:pPr>
              <w:ind w:firstLine="0"/>
              <w:jc w:val="both"/>
            </w:pPr>
            <w:r>
              <w:t>«</w:t>
            </w:r>
            <w:proofErr w:type="spellStart"/>
            <w:r>
              <w:t>Туристің</w:t>
            </w:r>
            <w:proofErr w:type="spellEnd"/>
            <w:r>
              <w:t xml:space="preserve"> </w:t>
            </w:r>
            <w:proofErr w:type="spellStart"/>
            <w:r>
              <w:t>экологиялық</w:t>
            </w:r>
            <w:proofErr w:type="spellEnd"/>
            <w:r>
              <w:t xml:space="preserve"> </w:t>
            </w:r>
            <w:proofErr w:type="spellStart"/>
            <w:r>
              <w:t>мәдениеті</w:t>
            </w:r>
            <w:proofErr w:type="spellEnd"/>
            <w:r>
              <w:t xml:space="preserve">» </w:t>
            </w:r>
            <w:proofErr w:type="spellStart"/>
            <w:r>
              <w:t>дамытушы</w:t>
            </w:r>
            <w:proofErr w:type="spellEnd"/>
            <w:r>
              <w:t xml:space="preserve"> </w:t>
            </w:r>
            <w:proofErr w:type="spellStart"/>
            <w:r>
              <w:t>сабағы</w:t>
            </w:r>
            <w:proofErr w:type="spellEnd"/>
            <w:r>
              <w:t>.</w:t>
            </w:r>
            <w:r>
              <w:br/>
              <w:t>«</w:t>
            </w:r>
            <w:proofErr w:type="spellStart"/>
            <w:r>
              <w:t>Адам</w:t>
            </w:r>
            <w:proofErr w:type="spellEnd"/>
            <w:r>
              <w:t xml:space="preserve"> </w:t>
            </w:r>
            <w:proofErr w:type="spellStart"/>
            <w:r>
              <w:t>маршрут</w:t>
            </w:r>
            <w:proofErr w:type="spellEnd"/>
            <w:r>
              <w:t xml:space="preserve"> </w:t>
            </w:r>
            <w:proofErr w:type="spellStart"/>
            <w:r>
              <w:t>аумағына</w:t>
            </w:r>
            <w:proofErr w:type="spellEnd"/>
            <w:r>
              <w:t xml:space="preserve"> </w:t>
            </w:r>
            <w:proofErr w:type="spellStart"/>
            <w:r>
              <w:t>қалай</w:t>
            </w:r>
            <w:proofErr w:type="spellEnd"/>
            <w:r>
              <w:t xml:space="preserve"> </w:t>
            </w:r>
            <w:proofErr w:type="spellStart"/>
            <w:r>
              <w:t>әсер</w:t>
            </w:r>
            <w:proofErr w:type="spellEnd"/>
            <w:r>
              <w:t xml:space="preserve"> </w:t>
            </w:r>
            <w:proofErr w:type="spellStart"/>
            <w:r>
              <w:t>етеді</w:t>
            </w:r>
            <w:proofErr w:type="spellEnd"/>
            <w:r>
              <w:t xml:space="preserve">» </w:t>
            </w:r>
            <w:proofErr w:type="spellStart"/>
            <w:r>
              <w:t>бақылау</w:t>
            </w:r>
            <w:proofErr w:type="spellEnd"/>
            <w:r>
              <w:t xml:space="preserve"> </w:t>
            </w:r>
            <w:proofErr w:type="spellStart"/>
            <w:r>
              <w:t>жұмысы</w:t>
            </w:r>
            <w:proofErr w:type="spellEnd"/>
            <w:r>
              <w:t>.</w:t>
            </w:r>
          </w:p>
        </w:tc>
      </w:tr>
      <w:tr w:rsidR="00D53DD4" w:rsidRPr="00655EAC" w14:paraId="7AC19BDC" w14:textId="77777777" w:rsidTr="00E56216">
        <w:trPr>
          <w:jc w:val="center"/>
        </w:trPr>
        <w:tc>
          <w:tcPr>
            <w:tcW w:w="3402" w:type="dxa"/>
          </w:tcPr>
          <w:p w14:paraId="36F2040F" w14:textId="77180644" w:rsidR="00D53DD4" w:rsidRPr="00A81E3F" w:rsidRDefault="00DD6E9B" w:rsidP="00E56216">
            <w:pPr>
              <w:ind w:firstLine="0"/>
              <w:rPr>
                <w:lang w:val="ru-RU"/>
              </w:rPr>
            </w:pPr>
            <w:r>
              <w:rPr>
                <w:lang w:val="kk-KZ"/>
              </w:rPr>
              <w:t>Тәжірибелі</w:t>
            </w:r>
            <w:r>
              <w:t xml:space="preserve"> </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521" w:type="dxa"/>
          </w:tcPr>
          <w:p w14:paraId="7D929095" w14:textId="77777777" w:rsidR="00D53DD4" w:rsidRPr="0053337D" w:rsidRDefault="00D53DD4" w:rsidP="00E56216">
            <w:pPr>
              <w:ind w:firstLine="0"/>
              <w:jc w:val="both"/>
              <w:rPr>
                <w:lang w:val="ru-RU"/>
              </w:rPr>
            </w:pPr>
            <w:r w:rsidRPr="0053337D">
              <w:rPr>
                <w:lang w:val="ru-RU"/>
              </w:rPr>
              <w:t xml:space="preserve">«Эко-турист </w:t>
            </w:r>
            <w:proofErr w:type="spellStart"/>
            <w:r w:rsidRPr="0053337D">
              <w:rPr>
                <w:lang w:val="ru-RU"/>
              </w:rPr>
              <w:t>жадынамасы</w:t>
            </w:r>
            <w:proofErr w:type="spellEnd"/>
            <w:r w:rsidRPr="0053337D">
              <w:rPr>
                <w:lang w:val="ru-RU"/>
              </w:rPr>
              <w:t xml:space="preserve">» </w:t>
            </w:r>
            <w:proofErr w:type="spellStart"/>
            <w:r>
              <w:rPr>
                <w:lang w:val="ru-RU"/>
              </w:rPr>
              <w:t>тәжірибелік</w:t>
            </w:r>
            <w:proofErr w:type="spellEnd"/>
            <w:r w:rsidRPr="0053337D">
              <w:rPr>
                <w:lang w:val="ru-RU"/>
              </w:rPr>
              <w:t xml:space="preserve"> </w:t>
            </w:r>
            <w:proofErr w:type="spellStart"/>
            <w:r w:rsidRPr="0053337D">
              <w:rPr>
                <w:lang w:val="ru-RU"/>
              </w:rPr>
              <w:t>жұмысы</w:t>
            </w:r>
            <w:proofErr w:type="spellEnd"/>
            <w:r w:rsidRPr="0053337D">
              <w:rPr>
                <w:lang w:val="ru-RU"/>
              </w:rPr>
              <w:t>.</w:t>
            </w:r>
            <w:r w:rsidRPr="0053337D">
              <w:rPr>
                <w:lang w:val="ru-RU"/>
              </w:rPr>
              <w:br/>
            </w:r>
            <w:proofErr w:type="spellStart"/>
            <w:r w:rsidRPr="0053337D">
              <w:rPr>
                <w:lang w:val="ru-RU"/>
              </w:rPr>
              <w:t>Аумақты</w:t>
            </w:r>
            <w:proofErr w:type="spellEnd"/>
            <w:r w:rsidRPr="0053337D">
              <w:rPr>
                <w:lang w:val="ru-RU"/>
              </w:rPr>
              <w:t xml:space="preserve"> </w:t>
            </w:r>
            <w:proofErr w:type="spellStart"/>
            <w:r w:rsidRPr="0053337D">
              <w:rPr>
                <w:lang w:val="ru-RU"/>
              </w:rPr>
              <w:t>абаттандыру</w:t>
            </w:r>
            <w:proofErr w:type="spellEnd"/>
            <w:r w:rsidRPr="0053337D">
              <w:rPr>
                <w:lang w:val="ru-RU"/>
              </w:rPr>
              <w:t xml:space="preserve"> </w:t>
            </w:r>
            <w:proofErr w:type="spellStart"/>
            <w:r w:rsidRPr="0053337D">
              <w:rPr>
                <w:lang w:val="ru-RU"/>
              </w:rPr>
              <w:t>бойынша</w:t>
            </w:r>
            <w:proofErr w:type="spellEnd"/>
            <w:r w:rsidRPr="0053337D">
              <w:rPr>
                <w:lang w:val="ru-RU"/>
              </w:rPr>
              <w:t xml:space="preserve"> эко-акция </w:t>
            </w:r>
            <w:proofErr w:type="spellStart"/>
            <w:r w:rsidRPr="0053337D">
              <w:rPr>
                <w:lang w:val="ru-RU"/>
              </w:rPr>
              <w:t>немесе</w:t>
            </w:r>
            <w:proofErr w:type="spellEnd"/>
            <w:r w:rsidRPr="0053337D">
              <w:rPr>
                <w:lang w:val="ru-RU"/>
              </w:rPr>
              <w:t xml:space="preserve"> </w:t>
            </w:r>
            <w:proofErr w:type="spellStart"/>
            <w:r w:rsidRPr="0053337D">
              <w:rPr>
                <w:lang w:val="ru-RU"/>
              </w:rPr>
              <w:t>шағын</w:t>
            </w:r>
            <w:proofErr w:type="spellEnd"/>
            <w:r w:rsidRPr="0053337D">
              <w:rPr>
                <w:lang w:val="ru-RU"/>
              </w:rPr>
              <w:t xml:space="preserve"> </w:t>
            </w:r>
            <w:proofErr w:type="spellStart"/>
            <w:r w:rsidRPr="0053337D">
              <w:rPr>
                <w:lang w:val="ru-RU"/>
              </w:rPr>
              <w:t>жоба</w:t>
            </w:r>
            <w:proofErr w:type="spellEnd"/>
            <w:r w:rsidRPr="0053337D">
              <w:rPr>
                <w:lang w:val="ru-RU"/>
              </w:rPr>
              <w:t>.</w:t>
            </w:r>
          </w:p>
        </w:tc>
      </w:tr>
      <w:tr w:rsidR="00D53DD4" w:rsidRPr="00655EAC" w14:paraId="768C848F" w14:textId="77777777" w:rsidTr="00E56216">
        <w:trPr>
          <w:jc w:val="center"/>
        </w:trPr>
        <w:tc>
          <w:tcPr>
            <w:tcW w:w="3402" w:type="dxa"/>
          </w:tcPr>
          <w:p w14:paraId="70855150" w14:textId="77777777" w:rsidR="00D53DD4" w:rsidRPr="00865B21" w:rsidRDefault="00D53DD4" w:rsidP="00E56216">
            <w:pPr>
              <w:ind w:firstLine="0"/>
              <w:rPr>
                <w:lang w:val="ru-RU"/>
              </w:rPr>
            </w:pPr>
            <w:proofErr w:type="spellStart"/>
            <w:r w:rsidRPr="007D2A96">
              <w:rPr>
                <w:lang w:val="ru-RU"/>
              </w:rPr>
              <w:t>Тәрбиелік</w:t>
            </w:r>
            <w:proofErr w:type="spellEnd"/>
            <w:r w:rsidRPr="00865B21">
              <w:rPr>
                <w:lang w:val="ru-RU"/>
              </w:rPr>
              <w:t xml:space="preserve"> </w:t>
            </w:r>
            <w:proofErr w:type="spellStart"/>
            <w:r w:rsidRPr="007D2A96">
              <w:rPr>
                <w:lang w:val="ru-RU"/>
              </w:rPr>
              <w:t>іс</w:t>
            </w:r>
            <w:r w:rsidRPr="00865B21">
              <w:rPr>
                <w:lang w:val="ru-RU"/>
              </w:rPr>
              <w:t>-</w:t>
            </w:r>
            <w:r w:rsidRPr="007D2A96">
              <w:rPr>
                <w:lang w:val="ru-RU"/>
              </w:rPr>
              <w:t>шаралар</w:t>
            </w:r>
            <w:proofErr w:type="spellEnd"/>
            <w:r w:rsidRPr="00865B21">
              <w:rPr>
                <w:lang w:val="ru-RU"/>
              </w:rPr>
              <w:t xml:space="preserve"> </w:t>
            </w:r>
            <w:proofErr w:type="spellStart"/>
            <w:r w:rsidRPr="007D2A96">
              <w:rPr>
                <w:lang w:val="ru-RU"/>
              </w:rPr>
              <w:t>және</w:t>
            </w:r>
            <w:proofErr w:type="spellEnd"/>
            <w:r w:rsidRPr="00865B21">
              <w:rPr>
                <w:lang w:val="ru-RU"/>
              </w:rPr>
              <w:t xml:space="preserve"> </w:t>
            </w:r>
            <w:proofErr w:type="spellStart"/>
            <w:r w:rsidRPr="007D2A96">
              <w:rPr>
                <w:lang w:val="ru-RU"/>
              </w:rPr>
              <w:t>жобалар</w:t>
            </w:r>
            <w:proofErr w:type="spellEnd"/>
            <w:r w:rsidRPr="00865B21">
              <w:rPr>
                <w:lang w:val="ru-RU"/>
              </w:rPr>
              <w:t xml:space="preserve"> (</w:t>
            </w:r>
            <w:proofErr w:type="spellStart"/>
            <w:r w:rsidRPr="007D2A96">
              <w:rPr>
                <w:lang w:val="ru-RU"/>
              </w:rPr>
              <w:t>кемінде</w:t>
            </w:r>
            <w:proofErr w:type="spellEnd"/>
            <w:r w:rsidRPr="00865B21">
              <w:rPr>
                <w:lang w:val="ru-RU"/>
              </w:rPr>
              <w:t xml:space="preserve"> 2)</w:t>
            </w:r>
          </w:p>
        </w:tc>
        <w:tc>
          <w:tcPr>
            <w:tcW w:w="6521" w:type="dxa"/>
          </w:tcPr>
          <w:p w14:paraId="458D56C9" w14:textId="77777777" w:rsidR="00D53DD4" w:rsidRPr="00865B21" w:rsidRDefault="00D53DD4" w:rsidP="00E56216">
            <w:pPr>
              <w:ind w:firstLine="0"/>
              <w:jc w:val="both"/>
              <w:rPr>
                <w:lang w:val="ru-RU"/>
              </w:rPr>
            </w:pPr>
            <w:r w:rsidRPr="00865B21">
              <w:rPr>
                <w:lang w:val="ru-RU"/>
              </w:rPr>
              <w:t>«</w:t>
            </w:r>
            <w:r w:rsidRPr="0053337D">
              <w:rPr>
                <w:lang w:val="ru-RU"/>
              </w:rPr>
              <w:t>Таза</w:t>
            </w:r>
            <w:r w:rsidRPr="00865B21">
              <w:rPr>
                <w:lang w:val="ru-RU"/>
              </w:rPr>
              <w:t xml:space="preserve"> </w:t>
            </w:r>
            <w:proofErr w:type="spellStart"/>
            <w:r w:rsidRPr="0053337D">
              <w:rPr>
                <w:lang w:val="ru-RU"/>
              </w:rPr>
              <w:t>Қазақстан</w:t>
            </w:r>
            <w:proofErr w:type="spellEnd"/>
            <w:r w:rsidRPr="00865B21">
              <w:rPr>
                <w:lang w:val="ru-RU"/>
              </w:rPr>
              <w:t xml:space="preserve">: </w:t>
            </w:r>
            <w:r w:rsidRPr="0053337D">
              <w:rPr>
                <w:lang w:val="ru-RU"/>
              </w:rPr>
              <w:t>таза</w:t>
            </w:r>
            <w:r w:rsidRPr="00865B21">
              <w:rPr>
                <w:lang w:val="ru-RU"/>
              </w:rPr>
              <w:t xml:space="preserve"> </w:t>
            </w:r>
            <w:proofErr w:type="spellStart"/>
            <w:r w:rsidRPr="0053337D">
              <w:rPr>
                <w:lang w:val="ru-RU"/>
              </w:rPr>
              <w:t>маршрутқа</w:t>
            </w:r>
            <w:proofErr w:type="spellEnd"/>
            <w:r w:rsidRPr="00865B21">
              <w:rPr>
                <w:lang w:val="ru-RU"/>
              </w:rPr>
              <w:t xml:space="preserve"> </w:t>
            </w:r>
            <w:proofErr w:type="spellStart"/>
            <w:r w:rsidRPr="0053337D">
              <w:rPr>
                <w:lang w:val="ru-RU"/>
              </w:rPr>
              <w:t>менің</w:t>
            </w:r>
            <w:proofErr w:type="spellEnd"/>
            <w:r w:rsidRPr="00865B21">
              <w:rPr>
                <w:lang w:val="ru-RU"/>
              </w:rPr>
              <w:t xml:space="preserve"> </w:t>
            </w:r>
            <w:proofErr w:type="spellStart"/>
            <w:r w:rsidRPr="0053337D">
              <w:rPr>
                <w:lang w:val="ru-RU"/>
              </w:rPr>
              <w:t>үлесім</w:t>
            </w:r>
            <w:proofErr w:type="spellEnd"/>
            <w:r w:rsidRPr="00865B21">
              <w:rPr>
                <w:lang w:val="ru-RU"/>
              </w:rPr>
              <w:t xml:space="preserve">» </w:t>
            </w:r>
            <w:proofErr w:type="spellStart"/>
            <w:r w:rsidRPr="0053337D">
              <w:rPr>
                <w:lang w:val="ru-RU"/>
              </w:rPr>
              <w:t>тәрбиелік</w:t>
            </w:r>
            <w:proofErr w:type="spellEnd"/>
            <w:r w:rsidRPr="00865B21">
              <w:rPr>
                <w:lang w:val="ru-RU"/>
              </w:rPr>
              <w:t xml:space="preserve"> </w:t>
            </w:r>
            <w:proofErr w:type="spellStart"/>
            <w:r w:rsidRPr="0053337D">
              <w:rPr>
                <w:lang w:val="ru-RU"/>
              </w:rPr>
              <w:t>іс</w:t>
            </w:r>
            <w:r w:rsidRPr="00865B21">
              <w:rPr>
                <w:lang w:val="ru-RU"/>
              </w:rPr>
              <w:t>-</w:t>
            </w:r>
            <w:r w:rsidRPr="0053337D">
              <w:rPr>
                <w:lang w:val="ru-RU"/>
              </w:rPr>
              <w:t>шарасы</w:t>
            </w:r>
            <w:proofErr w:type="spellEnd"/>
            <w:r w:rsidRPr="00865B21">
              <w:rPr>
                <w:lang w:val="ru-RU"/>
              </w:rPr>
              <w:t>.</w:t>
            </w:r>
          </w:p>
          <w:p w14:paraId="5A472613" w14:textId="0A0CED31" w:rsidR="00D53DD4" w:rsidRPr="00A81E3F" w:rsidRDefault="00D53DD4" w:rsidP="00E56216">
            <w:pPr>
              <w:ind w:firstLine="0"/>
              <w:jc w:val="both"/>
              <w:rPr>
                <w:lang w:val="ru-RU"/>
              </w:rPr>
            </w:pPr>
            <w:proofErr w:type="spellStart"/>
            <w:r w:rsidRPr="0053337D">
              <w:rPr>
                <w:lang w:val="ru-RU"/>
              </w:rPr>
              <w:t>Экологиялық</w:t>
            </w:r>
            <w:proofErr w:type="spellEnd"/>
            <w:r w:rsidRPr="0053337D">
              <w:rPr>
                <w:lang w:val="ru-RU"/>
              </w:rPr>
              <w:t xml:space="preserve"> </w:t>
            </w:r>
            <w:proofErr w:type="spellStart"/>
            <w:r w:rsidR="00DD6E9B">
              <w:rPr>
                <w:lang w:val="ru-RU"/>
              </w:rPr>
              <w:t>тұжырымдалар</w:t>
            </w:r>
            <w:proofErr w:type="spellEnd"/>
            <w:r w:rsidRPr="0053337D">
              <w:rPr>
                <w:lang w:val="ru-RU"/>
              </w:rPr>
              <w:t xml:space="preserve"> мен </w:t>
            </w:r>
            <w:proofErr w:type="spellStart"/>
            <w:r w:rsidRPr="0053337D">
              <w:rPr>
                <w:lang w:val="ru-RU"/>
              </w:rPr>
              <w:t>плакаттар</w:t>
            </w:r>
            <w:proofErr w:type="spellEnd"/>
            <w:r w:rsidRPr="0053337D">
              <w:rPr>
                <w:lang w:val="ru-RU"/>
              </w:rPr>
              <w:t xml:space="preserve"> </w:t>
            </w:r>
            <w:proofErr w:type="spellStart"/>
            <w:r w:rsidRPr="0053337D">
              <w:rPr>
                <w:lang w:val="ru-RU"/>
              </w:rPr>
              <w:t>кеші</w:t>
            </w:r>
            <w:proofErr w:type="spellEnd"/>
            <w:r w:rsidRPr="0053337D">
              <w:rPr>
                <w:lang w:val="ru-RU"/>
              </w:rPr>
              <w:t>.</w:t>
            </w:r>
          </w:p>
        </w:tc>
      </w:tr>
      <w:tr w:rsidR="00D53DD4" w:rsidRPr="00655EAC" w14:paraId="18510987" w14:textId="77777777" w:rsidTr="00E56216">
        <w:trPr>
          <w:jc w:val="center"/>
        </w:trPr>
        <w:tc>
          <w:tcPr>
            <w:tcW w:w="3402" w:type="dxa"/>
          </w:tcPr>
          <w:p w14:paraId="07C6641A" w14:textId="77777777" w:rsidR="00D53DD4" w:rsidRPr="00655EAC" w:rsidRDefault="00D53DD4" w:rsidP="00E56216">
            <w:pPr>
              <w:ind w:firstLine="0"/>
              <w:rPr>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521" w:type="dxa"/>
          </w:tcPr>
          <w:p w14:paraId="60FB008D" w14:textId="77777777" w:rsidR="00D53DD4" w:rsidRPr="00655EAC" w:rsidRDefault="00D53DD4" w:rsidP="00E56216">
            <w:pPr>
              <w:ind w:firstLine="0"/>
              <w:jc w:val="both"/>
              <w:rPr>
                <w:lang w:val="ru-RU"/>
              </w:rPr>
            </w:pPr>
            <w:proofErr w:type="spellStart"/>
            <w:r w:rsidRPr="0053337D">
              <w:rPr>
                <w:lang w:val="ru-RU"/>
              </w:rPr>
              <w:t>Ашық</w:t>
            </w:r>
            <w:proofErr w:type="spellEnd"/>
            <w:r w:rsidRPr="00655EAC">
              <w:rPr>
                <w:lang w:val="ru-RU"/>
              </w:rPr>
              <w:t xml:space="preserve"> </w:t>
            </w:r>
            <w:proofErr w:type="spellStart"/>
            <w:r w:rsidRPr="0053337D">
              <w:rPr>
                <w:lang w:val="ru-RU"/>
              </w:rPr>
              <w:t>ауадағы</w:t>
            </w:r>
            <w:proofErr w:type="spellEnd"/>
            <w:r w:rsidRPr="00655EAC">
              <w:rPr>
                <w:lang w:val="ru-RU"/>
              </w:rPr>
              <w:t xml:space="preserve"> </w:t>
            </w:r>
            <w:proofErr w:type="spellStart"/>
            <w:r w:rsidRPr="0053337D">
              <w:rPr>
                <w:lang w:val="ru-RU"/>
              </w:rPr>
              <w:t>таңертеңгі</w:t>
            </w:r>
            <w:proofErr w:type="spellEnd"/>
            <w:r w:rsidRPr="00655EAC">
              <w:rPr>
                <w:lang w:val="ru-RU"/>
              </w:rPr>
              <w:t xml:space="preserve"> </w:t>
            </w:r>
            <w:r w:rsidRPr="0053337D">
              <w:rPr>
                <w:lang w:val="ru-RU"/>
              </w:rPr>
              <w:t>жаттығу</w:t>
            </w:r>
            <w:r w:rsidRPr="00655EAC">
              <w:rPr>
                <w:lang w:val="ru-RU"/>
              </w:rPr>
              <w:t xml:space="preserve">, </w:t>
            </w:r>
            <w:proofErr w:type="spellStart"/>
            <w:r w:rsidRPr="0053337D">
              <w:rPr>
                <w:lang w:val="ru-RU"/>
              </w:rPr>
              <w:t>экологиялық</w:t>
            </w:r>
            <w:proofErr w:type="spellEnd"/>
            <w:r w:rsidRPr="00655EAC">
              <w:rPr>
                <w:lang w:val="ru-RU"/>
              </w:rPr>
              <w:t xml:space="preserve"> </w:t>
            </w:r>
            <w:proofErr w:type="spellStart"/>
            <w:r w:rsidRPr="0053337D">
              <w:rPr>
                <w:lang w:val="ru-RU"/>
              </w:rPr>
              <w:t>серуен</w:t>
            </w:r>
            <w:proofErr w:type="spellEnd"/>
            <w:r w:rsidRPr="00655EAC">
              <w:rPr>
                <w:lang w:val="ru-RU"/>
              </w:rPr>
              <w:t>, «</w:t>
            </w:r>
            <w:r w:rsidRPr="0053337D">
              <w:rPr>
                <w:lang w:val="ru-RU"/>
              </w:rPr>
              <w:t>Таза</w:t>
            </w:r>
            <w:r w:rsidRPr="00655EAC">
              <w:rPr>
                <w:lang w:val="ru-RU"/>
              </w:rPr>
              <w:t xml:space="preserve"> </w:t>
            </w:r>
            <w:r w:rsidRPr="0053337D">
              <w:rPr>
                <w:lang w:val="ru-RU"/>
              </w:rPr>
              <w:t>маршрут</w:t>
            </w:r>
            <w:r w:rsidRPr="00655EAC">
              <w:rPr>
                <w:lang w:val="ru-RU"/>
              </w:rPr>
              <w:t xml:space="preserve">» </w:t>
            </w:r>
            <w:proofErr w:type="spellStart"/>
            <w:r w:rsidRPr="0053337D">
              <w:rPr>
                <w:lang w:val="ru-RU"/>
              </w:rPr>
              <w:t>қимылды</w:t>
            </w:r>
            <w:proofErr w:type="spellEnd"/>
            <w:r w:rsidRPr="00655EAC">
              <w:rPr>
                <w:lang w:val="ru-RU"/>
              </w:rPr>
              <w:t xml:space="preserve"> </w:t>
            </w:r>
            <w:proofErr w:type="spellStart"/>
            <w:r w:rsidRPr="0053337D">
              <w:rPr>
                <w:lang w:val="ru-RU"/>
              </w:rPr>
              <w:t>ойыны</w:t>
            </w:r>
            <w:proofErr w:type="spellEnd"/>
            <w:r w:rsidRPr="00655EAC">
              <w:rPr>
                <w:lang w:val="ru-RU"/>
              </w:rPr>
              <w:t>.</w:t>
            </w:r>
          </w:p>
        </w:tc>
      </w:tr>
      <w:tr w:rsidR="00D53DD4" w:rsidRPr="00655EAC" w14:paraId="3E9F1A32" w14:textId="77777777" w:rsidTr="00E56216">
        <w:trPr>
          <w:jc w:val="center"/>
        </w:trPr>
        <w:tc>
          <w:tcPr>
            <w:tcW w:w="3402" w:type="dxa"/>
          </w:tcPr>
          <w:p w14:paraId="77E72D85"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521" w:type="dxa"/>
          </w:tcPr>
          <w:p w14:paraId="7ACA5155" w14:textId="77777777" w:rsidR="00D53DD4" w:rsidRPr="0053337D" w:rsidRDefault="00D53DD4" w:rsidP="00E56216">
            <w:pPr>
              <w:ind w:firstLine="0"/>
              <w:jc w:val="both"/>
              <w:rPr>
                <w:lang w:val="ru-RU"/>
              </w:rPr>
            </w:pPr>
            <w:proofErr w:type="spellStart"/>
            <w:r w:rsidRPr="0053337D">
              <w:rPr>
                <w:lang w:val="ru-RU"/>
              </w:rPr>
              <w:t>Қатысушылар</w:t>
            </w:r>
            <w:proofErr w:type="spellEnd"/>
            <w:r w:rsidRPr="0053337D">
              <w:rPr>
                <w:lang w:val="ru-RU"/>
              </w:rPr>
              <w:t xml:space="preserve"> </w:t>
            </w:r>
            <w:proofErr w:type="spellStart"/>
            <w:r w:rsidRPr="0053337D">
              <w:rPr>
                <w:lang w:val="ru-RU"/>
              </w:rPr>
              <w:t>экологиялық</w:t>
            </w:r>
            <w:proofErr w:type="spellEnd"/>
            <w:r w:rsidRPr="0053337D">
              <w:rPr>
                <w:lang w:val="ru-RU"/>
              </w:rPr>
              <w:t xml:space="preserve"> </w:t>
            </w:r>
            <w:proofErr w:type="spellStart"/>
            <w:r w:rsidRPr="0053337D">
              <w:rPr>
                <w:lang w:val="ru-RU"/>
              </w:rPr>
              <w:t>бастама</w:t>
            </w:r>
            <w:proofErr w:type="spellEnd"/>
            <w:r w:rsidRPr="0053337D">
              <w:rPr>
                <w:lang w:val="ru-RU"/>
              </w:rPr>
              <w:t xml:space="preserve"> </w:t>
            </w:r>
            <w:proofErr w:type="spellStart"/>
            <w:r w:rsidRPr="0053337D">
              <w:rPr>
                <w:lang w:val="ru-RU"/>
              </w:rPr>
              <w:t>немесе</w:t>
            </w:r>
            <w:proofErr w:type="spellEnd"/>
            <w:r w:rsidRPr="0053337D">
              <w:rPr>
                <w:lang w:val="ru-RU"/>
              </w:rPr>
              <w:t xml:space="preserve"> </w:t>
            </w:r>
            <w:proofErr w:type="spellStart"/>
            <w:r w:rsidRPr="0053337D">
              <w:rPr>
                <w:lang w:val="ru-RU"/>
              </w:rPr>
              <w:t>жадынама</w:t>
            </w:r>
            <w:proofErr w:type="spellEnd"/>
            <w:r w:rsidRPr="0053337D">
              <w:rPr>
                <w:lang w:val="ru-RU"/>
              </w:rPr>
              <w:t xml:space="preserve"> </w:t>
            </w:r>
            <w:proofErr w:type="spellStart"/>
            <w:r w:rsidRPr="0053337D">
              <w:rPr>
                <w:lang w:val="ru-RU"/>
              </w:rPr>
              <w:t>әзірледі</w:t>
            </w:r>
            <w:proofErr w:type="spellEnd"/>
            <w:r w:rsidRPr="0053337D">
              <w:rPr>
                <w:lang w:val="ru-RU"/>
              </w:rPr>
              <w:t>.</w:t>
            </w:r>
          </w:p>
        </w:tc>
      </w:tr>
    </w:tbl>
    <w:p w14:paraId="78BCD4CA" w14:textId="77777777" w:rsidR="00D53DD4" w:rsidRPr="007D2A96" w:rsidRDefault="00D53DD4" w:rsidP="00D53DD4">
      <w:pPr>
        <w:pStyle w:val="31"/>
        <w:rPr>
          <w:lang w:val="ru-RU"/>
        </w:rPr>
      </w:pPr>
      <w:r w:rsidRPr="007D2A96">
        <w:rPr>
          <w:rFonts w:eastAsia="Times New Roman"/>
          <w:lang w:val="ru-RU"/>
        </w:rPr>
        <w:lastRenderedPageBreak/>
        <w:t xml:space="preserve">9 </w:t>
      </w:r>
      <w:r>
        <w:rPr>
          <w:rFonts w:eastAsia="Times New Roman"/>
          <w:lang w:val="kk-KZ"/>
        </w:rPr>
        <w:t>күн</w:t>
      </w:r>
      <w:r w:rsidRPr="007D2A96">
        <w:rPr>
          <w:rFonts w:eastAsia="Times New Roman"/>
          <w:lang w:val="ru-RU"/>
        </w:rPr>
        <w:t>. «</w:t>
      </w:r>
      <w:proofErr w:type="spellStart"/>
      <w:r w:rsidRPr="007D2A96">
        <w:rPr>
          <w:rFonts w:eastAsia="Times New Roman"/>
          <w:lang w:val="ru-RU"/>
        </w:rPr>
        <w:t>Жоба</w:t>
      </w:r>
      <w:proofErr w:type="spellEnd"/>
      <w:r w:rsidRPr="007D2A96">
        <w:rPr>
          <w:rFonts w:eastAsia="Times New Roman"/>
          <w:lang w:val="ru-RU"/>
        </w:rPr>
        <w:t xml:space="preserve"> маршруты» - </w:t>
      </w:r>
      <w:proofErr w:type="spellStart"/>
      <w:r>
        <w:rPr>
          <w:rFonts w:eastAsia="Times New Roman"/>
          <w:lang w:val="ru-RU"/>
        </w:rPr>
        <w:t>жобалау</w:t>
      </w:r>
      <w:proofErr w:type="spellEnd"/>
      <w:r>
        <w:rPr>
          <w:rFonts w:eastAsia="Times New Roman"/>
          <w:lang w:val="ru-RU"/>
        </w:rPr>
        <w:t xml:space="preserve"> </w:t>
      </w:r>
      <w:proofErr w:type="spellStart"/>
      <w:r>
        <w:rPr>
          <w:rFonts w:eastAsia="Times New Roman"/>
          <w:lang w:val="ru-RU"/>
        </w:rPr>
        <w:t>күні</w:t>
      </w:r>
      <w:proofErr w:type="spellEnd"/>
    </w:p>
    <w:tbl>
      <w:tblPr>
        <w:tblStyle w:val="aff0"/>
        <w:tblW w:w="9923" w:type="dxa"/>
        <w:jc w:val="center"/>
        <w:tblLook w:val="04A0" w:firstRow="1" w:lastRow="0" w:firstColumn="1" w:lastColumn="0" w:noHBand="0" w:noVBand="1"/>
      </w:tblPr>
      <w:tblGrid>
        <w:gridCol w:w="3402"/>
        <w:gridCol w:w="6521"/>
      </w:tblGrid>
      <w:tr w:rsidR="00D53DD4" w14:paraId="1573D2A3" w14:textId="77777777" w:rsidTr="00E56216">
        <w:trPr>
          <w:tblHeader/>
          <w:jc w:val="center"/>
        </w:trPr>
        <w:tc>
          <w:tcPr>
            <w:tcW w:w="3402" w:type="dxa"/>
            <w:shd w:val="clear" w:color="auto" w:fill="D9EAD3"/>
          </w:tcPr>
          <w:p w14:paraId="7F3C4769" w14:textId="77777777" w:rsidR="00D53DD4" w:rsidRDefault="00D53DD4" w:rsidP="00E56216">
            <w:pPr>
              <w:ind w:firstLine="0"/>
              <w:jc w:val="center"/>
            </w:pPr>
            <w:r>
              <w:rPr>
                <w:b/>
                <w:szCs w:val="28"/>
                <w:lang w:val="kk-KZ"/>
              </w:rPr>
              <w:t>Күннің құрамдас бөлігі</w:t>
            </w:r>
          </w:p>
        </w:tc>
        <w:tc>
          <w:tcPr>
            <w:tcW w:w="6521" w:type="dxa"/>
            <w:shd w:val="clear" w:color="auto" w:fill="D9EAD3"/>
          </w:tcPr>
          <w:p w14:paraId="468C7510" w14:textId="77777777" w:rsidR="00D53DD4" w:rsidRDefault="00D53DD4" w:rsidP="00E56216">
            <w:pPr>
              <w:ind w:firstLine="0"/>
              <w:jc w:val="center"/>
            </w:pPr>
            <w:r w:rsidRPr="003F7BF7">
              <w:rPr>
                <w:b/>
                <w:szCs w:val="28"/>
                <w:lang w:val="kk-KZ"/>
              </w:rPr>
              <w:t>Мазмұны</w:t>
            </w:r>
          </w:p>
        </w:tc>
      </w:tr>
      <w:tr w:rsidR="00D53DD4" w:rsidRPr="00655EAC" w14:paraId="7D81B098" w14:textId="77777777" w:rsidTr="00E56216">
        <w:trPr>
          <w:jc w:val="center"/>
        </w:trPr>
        <w:tc>
          <w:tcPr>
            <w:tcW w:w="3402" w:type="dxa"/>
          </w:tcPr>
          <w:p w14:paraId="1764794E"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521" w:type="dxa"/>
          </w:tcPr>
          <w:p w14:paraId="048E60C2" w14:textId="77777777" w:rsidR="00D53DD4" w:rsidRDefault="00D53DD4" w:rsidP="00E56216">
            <w:pPr>
              <w:ind w:firstLine="0"/>
              <w:jc w:val="both"/>
            </w:pPr>
            <w:r>
              <w:t>«</w:t>
            </w:r>
            <w:proofErr w:type="spellStart"/>
            <w:r>
              <w:t>Қауіпсіз</w:t>
            </w:r>
            <w:proofErr w:type="spellEnd"/>
            <w:r>
              <w:t xml:space="preserve"> </w:t>
            </w:r>
            <w:proofErr w:type="spellStart"/>
            <w:r>
              <w:t>маршрутты</w:t>
            </w:r>
            <w:proofErr w:type="spellEnd"/>
            <w:r>
              <w:t xml:space="preserve"> </w:t>
            </w:r>
            <w:proofErr w:type="spellStart"/>
            <w:r>
              <w:t>қалай</w:t>
            </w:r>
            <w:proofErr w:type="spellEnd"/>
            <w:r>
              <w:t xml:space="preserve"> </w:t>
            </w:r>
            <w:proofErr w:type="spellStart"/>
            <w:r>
              <w:t>жобалауға</w:t>
            </w:r>
            <w:proofErr w:type="spellEnd"/>
            <w:r>
              <w:t xml:space="preserve"> </w:t>
            </w:r>
            <w:proofErr w:type="spellStart"/>
            <w:r>
              <w:t>болады</w:t>
            </w:r>
            <w:proofErr w:type="spellEnd"/>
            <w:r>
              <w:t xml:space="preserve">» </w:t>
            </w:r>
            <w:proofErr w:type="spellStart"/>
            <w:r>
              <w:t>дамытушы</w:t>
            </w:r>
            <w:proofErr w:type="spellEnd"/>
            <w:r>
              <w:t xml:space="preserve"> </w:t>
            </w:r>
            <w:proofErr w:type="spellStart"/>
            <w:r>
              <w:t>сабағы</w:t>
            </w:r>
            <w:proofErr w:type="spellEnd"/>
            <w:r>
              <w:t>.</w:t>
            </w:r>
          </w:p>
          <w:p w14:paraId="6522A786" w14:textId="77777777" w:rsidR="00D53DD4" w:rsidRPr="0053337D" w:rsidRDefault="00D53DD4" w:rsidP="00E56216">
            <w:pPr>
              <w:ind w:firstLine="0"/>
              <w:jc w:val="both"/>
              <w:rPr>
                <w:lang w:val="ru-RU"/>
              </w:rPr>
            </w:pPr>
            <w:proofErr w:type="spellStart"/>
            <w:r w:rsidRPr="0053337D">
              <w:rPr>
                <w:lang w:val="ru-RU"/>
              </w:rPr>
              <w:t>Командалық</w:t>
            </w:r>
            <w:proofErr w:type="spellEnd"/>
            <w:r w:rsidRPr="0053337D">
              <w:rPr>
                <w:lang w:val="ru-RU"/>
              </w:rPr>
              <w:t xml:space="preserve"> </w:t>
            </w:r>
            <w:proofErr w:type="spellStart"/>
            <w:r w:rsidRPr="0053337D">
              <w:rPr>
                <w:lang w:val="ru-RU"/>
              </w:rPr>
              <w:t>маршруттар</w:t>
            </w:r>
            <w:proofErr w:type="spellEnd"/>
            <w:r w:rsidRPr="0053337D">
              <w:rPr>
                <w:lang w:val="ru-RU"/>
              </w:rPr>
              <w:t xml:space="preserve"> </w:t>
            </w:r>
            <w:proofErr w:type="spellStart"/>
            <w:r w:rsidRPr="0053337D">
              <w:rPr>
                <w:lang w:val="ru-RU"/>
              </w:rPr>
              <w:t>бойынша</w:t>
            </w:r>
            <w:proofErr w:type="spellEnd"/>
            <w:r w:rsidRPr="0053337D">
              <w:rPr>
                <w:lang w:val="ru-RU"/>
              </w:rPr>
              <w:t xml:space="preserve"> </w:t>
            </w:r>
            <w:proofErr w:type="spellStart"/>
            <w:r w:rsidRPr="0053337D">
              <w:rPr>
                <w:lang w:val="ru-RU"/>
              </w:rPr>
              <w:t>жобалық</w:t>
            </w:r>
            <w:proofErr w:type="spellEnd"/>
            <w:r w:rsidRPr="0053337D">
              <w:rPr>
                <w:lang w:val="ru-RU"/>
              </w:rPr>
              <w:t xml:space="preserve"> </w:t>
            </w:r>
            <w:proofErr w:type="spellStart"/>
            <w:r>
              <w:rPr>
                <w:lang w:val="ru-RU"/>
              </w:rPr>
              <w:t>кеңестер</w:t>
            </w:r>
            <w:proofErr w:type="spellEnd"/>
            <w:r w:rsidRPr="0053337D">
              <w:rPr>
                <w:lang w:val="ru-RU"/>
              </w:rPr>
              <w:t>.</w:t>
            </w:r>
          </w:p>
        </w:tc>
      </w:tr>
      <w:tr w:rsidR="00D53DD4" w:rsidRPr="00C67B66" w14:paraId="461A6177" w14:textId="77777777" w:rsidTr="00E56216">
        <w:trPr>
          <w:jc w:val="center"/>
        </w:trPr>
        <w:tc>
          <w:tcPr>
            <w:tcW w:w="3402" w:type="dxa"/>
          </w:tcPr>
          <w:p w14:paraId="7360AD27" w14:textId="3C3C9FC9" w:rsidR="00D53DD4" w:rsidRPr="00A81E3F" w:rsidRDefault="00DD6E9B" w:rsidP="00E56216">
            <w:pPr>
              <w:ind w:firstLine="0"/>
              <w:rPr>
                <w:lang w:val="ru-RU"/>
              </w:rPr>
            </w:pPr>
            <w:r>
              <w:rPr>
                <w:lang w:val="kk-KZ"/>
              </w:rPr>
              <w:t>Тәжірибелі</w:t>
            </w:r>
            <w:r>
              <w:t xml:space="preserve"> </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521" w:type="dxa"/>
          </w:tcPr>
          <w:p w14:paraId="5EDFADC6" w14:textId="77777777" w:rsidR="00D53DD4" w:rsidRPr="00A81E3F" w:rsidRDefault="00D53DD4" w:rsidP="00E56216">
            <w:pPr>
              <w:ind w:firstLine="0"/>
              <w:jc w:val="both"/>
              <w:rPr>
                <w:lang w:val="ru-RU"/>
              </w:rPr>
            </w:pPr>
            <w:proofErr w:type="spellStart"/>
            <w:r w:rsidRPr="0053337D">
              <w:rPr>
                <w:lang w:val="ru-RU"/>
              </w:rPr>
              <w:t>Қорытынды</w:t>
            </w:r>
            <w:proofErr w:type="spellEnd"/>
            <w:r w:rsidRPr="0053337D">
              <w:rPr>
                <w:lang w:val="ru-RU"/>
              </w:rPr>
              <w:t xml:space="preserve"> </w:t>
            </w:r>
            <w:proofErr w:type="spellStart"/>
            <w:r w:rsidRPr="0053337D">
              <w:rPr>
                <w:lang w:val="ru-RU"/>
              </w:rPr>
              <w:t>өнімді</w:t>
            </w:r>
            <w:proofErr w:type="spellEnd"/>
            <w:r w:rsidRPr="0053337D">
              <w:rPr>
                <w:lang w:val="ru-RU"/>
              </w:rPr>
              <w:t xml:space="preserve"> </w:t>
            </w:r>
            <w:proofErr w:type="spellStart"/>
            <w:r w:rsidRPr="0053337D">
              <w:rPr>
                <w:lang w:val="ru-RU"/>
              </w:rPr>
              <w:t>дайындау</w:t>
            </w:r>
            <w:proofErr w:type="spellEnd"/>
            <w:r w:rsidRPr="0053337D">
              <w:rPr>
                <w:lang w:val="ru-RU"/>
              </w:rPr>
              <w:t xml:space="preserve"> </w:t>
            </w:r>
            <w:proofErr w:type="spellStart"/>
            <w:r w:rsidRPr="0053337D">
              <w:rPr>
                <w:lang w:val="ru-RU"/>
              </w:rPr>
              <w:t>бойынша</w:t>
            </w:r>
            <w:proofErr w:type="spellEnd"/>
            <w:r w:rsidRPr="0053337D">
              <w:rPr>
                <w:lang w:val="ru-RU"/>
              </w:rPr>
              <w:t xml:space="preserve"> </w:t>
            </w:r>
            <w:proofErr w:type="spellStart"/>
            <w:r>
              <w:rPr>
                <w:lang w:val="ru-RU"/>
              </w:rPr>
              <w:t>тәжірибелік</w:t>
            </w:r>
            <w:proofErr w:type="spellEnd"/>
            <w:r>
              <w:rPr>
                <w:lang w:val="ru-RU"/>
              </w:rPr>
              <w:t xml:space="preserve"> </w:t>
            </w:r>
            <w:proofErr w:type="spellStart"/>
            <w:r w:rsidRPr="0053337D">
              <w:rPr>
                <w:lang w:val="ru-RU"/>
              </w:rPr>
              <w:t>жұмыс</w:t>
            </w:r>
            <w:proofErr w:type="spellEnd"/>
            <w:r w:rsidRPr="0053337D">
              <w:rPr>
                <w:lang w:val="ru-RU"/>
              </w:rPr>
              <w:t xml:space="preserve">: карта, </w:t>
            </w:r>
            <w:proofErr w:type="spellStart"/>
            <w:r w:rsidRPr="0053337D">
              <w:rPr>
                <w:lang w:val="ru-RU"/>
              </w:rPr>
              <w:t>жадынама</w:t>
            </w:r>
            <w:proofErr w:type="spellEnd"/>
            <w:r w:rsidRPr="0053337D">
              <w:rPr>
                <w:lang w:val="ru-RU"/>
              </w:rPr>
              <w:t>, презентация.</w:t>
            </w:r>
            <w:r w:rsidRPr="0053337D">
              <w:rPr>
                <w:lang w:val="ru-RU"/>
              </w:rPr>
              <w:br/>
              <w:t xml:space="preserve">Презентация </w:t>
            </w:r>
            <w:proofErr w:type="spellStart"/>
            <w:r w:rsidRPr="0053337D">
              <w:rPr>
                <w:lang w:val="ru-RU"/>
              </w:rPr>
              <w:t>тренингі</w:t>
            </w:r>
            <w:proofErr w:type="spellEnd"/>
            <w:r w:rsidRPr="0053337D">
              <w:rPr>
                <w:lang w:val="ru-RU"/>
              </w:rPr>
              <w:t xml:space="preserve">: </w:t>
            </w:r>
            <w:proofErr w:type="spellStart"/>
            <w:r w:rsidRPr="0053337D">
              <w:rPr>
                <w:lang w:val="ru-RU"/>
              </w:rPr>
              <w:t>баяндау</w:t>
            </w:r>
            <w:proofErr w:type="spellEnd"/>
            <w:r w:rsidRPr="0053337D">
              <w:rPr>
                <w:lang w:val="ru-RU"/>
              </w:rPr>
              <w:t xml:space="preserve"> </w:t>
            </w:r>
            <w:proofErr w:type="spellStart"/>
            <w:r w:rsidRPr="0053337D">
              <w:rPr>
                <w:lang w:val="ru-RU"/>
              </w:rPr>
              <w:t>құрылымы</w:t>
            </w:r>
            <w:proofErr w:type="spellEnd"/>
            <w:r w:rsidRPr="0053337D">
              <w:rPr>
                <w:lang w:val="ru-RU"/>
              </w:rPr>
              <w:t xml:space="preserve"> </w:t>
            </w:r>
            <w:proofErr w:type="spellStart"/>
            <w:r w:rsidRPr="0053337D">
              <w:rPr>
                <w:lang w:val="ru-RU"/>
              </w:rPr>
              <w:t>және</w:t>
            </w:r>
            <w:proofErr w:type="spellEnd"/>
            <w:r w:rsidRPr="0053337D">
              <w:rPr>
                <w:lang w:val="ru-RU"/>
              </w:rPr>
              <w:t xml:space="preserve"> </w:t>
            </w:r>
            <w:proofErr w:type="spellStart"/>
            <w:r w:rsidRPr="0053337D">
              <w:rPr>
                <w:lang w:val="ru-RU"/>
              </w:rPr>
              <w:t>рөлдерді</w:t>
            </w:r>
            <w:proofErr w:type="spellEnd"/>
            <w:r w:rsidRPr="0053337D">
              <w:rPr>
                <w:lang w:val="ru-RU"/>
              </w:rPr>
              <w:t xml:space="preserve"> </w:t>
            </w:r>
            <w:proofErr w:type="spellStart"/>
            <w:r w:rsidRPr="0053337D">
              <w:rPr>
                <w:lang w:val="ru-RU"/>
              </w:rPr>
              <w:t>бөлу</w:t>
            </w:r>
            <w:proofErr w:type="spellEnd"/>
            <w:r w:rsidRPr="0053337D">
              <w:rPr>
                <w:lang w:val="ru-RU"/>
              </w:rPr>
              <w:t>.</w:t>
            </w:r>
          </w:p>
        </w:tc>
      </w:tr>
      <w:tr w:rsidR="00D53DD4" w:rsidRPr="00C67B66" w14:paraId="1DD544D3" w14:textId="77777777" w:rsidTr="00E56216">
        <w:trPr>
          <w:jc w:val="center"/>
        </w:trPr>
        <w:tc>
          <w:tcPr>
            <w:tcW w:w="3402" w:type="dxa"/>
          </w:tcPr>
          <w:p w14:paraId="7D19F894" w14:textId="77777777" w:rsidR="00D53DD4" w:rsidRPr="00D53DD4" w:rsidRDefault="00D53DD4" w:rsidP="00E56216">
            <w:pPr>
              <w:ind w:firstLine="0"/>
            </w:pPr>
            <w:proofErr w:type="spellStart"/>
            <w:r w:rsidRPr="007D2A96">
              <w:rPr>
                <w:lang w:val="ru-RU"/>
              </w:rPr>
              <w:t>Тәрбиелік</w:t>
            </w:r>
            <w:proofErr w:type="spellEnd"/>
            <w:r w:rsidRPr="00D53DD4">
              <w:t xml:space="preserve"> </w:t>
            </w:r>
            <w:proofErr w:type="spellStart"/>
            <w:r w:rsidRPr="007D2A96">
              <w:rPr>
                <w:lang w:val="ru-RU"/>
              </w:rPr>
              <w:t>іс</w:t>
            </w:r>
            <w:proofErr w:type="spellEnd"/>
            <w:r w:rsidRPr="00D53DD4">
              <w:t>-</w:t>
            </w:r>
            <w:proofErr w:type="spellStart"/>
            <w:r w:rsidRPr="007D2A96">
              <w:rPr>
                <w:lang w:val="ru-RU"/>
              </w:rPr>
              <w:t>шаралар</w:t>
            </w:r>
            <w:proofErr w:type="spellEnd"/>
            <w:r w:rsidRPr="00D53DD4">
              <w:t xml:space="preserve"> </w:t>
            </w:r>
            <w:proofErr w:type="spellStart"/>
            <w:r w:rsidRPr="007D2A96">
              <w:rPr>
                <w:lang w:val="ru-RU"/>
              </w:rPr>
              <w:t>және</w:t>
            </w:r>
            <w:proofErr w:type="spellEnd"/>
            <w:r w:rsidRPr="00D53DD4">
              <w:t xml:space="preserve"> </w:t>
            </w:r>
            <w:proofErr w:type="spellStart"/>
            <w:r w:rsidRPr="007D2A96">
              <w:rPr>
                <w:lang w:val="ru-RU"/>
              </w:rPr>
              <w:t>жобалар</w:t>
            </w:r>
            <w:proofErr w:type="spellEnd"/>
            <w:r w:rsidRPr="00D53DD4">
              <w:t xml:space="preserve"> (</w:t>
            </w:r>
            <w:proofErr w:type="spellStart"/>
            <w:r w:rsidRPr="007D2A96">
              <w:rPr>
                <w:lang w:val="ru-RU"/>
              </w:rPr>
              <w:t>кемінде</w:t>
            </w:r>
            <w:proofErr w:type="spellEnd"/>
            <w:r w:rsidRPr="00D53DD4">
              <w:t xml:space="preserve"> 2)</w:t>
            </w:r>
          </w:p>
        </w:tc>
        <w:tc>
          <w:tcPr>
            <w:tcW w:w="6521" w:type="dxa"/>
          </w:tcPr>
          <w:p w14:paraId="68624A9D" w14:textId="77777777" w:rsidR="00D53DD4" w:rsidRPr="00D53DD4" w:rsidRDefault="00D53DD4" w:rsidP="00E56216">
            <w:pPr>
              <w:ind w:firstLine="0"/>
              <w:jc w:val="both"/>
            </w:pPr>
            <w:r w:rsidRPr="00D53DD4">
              <w:t>«</w:t>
            </w:r>
            <w:proofErr w:type="spellStart"/>
            <w:r w:rsidRPr="0053337D">
              <w:rPr>
                <w:lang w:val="ru-RU"/>
              </w:rPr>
              <w:t>Ортақ</w:t>
            </w:r>
            <w:proofErr w:type="spellEnd"/>
            <w:r w:rsidRPr="00D53DD4">
              <w:t xml:space="preserve"> </w:t>
            </w:r>
            <w:proofErr w:type="spellStart"/>
            <w:r w:rsidRPr="0053337D">
              <w:rPr>
                <w:lang w:val="ru-RU"/>
              </w:rPr>
              <w:t>маршрутқа</w:t>
            </w:r>
            <w:proofErr w:type="spellEnd"/>
            <w:r w:rsidRPr="00D53DD4">
              <w:t xml:space="preserve"> </w:t>
            </w:r>
            <w:proofErr w:type="spellStart"/>
            <w:r w:rsidRPr="0053337D">
              <w:rPr>
                <w:lang w:val="ru-RU"/>
              </w:rPr>
              <w:t>менің</w:t>
            </w:r>
            <w:proofErr w:type="spellEnd"/>
            <w:r w:rsidRPr="00D53DD4">
              <w:t xml:space="preserve"> </w:t>
            </w:r>
            <w:proofErr w:type="spellStart"/>
            <w:r w:rsidRPr="0053337D">
              <w:rPr>
                <w:lang w:val="ru-RU"/>
              </w:rPr>
              <w:t>үлесім</w:t>
            </w:r>
            <w:proofErr w:type="spellEnd"/>
            <w:r w:rsidRPr="00D53DD4">
              <w:t xml:space="preserve">» </w:t>
            </w:r>
            <w:proofErr w:type="spellStart"/>
            <w:r w:rsidRPr="0053337D">
              <w:rPr>
                <w:lang w:val="ru-RU"/>
              </w:rPr>
              <w:t>тәрбиелік</w:t>
            </w:r>
            <w:proofErr w:type="spellEnd"/>
            <w:r w:rsidRPr="00D53DD4">
              <w:t xml:space="preserve"> </w:t>
            </w:r>
            <w:proofErr w:type="spellStart"/>
            <w:r w:rsidRPr="0053337D">
              <w:rPr>
                <w:lang w:val="ru-RU"/>
              </w:rPr>
              <w:t>іс</w:t>
            </w:r>
            <w:proofErr w:type="spellEnd"/>
            <w:r w:rsidRPr="00D53DD4">
              <w:t>-</w:t>
            </w:r>
            <w:proofErr w:type="spellStart"/>
            <w:r w:rsidRPr="0053337D">
              <w:rPr>
                <w:lang w:val="ru-RU"/>
              </w:rPr>
              <w:t>шарасы</w:t>
            </w:r>
            <w:proofErr w:type="spellEnd"/>
            <w:r w:rsidRPr="00D53DD4">
              <w:t>.</w:t>
            </w:r>
            <w:r w:rsidRPr="00D53DD4">
              <w:br/>
            </w:r>
            <w:proofErr w:type="spellStart"/>
            <w:r w:rsidRPr="0053337D">
              <w:rPr>
                <w:lang w:val="ru-RU"/>
              </w:rPr>
              <w:t>Жобалық</w:t>
            </w:r>
            <w:proofErr w:type="spellEnd"/>
            <w:r w:rsidRPr="00D53DD4">
              <w:t xml:space="preserve"> </w:t>
            </w:r>
            <w:proofErr w:type="spellStart"/>
            <w:r w:rsidRPr="0053337D">
              <w:rPr>
                <w:lang w:val="ru-RU"/>
              </w:rPr>
              <w:t>командалар</w:t>
            </w:r>
            <w:proofErr w:type="spellEnd"/>
            <w:r w:rsidRPr="00D53DD4">
              <w:t xml:space="preserve"> </w:t>
            </w:r>
            <w:proofErr w:type="spellStart"/>
            <w:r w:rsidRPr="0053337D">
              <w:rPr>
                <w:lang w:val="ru-RU"/>
              </w:rPr>
              <w:t>кеші</w:t>
            </w:r>
            <w:proofErr w:type="spellEnd"/>
            <w:r w:rsidRPr="00D53DD4">
              <w:t xml:space="preserve"> </w:t>
            </w:r>
            <w:proofErr w:type="spellStart"/>
            <w:r w:rsidRPr="0053337D">
              <w:rPr>
                <w:lang w:val="ru-RU"/>
              </w:rPr>
              <w:t>және</w:t>
            </w:r>
            <w:proofErr w:type="spellEnd"/>
            <w:r w:rsidRPr="00D53DD4">
              <w:t xml:space="preserve"> </w:t>
            </w:r>
            <w:proofErr w:type="spellStart"/>
            <w:r w:rsidRPr="0053337D">
              <w:rPr>
                <w:lang w:val="ru-RU"/>
              </w:rPr>
              <w:t>кері</w:t>
            </w:r>
            <w:proofErr w:type="spellEnd"/>
            <w:r w:rsidRPr="00D53DD4">
              <w:t xml:space="preserve"> </w:t>
            </w:r>
            <w:proofErr w:type="spellStart"/>
            <w:r w:rsidRPr="0053337D">
              <w:rPr>
                <w:lang w:val="ru-RU"/>
              </w:rPr>
              <w:t>байланыс</w:t>
            </w:r>
            <w:proofErr w:type="spellEnd"/>
            <w:r w:rsidRPr="00D53DD4">
              <w:t xml:space="preserve"> </w:t>
            </w:r>
            <w:proofErr w:type="spellStart"/>
            <w:r w:rsidRPr="0053337D">
              <w:rPr>
                <w:lang w:val="ru-RU"/>
              </w:rPr>
              <w:t>алмасу</w:t>
            </w:r>
            <w:proofErr w:type="spellEnd"/>
            <w:r w:rsidRPr="00D53DD4">
              <w:t>.</w:t>
            </w:r>
          </w:p>
        </w:tc>
      </w:tr>
      <w:tr w:rsidR="00D53DD4" w:rsidRPr="00C67B66" w14:paraId="41ADE72B" w14:textId="77777777" w:rsidTr="00E56216">
        <w:trPr>
          <w:jc w:val="center"/>
        </w:trPr>
        <w:tc>
          <w:tcPr>
            <w:tcW w:w="3402" w:type="dxa"/>
          </w:tcPr>
          <w:p w14:paraId="19BE19B0" w14:textId="77777777" w:rsidR="00D53DD4" w:rsidRPr="00D53DD4" w:rsidRDefault="00D53DD4" w:rsidP="00E56216">
            <w:pPr>
              <w:ind w:firstLine="0"/>
            </w:pPr>
            <w:proofErr w:type="spellStart"/>
            <w:r w:rsidRPr="007D2A96">
              <w:rPr>
                <w:lang w:val="ru-RU"/>
              </w:rPr>
              <w:t>Сауықтыру</w:t>
            </w:r>
            <w:proofErr w:type="spellEnd"/>
            <w:r w:rsidRPr="00D53DD4">
              <w:t xml:space="preserve"> </w:t>
            </w:r>
            <w:proofErr w:type="spellStart"/>
            <w:r w:rsidRPr="007D2A96">
              <w:rPr>
                <w:lang w:val="ru-RU"/>
              </w:rPr>
              <w:t>модулі</w:t>
            </w:r>
            <w:proofErr w:type="spellEnd"/>
            <w:r w:rsidRPr="00D53DD4">
              <w:t xml:space="preserve"> (</w:t>
            </w:r>
            <w:proofErr w:type="spellStart"/>
            <w:r w:rsidRPr="007D2A96">
              <w:rPr>
                <w:lang w:val="ru-RU"/>
              </w:rPr>
              <w:t>күніне</w:t>
            </w:r>
            <w:proofErr w:type="spellEnd"/>
            <w:r w:rsidRPr="00D53DD4">
              <w:t xml:space="preserve"> 3 </w:t>
            </w:r>
            <w:proofErr w:type="spellStart"/>
            <w:r w:rsidRPr="007D2A96">
              <w:rPr>
                <w:lang w:val="ru-RU"/>
              </w:rPr>
              <w:t>академиялық</w:t>
            </w:r>
            <w:proofErr w:type="spellEnd"/>
            <w:r w:rsidRPr="00D53DD4">
              <w:t xml:space="preserve"> </w:t>
            </w:r>
            <w:proofErr w:type="spellStart"/>
            <w:r w:rsidRPr="007D2A96">
              <w:rPr>
                <w:lang w:val="ru-RU"/>
              </w:rPr>
              <w:t>сағатқа</w:t>
            </w:r>
            <w:proofErr w:type="spellEnd"/>
            <w:r w:rsidRPr="00D53DD4">
              <w:t xml:space="preserve"> </w:t>
            </w:r>
            <w:proofErr w:type="spellStart"/>
            <w:r w:rsidRPr="007D2A96">
              <w:rPr>
                <w:lang w:val="ru-RU"/>
              </w:rPr>
              <w:t>дейін</w:t>
            </w:r>
            <w:proofErr w:type="spellEnd"/>
            <w:r w:rsidRPr="00D53DD4">
              <w:t>)</w:t>
            </w:r>
          </w:p>
        </w:tc>
        <w:tc>
          <w:tcPr>
            <w:tcW w:w="6521" w:type="dxa"/>
          </w:tcPr>
          <w:p w14:paraId="2CEC2FE8" w14:textId="77777777" w:rsidR="00D53DD4" w:rsidRPr="00D53DD4" w:rsidRDefault="00D53DD4" w:rsidP="00E56216">
            <w:pPr>
              <w:spacing w:before="100" w:beforeAutospacing="1" w:after="100" w:afterAutospacing="1"/>
              <w:ind w:firstLine="0"/>
              <w:jc w:val="both"/>
              <w:rPr>
                <w:rFonts w:cs="Times New Roman"/>
                <w:szCs w:val="28"/>
              </w:rPr>
            </w:pPr>
            <w:proofErr w:type="spellStart"/>
            <w:r w:rsidRPr="0053337D">
              <w:rPr>
                <w:rFonts w:cs="Times New Roman"/>
                <w:szCs w:val="28"/>
                <w:lang w:val="ru-RU"/>
              </w:rPr>
              <w:t>Таңертеңгі</w:t>
            </w:r>
            <w:proofErr w:type="spellEnd"/>
            <w:r w:rsidRPr="00D53DD4">
              <w:rPr>
                <w:rFonts w:cs="Times New Roman"/>
                <w:szCs w:val="28"/>
              </w:rPr>
              <w:t xml:space="preserve"> </w:t>
            </w:r>
            <w:r w:rsidRPr="0053337D">
              <w:rPr>
                <w:rFonts w:cs="Times New Roman"/>
                <w:szCs w:val="28"/>
                <w:lang w:val="ru-RU"/>
              </w:rPr>
              <w:t>жаттығу</w:t>
            </w:r>
            <w:r w:rsidRPr="00D53DD4">
              <w:rPr>
                <w:rFonts w:cs="Times New Roman"/>
                <w:szCs w:val="28"/>
              </w:rPr>
              <w:t xml:space="preserve">, </w:t>
            </w:r>
            <w:proofErr w:type="spellStart"/>
            <w:r w:rsidRPr="0053337D">
              <w:rPr>
                <w:rFonts w:cs="Times New Roman"/>
                <w:szCs w:val="28"/>
                <w:lang w:val="ru-RU"/>
              </w:rPr>
              <w:t>серуен</w:t>
            </w:r>
            <w:proofErr w:type="spellEnd"/>
            <w:r w:rsidRPr="00D53DD4">
              <w:rPr>
                <w:rFonts w:cs="Times New Roman"/>
                <w:szCs w:val="28"/>
              </w:rPr>
              <w:t xml:space="preserve">, </w:t>
            </w:r>
            <w:proofErr w:type="spellStart"/>
            <w:r w:rsidRPr="0053337D">
              <w:rPr>
                <w:rFonts w:cs="Times New Roman"/>
                <w:szCs w:val="28"/>
                <w:lang w:val="ru-RU"/>
              </w:rPr>
              <w:t>шаршаудың</w:t>
            </w:r>
            <w:proofErr w:type="spellEnd"/>
            <w:r w:rsidRPr="00D53DD4">
              <w:rPr>
                <w:rFonts w:cs="Times New Roman"/>
                <w:szCs w:val="28"/>
              </w:rPr>
              <w:t xml:space="preserve"> </w:t>
            </w:r>
            <w:proofErr w:type="spellStart"/>
            <w:r w:rsidRPr="0053337D">
              <w:rPr>
                <w:rFonts w:cs="Times New Roman"/>
                <w:szCs w:val="28"/>
                <w:lang w:val="ru-RU"/>
              </w:rPr>
              <w:t>алдын</w:t>
            </w:r>
            <w:proofErr w:type="spellEnd"/>
            <w:r w:rsidRPr="00D53DD4">
              <w:rPr>
                <w:rFonts w:cs="Times New Roman"/>
                <w:szCs w:val="28"/>
              </w:rPr>
              <w:t xml:space="preserve"> </w:t>
            </w:r>
            <w:proofErr w:type="spellStart"/>
            <w:r w:rsidRPr="0053337D">
              <w:rPr>
                <w:rFonts w:cs="Times New Roman"/>
                <w:szCs w:val="28"/>
                <w:lang w:val="ru-RU"/>
              </w:rPr>
              <w:t>алуға</w:t>
            </w:r>
            <w:proofErr w:type="spellEnd"/>
            <w:r w:rsidRPr="00D53DD4">
              <w:rPr>
                <w:rFonts w:cs="Times New Roman"/>
                <w:szCs w:val="28"/>
              </w:rPr>
              <w:t xml:space="preserve"> </w:t>
            </w:r>
            <w:proofErr w:type="spellStart"/>
            <w:r w:rsidRPr="0053337D">
              <w:rPr>
                <w:rFonts w:cs="Times New Roman"/>
                <w:szCs w:val="28"/>
                <w:lang w:val="ru-RU"/>
              </w:rPr>
              <w:t>арналған</w:t>
            </w:r>
            <w:proofErr w:type="spellEnd"/>
            <w:r w:rsidRPr="00D53DD4">
              <w:rPr>
                <w:rFonts w:cs="Times New Roman"/>
                <w:szCs w:val="28"/>
              </w:rPr>
              <w:t xml:space="preserve"> </w:t>
            </w:r>
            <w:proofErr w:type="spellStart"/>
            <w:r w:rsidRPr="0053337D">
              <w:rPr>
                <w:rFonts w:cs="Times New Roman"/>
                <w:szCs w:val="28"/>
                <w:lang w:val="ru-RU"/>
              </w:rPr>
              <w:t>белсенді</w:t>
            </w:r>
            <w:proofErr w:type="spellEnd"/>
            <w:r w:rsidRPr="00D53DD4">
              <w:rPr>
                <w:rFonts w:cs="Times New Roman"/>
                <w:szCs w:val="28"/>
              </w:rPr>
              <w:t xml:space="preserve"> </w:t>
            </w:r>
            <w:proofErr w:type="spellStart"/>
            <w:r w:rsidRPr="0053337D">
              <w:rPr>
                <w:rFonts w:cs="Times New Roman"/>
                <w:szCs w:val="28"/>
                <w:lang w:val="ru-RU"/>
              </w:rPr>
              <w:t>ойын</w:t>
            </w:r>
            <w:proofErr w:type="spellEnd"/>
            <w:r w:rsidRPr="00D53DD4">
              <w:rPr>
                <w:rFonts w:cs="Times New Roman"/>
                <w:szCs w:val="28"/>
              </w:rPr>
              <w:t>.</w:t>
            </w:r>
          </w:p>
          <w:p w14:paraId="7BF6AF3E" w14:textId="77777777" w:rsidR="00D53DD4" w:rsidRPr="00D53DD4" w:rsidRDefault="00D53DD4" w:rsidP="00E56216">
            <w:pPr>
              <w:ind w:firstLine="0"/>
              <w:jc w:val="both"/>
            </w:pPr>
          </w:p>
        </w:tc>
      </w:tr>
      <w:tr w:rsidR="00D53DD4" w:rsidRPr="0053337D" w14:paraId="79EFC3AB" w14:textId="77777777" w:rsidTr="00E56216">
        <w:trPr>
          <w:jc w:val="center"/>
        </w:trPr>
        <w:tc>
          <w:tcPr>
            <w:tcW w:w="3402" w:type="dxa"/>
          </w:tcPr>
          <w:p w14:paraId="478A2A06"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521" w:type="dxa"/>
          </w:tcPr>
          <w:p w14:paraId="1A7AF402" w14:textId="77777777" w:rsidR="00D53DD4" w:rsidRPr="0053337D" w:rsidRDefault="00D53DD4" w:rsidP="00E56216">
            <w:pPr>
              <w:ind w:firstLine="0"/>
              <w:jc w:val="both"/>
            </w:pPr>
            <w:proofErr w:type="spellStart"/>
            <w:r w:rsidRPr="0053337D">
              <w:rPr>
                <w:lang w:val="ru-RU"/>
              </w:rPr>
              <w:t>Қорытынды</w:t>
            </w:r>
            <w:proofErr w:type="spellEnd"/>
            <w:r w:rsidRPr="0053337D">
              <w:t xml:space="preserve"> </w:t>
            </w:r>
            <w:proofErr w:type="spellStart"/>
            <w:r w:rsidRPr="0053337D">
              <w:rPr>
                <w:lang w:val="ru-RU"/>
              </w:rPr>
              <w:t>жобалардың</w:t>
            </w:r>
            <w:proofErr w:type="spellEnd"/>
            <w:r w:rsidRPr="0053337D">
              <w:t xml:space="preserve"> </w:t>
            </w:r>
            <w:proofErr w:type="spellStart"/>
            <w:r>
              <w:rPr>
                <w:lang w:val="ru-RU"/>
              </w:rPr>
              <w:t>алғашқы</w:t>
            </w:r>
            <w:proofErr w:type="spellEnd"/>
            <w:r w:rsidRPr="0053337D">
              <w:t xml:space="preserve"> </w:t>
            </w:r>
            <w:proofErr w:type="spellStart"/>
            <w:r w:rsidRPr="0053337D">
              <w:rPr>
                <w:lang w:val="ru-RU"/>
              </w:rPr>
              <w:t>нұсқалары</w:t>
            </w:r>
            <w:proofErr w:type="spellEnd"/>
            <w:r w:rsidRPr="0053337D">
              <w:t xml:space="preserve"> </w:t>
            </w:r>
            <w:proofErr w:type="spellStart"/>
            <w:r w:rsidRPr="0053337D">
              <w:rPr>
                <w:lang w:val="ru-RU"/>
              </w:rPr>
              <w:t>дайындалды</w:t>
            </w:r>
            <w:proofErr w:type="spellEnd"/>
            <w:r w:rsidRPr="0053337D">
              <w:t>.</w:t>
            </w:r>
          </w:p>
        </w:tc>
      </w:tr>
    </w:tbl>
    <w:p w14:paraId="7E327A3E" w14:textId="77777777" w:rsidR="00D53DD4" w:rsidRPr="00D53DD4" w:rsidRDefault="00D53DD4" w:rsidP="00D53DD4">
      <w:pPr>
        <w:pStyle w:val="31"/>
      </w:pPr>
      <w:r w:rsidRPr="00D53DD4">
        <w:rPr>
          <w:rFonts w:eastAsia="Times New Roman"/>
        </w:rPr>
        <w:t xml:space="preserve">10 </w:t>
      </w:r>
      <w:proofErr w:type="spellStart"/>
      <w:r>
        <w:rPr>
          <w:rFonts w:eastAsia="Times New Roman"/>
          <w:lang w:val="ru-RU"/>
        </w:rPr>
        <w:t>күн</w:t>
      </w:r>
      <w:proofErr w:type="spellEnd"/>
      <w:r w:rsidRPr="00D53DD4">
        <w:rPr>
          <w:rFonts w:eastAsia="Times New Roman"/>
        </w:rPr>
        <w:t>. «</w:t>
      </w:r>
      <w:proofErr w:type="spellStart"/>
      <w:r w:rsidRPr="00A81E3F">
        <w:rPr>
          <w:rFonts w:eastAsia="Times New Roman"/>
          <w:lang w:val="ru-RU"/>
        </w:rPr>
        <w:t>Дайындық</w:t>
      </w:r>
      <w:proofErr w:type="spellEnd"/>
      <w:r w:rsidRPr="00D53DD4">
        <w:rPr>
          <w:rFonts w:eastAsia="Times New Roman"/>
        </w:rPr>
        <w:t xml:space="preserve"> </w:t>
      </w:r>
      <w:proofErr w:type="spellStart"/>
      <w:r w:rsidRPr="00A81E3F">
        <w:rPr>
          <w:rFonts w:eastAsia="Times New Roman"/>
          <w:lang w:val="ru-RU"/>
        </w:rPr>
        <w:t>және</w:t>
      </w:r>
      <w:proofErr w:type="spellEnd"/>
      <w:r w:rsidRPr="00D53DD4">
        <w:rPr>
          <w:rFonts w:eastAsia="Times New Roman"/>
        </w:rPr>
        <w:t xml:space="preserve"> </w:t>
      </w:r>
      <w:proofErr w:type="spellStart"/>
      <w:r w:rsidRPr="00A81E3F">
        <w:rPr>
          <w:rFonts w:eastAsia="Times New Roman"/>
          <w:lang w:val="ru-RU"/>
        </w:rPr>
        <w:t>бірлік</w:t>
      </w:r>
      <w:proofErr w:type="spellEnd"/>
      <w:r w:rsidRPr="00D53DD4">
        <w:rPr>
          <w:rFonts w:eastAsia="Times New Roman"/>
        </w:rPr>
        <w:t xml:space="preserve">» - </w:t>
      </w:r>
      <w:proofErr w:type="spellStart"/>
      <w:r>
        <w:rPr>
          <w:rFonts w:eastAsia="Times New Roman"/>
          <w:lang w:val="ru-RU"/>
        </w:rPr>
        <w:t>дайындық</w:t>
      </w:r>
      <w:proofErr w:type="spellEnd"/>
      <w:r w:rsidRPr="00D53DD4">
        <w:rPr>
          <w:rFonts w:eastAsia="Times New Roman"/>
        </w:rPr>
        <w:t xml:space="preserve"> </w:t>
      </w:r>
      <w:proofErr w:type="spellStart"/>
      <w:r>
        <w:rPr>
          <w:rFonts w:eastAsia="Times New Roman"/>
          <w:lang w:val="ru-RU"/>
        </w:rPr>
        <w:t>күні</w:t>
      </w:r>
      <w:proofErr w:type="spellEnd"/>
    </w:p>
    <w:tbl>
      <w:tblPr>
        <w:tblStyle w:val="aff0"/>
        <w:tblW w:w="9923" w:type="dxa"/>
        <w:jc w:val="center"/>
        <w:tblLook w:val="04A0" w:firstRow="1" w:lastRow="0" w:firstColumn="1" w:lastColumn="0" w:noHBand="0" w:noVBand="1"/>
      </w:tblPr>
      <w:tblGrid>
        <w:gridCol w:w="3402"/>
        <w:gridCol w:w="6521"/>
      </w:tblGrid>
      <w:tr w:rsidR="00D53DD4" w14:paraId="54FB53DB" w14:textId="77777777" w:rsidTr="00E56216">
        <w:trPr>
          <w:tblHeader/>
          <w:jc w:val="center"/>
        </w:trPr>
        <w:tc>
          <w:tcPr>
            <w:tcW w:w="3402" w:type="dxa"/>
            <w:shd w:val="clear" w:color="auto" w:fill="D9EAD3"/>
          </w:tcPr>
          <w:p w14:paraId="718897ED" w14:textId="77777777" w:rsidR="00D53DD4" w:rsidRDefault="00D53DD4" w:rsidP="00E56216">
            <w:pPr>
              <w:ind w:firstLine="0"/>
              <w:jc w:val="center"/>
            </w:pPr>
            <w:r>
              <w:rPr>
                <w:b/>
                <w:szCs w:val="28"/>
                <w:lang w:val="kk-KZ"/>
              </w:rPr>
              <w:t>Күннің құрамдас бөлігі</w:t>
            </w:r>
          </w:p>
        </w:tc>
        <w:tc>
          <w:tcPr>
            <w:tcW w:w="6521" w:type="dxa"/>
            <w:shd w:val="clear" w:color="auto" w:fill="D9EAD3"/>
          </w:tcPr>
          <w:p w14:paraId="20396599" w14:textId="77777777" w:rsidR="00D53DD4" w:rsidRDefault="00D53DD4" w:rsidP="00E56216">
            <w:pPr>
              <w:ind w:firstLine="0"/>
              <w:jc w:val="center"/>
            </w:pPr>
            <w:r w:rsidRPr="003F7BF7">
              <w:rPr>
                <w:b/>
                <w:szCs w:val="28"/>
                <w:lang w:val="kk-KZ"/>
              </w:rPr>
              <w:t>Мазмұны</w:t>
            </w:r>
          </w:p>
        </w:tc>
      </w:tr>
      <w:tr w:rsidR="00D53DD4" w:rsidRPr="00DB01D7" w14:paraId="6FFA86CC" w14:textId="77777777" w:rsidTr="00E56216">
        <w:trPr>
          <w:jc w:val="center"/>
        </w:trPr>
        <w:tc>
          <w:tcPr>
            <w:tcW w:w="3402" w:type="dxa"/>
          </w:tcPr>
          <w:p w14:paraId="48CCD804"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521" w:type="dxa"/>
          </w:tcPr>
          <w:p w14:paraId="7587FB06" w14:textId="77777777" w:rsidR="00D53DD4" w:rsidRDefault="00D53DD4" w:rsidP="00E56216">
            <w:pPr>
              <w:ind w:firstLine="0"/>
              <w:jc w:val="both"/>
            </w:pPr>
            <w:r>
              <w:t>«</w:t>
            </w:r>
            <w:proofErr w:type="spellStart"/>
            <w:r>
              <w:t>Жақсы</w:t>
            </w:r>
            <w:proofErr w:type="spellEnd"/>
            <w:r>
              <w:t xml:space="preserve"> </w:t>
            </w:r>
            <w:proofErr w:type="spellStart"/>
            <w:r>
              <w:t>туристік</w:t>
            </w:r>
            <w:proofErr w:type="spellEnd"/>
            <w:r>
              <w:t xml:space="preserve"> </w:t>
            </w:r>
            <w:proofErr w:type="spellStart"/>
            <w:r>
              <w:t>жобаның</w:t>
            </w:r>
            <w:proofErr w:type="spellEnd"/>
            <w:r>
              <w:t xml:space="preserve"> </w:t>
            </w:r>
            <w:r>
              <w:rPr>
                <w:lang w:val="kk-KZ"/>
              </w:rPr>
              <w:t>өлшемдер</w:t>
            </w:r>
            <w:r>
              <w:t xml:space="preserve">і» </w:t>
            </w:r>
            <w:proofErr w:type="spellStart"/>
            <w:r>
              <w:t>дамытушы</w:t>
            </w:r>
            <w:proofErr w:type="spellEnd"/>
            <w:r>
              <w:t xml:space="preserve"> </w:t>
            </w:r>
            <w:proofErr w:type="spellStart"/>
            <w:r>
              <w:t>сабағы</w:t>
            </w:r>
            <w:proofErr w:type="spellEnd"/>
            <w:r>
              <w:t>.</w:t>
            </w:r>
          </w:p>
          <w:p w14:paraId="7CB612C2" w14:textId="77777777" w:rsidR="00D53DD4" w:rsidRPr="00DB01D7" w:rsidRDefault="00D53DD4" w:rsidP="00E56216">
            <w:pPr>
              <w:ind w:firstLine="0"/>
              <w:jc w:val="both"/>
            </w:pPr>
            <w:proofErr w:type="spellStart"/>
            <w:r>
              <w:t>Шығармашылық</w:t>
            </w:r>
            <w:proofErr w:type="spellEnd"/>
            <w:r>
              <w:t xml:space="preserve"> </w:t>
            </w:r>
            <w:proofErr w:type="spellStart"/>
            <w:r>
              <w:t>жұмыс</w:t>
            </w:r>
            <w:proofErr w:type="spellEnd"/>
            <w:r>
              <w:rPr>
                <w:lang w:val="kk-KZ"/>
              </w:rPr>
              <w:t xml:space="preserve">: </w:t>
            </w:r>
            <w:proofErr w:type="spellStart"/>
            <w:r>
              <w:t>Карталар</w:t>
            </w:r>
            <w:proofErr w:type="spellEnd"/>
            <w:r>
              <w:t xml:space="preserve">, </w:t>
            </w:r>
            <w:proofErr w:type="spellStart"/>
            <w:r>
              <w:t>жадынамалар</w:t>
            </w:r>
            <w:proofErr w:type="spellEnd"/>
            <w:r>
              <w:t xml:space="preserve">, </w:t>
            </w:r>
            <w:proofErr w:type="spellStart"/>
            <w:r>
              <w:t>плакаттар</w:t>
            </w:r>
            <w:proofErr w:type="spellEnd"/>
            <w:r>
              <w:t xml:space="preserve">, </w:t>
            </w:r>
            <w:proofErr w:type="spellStart"/>
            <w:r>
              <w:t>презентациялар</w:t>
            </w:r>
            <w:proofErr w:type="spellEnd"/>
            <w:r>
              <w:t xml:space="preserve"> </w:t>
            </w:r>
            <w:proofErr w:type="spellStart"/>
            <w:r>
              <w:t>және</w:t>
            </w:r>
            <w:proofErr w:type="spellEnd"/>
            <w:r>
              <w:t xml:space="preserve"> </w:t>
            </w:r>
            <w:proofErr w:type="spellStart"/>
            <w:r>
              <w:t>станцияларды</w:t>
            </w:r>
            <w:proofErr w:type="spellEnd"/>
            <w:r>
              <w:t xml:space="preserve"> </w:t>
            </w:r>
            <w:proofErr w:type="spellStart"/>
            <w:r>
              <w:t>шығармашылық</w:t>
            </w:r>
            <w:proofErr w:type="spellEnd"/>
            <w:r>
              <w:t xml:space="preserve"> </w:t>
            </w:r>
            <w:proofErr w:type="spellStart"/>
            <w:r>
              <w:t>түрде</w:t>
            </w:r>
            <w:proofErr w:type="spellEnd"/>
            <w:r>
              <w:t xml:space="preserve"> </w:t>
            </w:r>
            <w:proofErr w:type="spellStart"/>
            <w:r>
              <w:t>жетілдіру</w:t>
            </w:r>
            <w:proofErr w:type="spellEnd"/>
            <w:r>
              <w:t>.</w:t>
            </w:r>
          </w:p>
        </w:tc>
      </w:tr>
      <w:tr w:rsidR="00D53DD4" w:rsidRPr="00655EAC" w14:paraId="472209A0" w14:textId="77777777" w:rsidTr="00E56216">
        <w:trPr>
          <w:jc w:val="center"/>
        </w:trPr>
        <w:tc>
          <w:tcPr>
            <w:tcW w:w="3402" w:type="dxa"/>
          </w:tcPr>
          <w:p w14:paraId="791236B8" w14:textId="1C5CA86B" w:rsidR="00D53DD4" w:rsidRPr="00A81E3F" w:rsidRDefault="00DD6E9B" w:rsidP="00E56216">
            <w:pPr>
              <w:ind w:firstLine="0"/>
              <w:rPr>
                <w:lang w:val="ru-RU"/>
              </w:rPr>
            </w:pPr>
            <w:r>
              <w:rPr>
                <w:lang w:val="kk-KZ"/>
              </w:rPr>
              <w:t>Тәжірибелі</w:t>
            </w:r>
            <w:r>
              <w:t xml:space="preserve"> </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521" w:type="dxa"/>
          </w:tcPr>
          <w:p w14:paraId="4ACA1F5D" w14:textId="77777777" w:rsidR="00D53DD4" w:rsidRPr="00DB01D7" w:rsidRDefault="00D53DD4" w:rsidP="00E56216">
            <w:pPr>
              <w:ind w:firstLine="0"/>
              <w:jc w:val="both"/>
              <w:rPr>
                <w:lang w:val="ru-RU"/>
              </w:rPr>
            </w:pPr>
            <w:proofErr w:type="spellStart"/>
            <w:r w:rsidRPr="00DB01D7">
              <w:rPr>
                <w:lang w:val="ru-RU"/>
              </w:rPr>
              <w:t>Жоба</w:t>
            </w:r>
            <w:proofErr w:type="spellEnd"/>
            <w:r w:rsidRPr="00DB01D7">
              <w:rPr>
                <w:lang w:val="ru-RU"/>
              </w:rPr>
              <w:t xml:space="preserve"> </w:t>
            </w:r>
            <w:proofErr w:type="spellStart"/>
            <w:r w:rsidRPr="00DB01D7">
              <w:rPr>
                <w:lang w:val="ru-RU"/>
              </w:rPr>
              <w:t>қорғауын</w:t>
            </w:r>
            <w:proofErr w:type="spellEnd"/>
            <w:r w:rsidRPr="00DB01D7">
              <w:rPr>
                <w:lang w:val="ru-RU"/>
              </w:rPr>
              <w:t xml:space="preserve"> </w:t>
            </w:r>
            <w:proofErr w:type="spellStart"/>
            <w:r>
              <w:rPr>
                <w:lang w:val="ru-RU"/>
              </w:rPr>
              <w:t>дайындау</w:t>
            </w:r>
            <w:proofErr w:type="spellEnd"/>
            <w:r w:rsidRPr="00DB01D7">
              <w:rPr>
                <w:lang w:val="ru-RU"/>
              </w:rPr>
              <w:t xml:space="preserve"> практикумы.</w:t>
            </w:r>
            <w:r w:rsidRPr="00DB01D7">
              <w:rPr>
                <w:lang w:val="ru-RU"/>
              </w:rPr>
              <w:br/>
            </w:r>
            <w:proofErr w:type="spellStart"/>
            <w:r w:rsidRPr="00DB01D7">
              <w:rPr>
                <w:lang w:val="ru-RU"/>
              </w:rPr>
              <w:t>Көрмелік</w:t>
            </w:r>
            <w:proofErr w:type="spellEnd"/>
            <w:r w:rsidRPr="00DB01D7">
              <w:rPr>
                <w:lang w:val="ru-RU"/>
              </w:rPr>
              <w:t xml:space="preserve"> </w:t>
            </w:r>
            <w:proofErr w:type="spellStart"/>
            <w:r w:rsidRPr="00DB01D7">
              <w:rPr>
                <w:lang w:val="ru-RU"/>
              </w:rPr>
              <w:t>материалдарды</w:t>
            </w:r>
            <w:proofErr w:type="spellEnd"/>
            <w:r w:rsidRPr="00DB01D7">
              <w:rPr>
                <w:lang w:val="ru-RU"/>
              </w:rPr>
              <w:t xml:space="preserve"> </w:t>
            </w:r>
            <w:proofErr w:type="spellStart"/>
            <w:r w:rsidRPr="00DB01D7">
              <w:rPr>
                <w:lang w:val="ru-RU"/>
              </w:rPr>
              <w:t>рәсімдеу</w:t>
            </w:r>
            <w:proofErr w:type="spellEnd"/>
            <w:r w:rsidRPr="00DB01D7">
              <w:rPr>
                <w:lang w:val="ru-RU"/>
              </w:rPr>
              <w:t xml:space="preserve"> </w:t>
            </w:r>
            <w:proofErr w:type="spellStart"/>
            <w:r w:rsidRPr="00DB01D7">
              <w:rPr>
                <w:lang w:val="ru-RU"/>
              </w:rPr>
              <w:t>бойынша</w:t>
            </w:r>
            <w:proofErr w:type="spellEnd"/>
            <w:r w:rsidRPr="00DB01D7">
              <w:rPr>
                <w:lang w:val="ru-RU"/>
              </w:rPr>
              <w:t xml:space="preserve"> </w:t>
            </w:r>
            <w:proofErr w:type="spellStart"/>
            <w:r>
              <w:rPr>
                <w:lang w:val="ru-RU"/>
              </w:rPr>
              <w:t>тәжірибелік</w:t>
            </w:r>
            <w:proofErr w:type="spellEnd"/>
            <w:r w:rsidRPr="00DB01D7">
              <w:rPr>
                <w:lang w:val="ru-RU"/>
              </w:rPr>
              <w:t xml:space="preserve"> </w:t>
            </w:r>
            <w:proofErr w:type="spellStart"/>
            <w:r w:rsidRPr="00DB01D7">
              <w:rPr>
                <w:lang w:val="ru-RU"/>
              </w:rPr>
              <w:t>жұмыс</w:t>
            </w:r>
            <w:proofErr w:type="spellEnd"/>
            <w:r w:rsidRPr="00DB01D7">
              <w:rPr>
                <w:lang w:val="ru-RU"/>
              </w:rPr>
              <w:t>.</w:t>
            </w:r>
          </w:p>
        </w:tc>
      </w:tr>
      <w:tr w:rsidR="00D53DD4" w:rsidRPr="00655EAC" w14:paraId="37A7F2B1" w14:textId="77777777" w:rsidTr="00E56216">
        <w:trPr>
          <w:jc w:val="center"/>
        </w:trPr>
        <w:tc>
          <w:tcPr>
            <w:tcW w:w="3402" w:type="dxa"/>
          </w:tcPr>
          <w:p w14:paraId="7FD82CF7" w14:textId="77777777" w:rsidR="00D53DD4" w:rsidRPr="00865B21" w:rsidRDefault="00D53DD4" w:rsidP="00E56216">
            <w:pPr>
              <w:ind w:firstLine="0"/>
              <w:rPr>
                <w:lang w:val="ru-RU"/>
              </w:rPr>
            </w:pPr>
            <w:proofErr w:type="spellStart"/>
            <w:r w:rsidRPr="007D2A96">
              <w:rPr>
                <w:lang w:val="ru-RU"/>
              </w:rPr>
              <w:t>Тәрбиелік</w:t>
            </w:r>
            <w:proofErr w:type="spellEnd"/>
            <w:r w:rsidRPr="00865B21">
              <w:rPr>
                <w:lang w:val="ru-RU"/>
              </w:rPr>
              <w:t xml:space="preserve"> </w:t>
            </w:r>
            <w:proofErr w:type="spellStart"/>
            <w:r w:rsidRPr="007D2A96">
              <w:rPr>
                <w:lang w:val="ru-RU"/>
              </w:rPr>
              <w:t>іс</w:t>
            </w:r>
            <w:r w:rsidRPr="00865B21">
              <w:rPr>
                <w:lang w:val="ru-RU"/>
              </w:rPr>
              <w:t>-</w:t>
            </w:r>
            <w:r w:rsidRPr="007D2A96">
              <w:rPr>
                <w:lang w:val="ru-RU"/>
              </w:rPr>
              <w:t>шаралар</w:t>
            </w:r>
            <w:proofErr w:type="spellEnd"/>
            <w:r w:rsidRPr="00865B21">
              <w:rPr>
                <w:lang w:val="ru-RU"/>
              </w:rPr>
              <w:t xml:space="preserve"> </w:t>
            </w:r>
            <w:proofErr w:type="spellStart"/>
            <w:r w:rsidRPr="007D2A96">
              <w:rPr>
                <w:lang w:val="ru-RU"/>
              </w:rPr>
              <w:t>және</w:t>
            </w:r>
            <w:proofErr w:type="spellEnd"/>
            <w:r w:rsidRPr="00865B21">
              <w:rPr>
                <w:lang w:val="ru-RU"/>
              </w:rPr>
              <w:t xml:space="preserve"> </w:t>
            </w:r>
            <w:proofErr w:type="spellStart"/>
            <w:r w:rsidRPr="007D2A96">
              <w:rPr>
                <w:lang w:val="ru-RU"/>
              </w:rPr>
              <w:t>жобалар</w:t>
            </w:r>
            <w:proofErr w:type="spellEnd"/>
            <w:r w:rsidRPr="00865B21">
              <w:rPr>
                <w:lang w:val="ru-RU"/>
              </w:rPr>
              <w:t xml:space="preserve"> (</w:t>
            </w:r>
            <w:proofErr w:type="spellStart"/>
            <w:r w:rsidRPr="007D2A96">
              <w:rPr>
                <w:lang w:val="ru-RU"/>
              </w:rPr>
              <w:t>кемінде</w:t>
            </w:r>
            <w:proofErr w:type="spellEnd"/>
            <w:r w:rsidRPr="00865B21">
              <w:rPr>
                <w:lang w:val="ru-RU"/>
              </w:rPr>
              <w:t xml:space="preserve"> 2)</w:t>
            </w:r>
          </w:p>
        </w:tc>
        <w:tc>
          <w:tcPr>
            <w:tcW w:w="6521" w:type="dxa"/>
          </w:tcPr>
          <w:p w14:paraId="23420AE0" w14:textId="77777777" w:rsidR="00D53DD4" w:rsidRPr="00DB01D7" w:rsidRDefault="00D53DD4" w:rsidP="00E56216">
            <w:pPr>
              <w:ind w:firstLine="0"/>
              <w:jc w:val="both"/>
              <w:rPr>
                <w:lang w:val="ru-RU"/>
              </w:rPr>
            </w:pPr>
            <w:r w:rsidRPr="00865B21">
              <w:rPr>
                <w:lang w:val="ru-RU"/>
              </w:rPr>
              <w:t>«</w:t>
            </w:r>
            <w:proofErr w:type="spellStart"/>
            <w:r w:rsidRPr="00DB01D7">
              <w:rPr>
                <w:lang w:val="ru-RU"/>
              </w:rPr>
              <w:t>Алғыс</w:t>
            </w:r>
            <w:proofErr w:type="spellEnd"/>
            <w:r w:rsidRPr="00865B21">
              <w:rPr>
                <w:lang w:val="ru-RU"/>
              </w:rPr>
              <w:t xml:space="preserve"> </w:t>
            </w:r>
            <w:proofErr w:type="spellStart"/>
            <w:r w:rsidRPr="00DB01D7">
              <w:rPr>
                <w:lang w:val="ru-RU"/>
              </w:rPr>
              <w:t>айту</w:t>
            </w:r>
            <w:proofErr w:type="spellEnd"/>
            <w:r w:rsidRPr="00865B21">
              <w:rPr>
                <w:lang w:val="ru-RU"/>
              </w:rPr>
              <w:t xml:space="preserve"> </w:t>
            </w:r>
            <w:proofErr w:type="spellStart"/>
            <w:r w:rsidRPr="00DB01D7">
              <w:rPr>
                <w:lang w:val="ru-RU"/>
              </w:rPr>
              <w:t>және</w:t>
            </w:r>
            <w:proofErr w:type="spellEnd"/>
            <w:r w:rsidRPr="00865B21">
              <w:rPr>
                <w:lang w:val="ru-RU"/>
              </w:rPr>
              <w:t xml:space="preserve"> </w:t>
            </w:r>
            <w:proofErr w:type="spellStart"/>
            <w:r w:rsidRPr="00DB01D7">
              <w:rPr>
                <w:lang w:val="ru-RU"/>
              </w:rPr>
              <w:t>мойындау</w:t>
            </w:r>
            <w:proofErr w:type="spellEnd"/>
            <w:r w:rsidRPr="00865B21">
              <w:rPr>
                <w:lang w:val="ru-RU"/>
              </w:rPr>
              <w:t xml:space="preserve"> </w:t>
            </w:r>
            <w:proofErr w:type="spellStart"/>
            <w:r w:rsidRPr="00DB01D7">
              <w:rPr>
                <w:lang w:val="ru-RU"/>
              </w:rPr>
              <w:t>мәдениеті</w:t>
            </w:r>
            <w:proofErr w:type="spellEnd"/>
            <w:r w:rsidRPr="00865B21">
              <w:rPr>
                <w:lang w:val="ru-RU"/>
              </w:rPr>
              <w:t xml:space="preserve">» </w:t>
            </w:r>
            <w:proofErr w:type="spellStart"/>
            <w:r w:rsidRPr="00DB01D7">
              <w:rPr>
                <w:lang w:val="ru-RU"/>
              </w:rPr>
              <w:t>тәрбиелік</w:t>
            </w:r>
            <w:proofErr w:type="spellEnd"/>
            <w:r w:rsidRPr="00865B21">
              <w:rPr>
                <w:lang w:val="ru-RU"/>
              </w:rPr>
              <w:t xml:space="preserve"> </w:t>
            </w:r>
            <w:proofErr w:type="spellStart"/>
            <w:r w:rsidRPr="00DB01D7">
              <w:rPr>
                <w:lang w:val="ru-RU"/>
              </w:rPr>
              <w:t>іс</w:t>
            </w:r>
            <w:r w:rsidRPr="00865B21">
              <w:rPr>
                <w:lang w:val="ru-RU"/>
              </w:rPr>
              <w:t>-</w:t>
            </w:r>
            <w:r w:rsidRPr="00DB01D7">
              <w:rPr>
                <w:lang w:val="ru-RU"/>
              </w:rPr>
              <w:t>шарасы</w:t>
            </w:r>
            <w:proofErr w:type="spellEnd"/>
            <w:r w:rsidRPr="00865B21">
              <w:rPr>
                <w:lang w:val="ru-RU"/>
              </w:rPr>
              <w:t>.</w:t>
            </w:r>
            <w:r w:rsidRPr="00865B21">
              <w:rPr>
                <w:lang w:val="ru-RU"/>
              </w:rPr>
              <w:br/>
            </w:r>
            <w:r w:rsidRPr="00DB01D7">
              <w:rPr>
                <w:lang w:val="ru-RU"/>
              </w:rPr>
              <w:t xml:space="preserve">«Команда </w:t>
            </w:r>
            <w:proofErr w:type="spellStart"/>
            <w:r w:rsidRPr="00DB01D7">
              <w:rPr>
                <w:lang w:val="ru-RU"/>
              </w:rPr>
              <w:t>маған</w:t>
            </w:r>
            <w:proofErr w:type="spellEnd"/>
            <w:r w:rsidRPr="00DB01D7">
              <w:rPr>
                <w:lang w:val="ru-RU"/>
              </w:rPr>
              <w:t xml:space="preserve"> </w:t>
            </w:r>
            <w:proofErr w:type="spellStart"/>
            <w:r w:rsidRPr="00DB01D7">
              <w:rPr>
                <w:lang w:val="ru-RU"/>
              </w:rPr>
              <w:t>нені</w:t>
            </w:r>
            <w:proofErr w:type="spellEnd"/>
            <w:r w:rsidRPr="00DB01D7">
              <w:rPr>
                <w:lang w:val="ru-RU"/>
              </w:rPr>
              <w:t xml:space="preserve"> </w:t>
            </w:r>
            <w:proofErr w:type="spellStart"/>
            <w:r w:rsidRPr="00DB01D7">
              <w:rPr>
                <w:lang w:val="ru-RU"/>
              </w:rPr>
              <w:t>үйретті</w:t>
            </w:r>
            <w:proofErr w:type="spellEnd"/>
            <w:r w:rsidRPr="00DB01D7">
              <w:rPr>
                <w:lang w:val="ru-RU"/>
              </w:rPr>
              <w:t xml:space="preserve">» </w:t>
            </w:r>
            <w:proofErr w:type="spellStart"/>
            <w:r>
              <w:rPr>
                <w:lang w:val="ru-RU"/>
              </w:rPr>
              <w:t>кері</w:t>
            </w:r>
            <w:proofErr w:type="spellEnd"/>
            <w:r>
              <w:rPr>
                <w:lang w:val="ru-RU"/>
              </w:rPr>
              <w:t xml:space="preserve"> </w:t>
            </w:r>
            <w:proofErr w:type="spellStart"/>
            <w:r>
              <w:rPr>
                <w:lang w:val="ru-RU"/>
              </w:rPr>
              <w:t>байланысы</w:t>
            </w:r>
            <w:proofErr w:type="spellEnd"/>
            <w:r w:rsidRPr="00DB01D7">
              <w:rPr>
                <w:lang w:val="ru-RU"/>
              </w:rPr>
              <w:t>.</w:t>
            </w:r>
          </w:p>
        </w:tc>
      </w:tr>
      <w:tr w:rsidR="00D53DD4" w:rsidRPr="00655EAC" w14:paraId="1F968DE6" w14:textId="77777777" w:rsidTr="00E56216">
        <w:trPr>
          <w:jc w:val="center"/>
        </w:trPr>
        <w:tc>
          <w:tcPr>
            <w:tcW w:w="3402" w:type="dxa"/>
          </w:tcPr>
          <w:p w14:paraId="4116366F" w14:textId="77777777" w:rsidR="00D53DD4" w:rsidRPr="00655EAC" w:rsidRDefault="00D53DD4" w:rsidP="00E56216">
            <w:pPr>
              <w:ind w:firstLine="0"/>
              <w:rPr>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521" w:type="dxa"/>
          </w:tcPr>
          <w:p w14:paraId="0C331AC4" w14:textId="77777777" w:rsidR="00D53DD4" w:rsidRPr="00655EAC" w:rsidRDefault="00D53DD4" w:rsidP="00E56216">
            <w:pPr>
              <w:ind w:firstLine="0"/>
              <w:jc w:val="both"/>
              <w:rPr>
                <w:lang w:val="ru-RU"/>
              </w:rPr>
            </w:pPr>
            <w:proofErr w:type="spellStart"/>
            <w:r w:rsidRPr="00DB01D7">
              <w:rPr>
                <w:lang w:val="ru-RU"/>
              </w:rPr>
              <w:t>Таңертеңгі</w:t>
            </w:r>
            <w:proofErr w:type="spellEnd"/>
            <w:r w:rsidRPr="00655EAC">
              <w:rPr>
                <w:lang w:val="ru-RU"/>
              </w:rPr>
              <w:t xml:space="preserve"> </w:t>
            </w:r>
            <w:r w:rsidRPr="00DB01D7">
              <w:rPr>
                <w:lang w:val="ru-RU"/>
              </w:rPr>
              <w:t>жаттығу</w:t>
            </w:r>
            <w:r w:rsidRPr="00655EAC">
              <w:rPr>
                <w:lang w:val="ru-RU"/>
              </w:rPr>
              <w:t xml:space="preserve">, </w:t>
            </w:r>
            <w:proofErr w:type="spellStart"/>
            <w:r w:rsidRPr="00DB01D7">
              <w:rPr>
                <w:lang w:val="ru-RU"/>
              </w:rPr>
              <w:t>достық</w:t>
            </w:r>
            <w:proofErr w:type="spellEnd"/>
            <w:r w:rsidRPr="00655EAC">
              <w:rPr>
                <w:lang w:val="ru-RU"/>
              </w:rPr>
              <w:t xml:space="preserve"> </w:t>
            </w:r>
            <w:proofErr w:type="spellStart"/>
            <w:r w:rsidRPr="00DB01D7">
              <w:rPr>
                <w:lang w:val="ru-RU"/>
              </w:rPr>
              <w:t>эстафеталар</w:t>
            </w:r>
            <w:proofErr w:type="spellEnd"/>
            <w:r w:rsidRPr="00655EAC">
              <w:rPr>
                <w:lang w:val="ru-RU"/>
              </w:rPr>
              <w:t xml:space="preserve">, </w:t>
            </w:r>
            <w:proofErr w:type="spellStart"/>
            <w:r w:rsidRPr="00DB01D7">
              <w:rPr>
                <w:lang w:val="ru-RU"/>
              </w:rPr>
              <w:t>эмоционалдық</w:t>
            </w:r>
            <w:proofErr w:type="spellEnd"/>
            <w:r w:rsidRPr="00655EAC">
              <w:rPr>
                <w:lang w:val="ru-RU"/>
              </w:rPr>
              <w:t xml:space="preserve"> </w:t>
            </w:r>
            <w:proofErr w:type="spellStart"/>
            <w:r w:rsidRPr="00DB01D7">
              <w:rPr>
                <w:lang w:val="ru-RU"/>
              </w:rPr>
              <w:t>босаңсуға</w:t>
            </w:r>
            <w:proofErr w:type="spellEnd"/>
            <w:r w:rsidRPr="00655EAC">
              <w:rPr>
                <w:lang w:val="ru-RU"/>
              </w:rPr>
              <w:t xml:space="preserve"> </w:t>
            </w:r>
            <w:proofErr w:type="spellStart"/>
            <w:r w:rsidRPr="00DB01D7">
              <w:rPr>
                <w:lang w:val="ru-RU"/>
              </w:rPr>
              <w:t>арналған</w:t>
            </w:r>
            <w:proofErr w:type="spellEnd"/>
            <w:r w:rsidRPr="00655EAC">
              <w:rPr>
                <w:lang w:val="ru-RU"/>
              </w:rPr>
              <w:t xml:space="preserve"> </w:t>
            </w:r>
            <w:proofErr w:type="spellStart"/>
            <w:r w:rsidRPr="00DB01D7">
              <w:rPr>
                <w:lang w:val="ru-RU"/>
              </w:rPr>
              <w:t>жаттығулар</w:t>
            </w:r>
            <w:proofErr w:type="spellEnd"/>
            <w:r w:rsidRPr="00655EAC">
              <w:rPr>
                <w:lang w:val="ru-RU"/>
              </w:rPr>
              <w:t>.</w:t>
            </w:r>
          </w:p>
        </w:tc>
      </w:tr>
      <w:tr w:rsidR="00D53DD4" w:rsidRPr="00655EAC" w14:paraId="24DA4BF1" w14:textId="77777777" w:rsidTr="00E56216">
        <w:trPr>
          <w:jc w:val="center"/>
        </w:trPr>
        <w:tc>
          <w:tcPr>
            <w:tcW w:w="3402" w:type="dxa"/>
          </w:tcPr>
          <w:p w14:paraId="6DCE68F9"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521" w:type="dxa"/>
          </w:tcPr>
          <w:p w14:paraId="229E100B" w14:textId="77777777" w:rsidR="00D53DD4" w:rsidRPr="00DB01D7" w:rsidRDefault="00D53DD4" w:rsidP="00E56216">
            <w:pPr>
              <w:ind w:firstLine="0"/>
              <w:jc w:val="both"/>
              <w:rPr>
                <w:lang w:val="ru-RU"/>
              </w:rPr>
            </w:pPr>
            <w:proofErr w:type="spellStart"/>
            <w:r w:rsidRPr="00DB01D7">
              <w:rPr>
                <w:lang w:val="ru-RU"/>
              </w:rPr>
              <w:t>Қорытынды</w:t>
            </w:r>
            <w:proofErr w:type="spellEnd"/>
            <w:r w:rsidRPr="00DB01D7">
              <w:rPr>
                <w:lang w:val="ru-RU"/>
              </w:rPr>
              <w:t xml:space="preserve"> </w:t>
            </w:r>
            <w:proofErr w:type="spellStart"/>
            <w:r w:rsidRPr="00DB01D7">
              <w:rPr>
                <w:lang w:val="ru-RU"/>
              </w:rPr>
              <w:t>материалдар</w:t>
            </w:r>
            <w:proofErr w:type="spellEnd"/>
            <w:r w:rsidRPr="00DB01D7">
              <w:rPr>
                <w:lang w:val="ru-RU"/>
              </w:rPr>
              <w:t xml:space="preserve"> </w:t>
            </w:r>
            <w:proofErr w:type="spellStart"/>
            <w:r w:rsidRPr="00DB01D7">
              <w:rPr>
                <w:lang w:val="ru-RU"/>
              </w:rPr>
              <w:t>презентацияға</w:t>
            </w:r>
            <w:proofErr w:type="spellEnd"/>
            <w:r w:rsidRPr="00DB01D7">
              <w:rPr>
                <w:lang w:val="ru-RU"/>
              </w:rPr>
              <w:t xml:space="preserve"> </w:t>
            </w:r>
            <w:proofErr w:type="spellStart"/>
            <w:r w:rsidRPr="00DB01D7">
              <w:rPr>
                <w:lang w:val="ru-RU"/>
              </w:rPr>
              <w:t>толық</w:t>
            </w:r>
            <w:proofErr w:type="spellEnd"/>
            <w:r w:rsidRPr="00DB01D7">
              <w:rPr>
                <w:lang w:val="ru-RU"/>
              </w:rPr>
              <w:t xml:space="preserve"> </w:t>
            </w:r>
            <w:proofErr w:type="spellStart"/>
            <w:r w:rsidRPr="00DB01D7">
              <w:rPr>
                <w:lang w:val="ru-RU"/>
              </w:rPr>
              <w:t>дайын</w:t>
            </w:r>
            <w:proofErr w:type="spellEnd"/>
            <w:r w:rsidRPr="00DB01D7">
              <w:rPr>
                <w:lang w:val="ru-RU"/>
              </w:rPr>
              <w:t>.</w:t>
            </w:r>
          </w:p>
        </w:tc>
      </w:tr>
    </w:tbl>
    <w:p w14:paraId="65A01D23" w14:textId="77777777" w:rsidR="00D53DD4" w:rsidRPr="007D2A96" w:rsidRDefault="00D53DD4" w:rsidP="00D53DD4">
      <w:pPr>
        <w:pStyle w:val="31"/>
        <w:rPr>
          <w:lang w:val="ru-RU"/>
        </w:rPr>
      </w:pPr>
      <w:r w:rsidRPr="007D2A96">
        <w:rPr>
          <w:rFonts w:eastAsia="Times New Roman"/>
          <w:lang w:val="ru-RU"/>
        </w:rPr>
        <w:t xml:space="preserve">11 </w:t>
      </w:r>
      <w:r>
        <w:rPr>
          <w:rFonts w:eastAsia="Times New Roman"/>
          <w:lang w:val="kk-KZ"/>
        </w:rPr>
        <w:t>күн</w:t>
      </w:r>
      <w:r w:rsidRPr="007D2A96">
        <w:rPr>
          <w:rFonts w:eastAsia="Times New Roman"/>
          <w:lang w:val="ru-RU"/>
        </w:rPr>
        <w:t>. «</w:t>
      </w:r>
      <w:proofErr w:type="spellStart"/>
      <w:r w:rsidRPr="007D2A96">
        <w:rPr>
          <w:rFonts w:eastAsia="Times New Roman"/>
          <w:lang w:val="ru-RU"/>
        </w:rPr>
        <w:t>Туристік</w:t>
      </w:r>
      <w:proofErr w:type="spellEnd"/>
      <w:r w:rsidRPr="007D2A96">
        <w:rPr>
          <w:rFonts w:eastAsia="Times New Roman"/>
          <w:lang w:val="ru-RU"/>
        </w:rPr>
        <w:t xml:space="preserve"> фестиваль» - </w:t>
      </w:r>
      <w:proofErr w:type="spellStart"/>
      <w:r>
        <w:rPr>
          <w:rFonts w:eastAsia="Times New Roman"/>
          <w:lang w:val="ru-RU"/>
        </w:rPr>
        <w:t>жетістік</w:t>
      </w:r>
      <w:proofErr w:type="spellEnd"/>
      <w:r>
        <w:rPr>
          <w:rFonts w:eastAsia="Times New Roman"/>
          <w:lang w:val="ru-RU"/>
        </w:rPr>
        <w:t xml:space="preserve"> </w:t>
      </w:r>
      <w:proofErr w:type="spellStart"/>
      <w:r w:rsidRPr="007D2A96">
        <w:rPr>
          <w:rFonts w:eastAsia="Times New Roman"/>
          <w:lang w:val="ru-RU"/>
        </w:rPr>
        <w:t>фестивал</w:t>
      </w:r>
      <w:r>
        <w:rPr>
          <w:rFonts w:eastAsia="Times New Roman"/>
          <w:lang w:val="ru-RU"/>
        </w:rPr>
        <w:t>і</w:t>
      </w:r>
      <w:proofErr w:type="spellEnd"/>
    </w:p>
    <w:tbl>
      <w:tblPr>
        <w:tblStyle w:val="aff0"/>
        <w:tblW w:w="9923" w:type="dxa"/>
        <w:jc w:val="center"/>
        <w:tblLook w:val="04A0" w:firstRow="1" w:lastRow="0" w:firstColumn="1" w:lastColumn="0" w:noHBand="0" w:noVBand="1"/>
      </w:tblPr>
      <w:tblGrid>
        <w:gridCol w:w="3402"/>
        <w:gridCol w:w="6521"/>
      </w:tblGrid>
      <w:tr w:rsidR="00D53DD4" w14:paraId="29C2D739" w14:textId="77777777" w:rsidTr="00E56216">
        <w:trPr>
          <w:tblHeader/>
          <w:jc w:val="center"/>
        </w:trPr>
        <w:tc>
          <w:tcPr>
            <w:tcW w:w="3402" w:type="dxa"/>
            <w:shd w:val="clear" w:color="auto" w:fill="D9EAD3"/>
          </w:tcPr>
          <w:p w14:paraId="4A8AB795" w14:textId="77777777" w:rsidR="00D53DD4" w:rsidRDefault="00D53DD4" w:rsidP="00E56216">
            <w:pPr>
              <w:ind w:firstLine="0"/>
              <w:jc w:val="center"/>
            </w:pPr>
            <w:r>
              <w:rPr>
                <w:b/>
                <w:szCs w:val="28"/>
                <w:lang w:val="kk-KZ"/>
              </w:rPr>
              <w:t>Күннің құрамдас бөлігі</w:t>
            </w:r>
          </w:p>
        </w:tc>
        <w:tc>
          <w:tcPr>
            <w:tcW w:w="6521" w:type="dxa"/>
            <w:shd w:val="clear" w:color="auto" w:fill="D9EAD3"/>
          </w:tcPr>
          <w:p w14:paraId="46B1B03C" w14:textId="77777777" w:rsidR="00D53DD4" w:rsidRDefault="00D53DD4" w:rsidP="00E56216">
            <w:pPr>
              <w:ind w:firstLine="0"/>
              <w:jc w:val="center"/>
            </w:pPr>
            <w:r w:rsidRPr="003F7BF7">
              <w:rPr>
                <w:b/>
                <w:szCs w:val="28"/>
                <w:lang w:val="kk-KZ"/>
              </w:rPr>
              <w:t>Мазмұны</w:t>
            </w:r>
          </w:p>
        </w:tc>
      </w:tr>
      <w:tr w:rsidR="00D53DD4" w:rsidRPr="00655EAC" w14:paraId="073ADC87" w14:textId="77777777" w:rsidTr="00E56216">
        <w:trPr>
          <w:jc w:val="center"/>
        </w:trPr>
        <w:tc>
          <w:tcPr>
            <w:tcW w:w="3402" w:type="dxa"/>
          </w:tcPr>
          <w:p w14:paraId="32C76EFD" w14:textId="77777777" w:rsidR="00D53DD4" w:rsidRPr="003C130C" w:rsidRDefault="00D53DD4" w:rsidP="00E56216">
            <w:pPr>
              <w:ind w:firstLine="0"/>
            </w:pPr>
            <w:proofErr w:type="spellStart"/>
            <w:r>
              <w:lastRenderedPageBreak/>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521" w:type="dxa"/>
          </w:tcPr>
          <w:p w14:paraId="27F9AC1D" w14:textId="77777777" w:rsidR="00D53DD4" w:rsidRPr="00DB01D7" w:rsidRDefault="00D53DD4" w:rsidP="00E56216">
            <w:pPr>
              <w:spacing w:before="100" w:beforeAutospacing="1" w:after="100" w:afterAutospacing="1"/>
              <w:ind w:firstLine="0"/>
              <w:jc w:val="both"/>
              <w:rPr>
                <w:rFonts w:cs="Times New Roman"/>
                <w:szCs w:val="28"/>
              </w:rPr>
            </w:pPr>
            <w:r w:rsidRPr="00DB01D7">
              <w:rPr>
                <w:rFonts w:cs="Times New Roman"/>
                <w:szCs w:val="28"/>
              </w:rPr>
              <w:t>«</w:t>
            </w:r>
            <w:proofErr w:type="spellStart"/>
            <w:r w:rsidRPr="00DB01D7">
              <w:rPr>
                <w:rFonts w:cs="Times New Roman"/>
                <w:szCs w:val="28"/>
              </w:rPr>
              <w:t>Маршруттар</w:t>
            </w:r>
            <w:proofErr w:type="spellEnd"/>
            <w:r w:rsidRPr="00DB01D7">
              <w:rPr>
                <w:rFonts w:cs="Times New Roman"/>
                <w:szCs w:val="28"/>
              </w:rPr>
              <w:t xml:space="preserve"> </w:t>
            </w:r>
            <w:proofErr w:type="spellStart"/>
            <w:r w:rsidRPr="00DB01D7">
              <w:rPr>
                <w:rFonts w:cs="Times New Roman"/>
                <w:szCs w:val="28"/>
              </w:rPr>
              <w:t>көрмесі</w:t>
            </w:r>
            <w:proofErr w:type="spellEnd"/>
            <w:r w:rsidRPr="00DB01D7">
              <w:rPr>
                <w:rFonts w:cs="Times New Roman"/>
                <w:szCs w:val="28"/>
              </w:rPr>
              <w:t xml:space="preserve">»: </w:t>
            </w:r>
            <w:proofErr w:type="spellStart"/>
            <w:r w:rsidRPr="00DB01D7">
              <w:rPr>
                <w:rFonts w:cs="Times New Roman"/>
                <w:szCs w:val="28"/>
              </w:rPr>
              <w:t>басқа</w:t>
            </w:r>
            <w:proofErr w:type="spellEnd"/>
            <w:r w:rsidRPr="00DB01D7">
              <w:rPr>
                <w:rFonts w:cs="Times New Roman"/>
                <w:szCs w:val="28"/>
              </w:rPr>
              <w:t xml:space="preserve"> </w:t>
            </w:r>
            <w:proofErr w:type="spellStart"/>
            <w:r w:rsidRPr="00DB01D7">
              <w:rPr>
                <w:rFonts w:cs="Times New Roman"/>
                <w:szCs w:val="28"/>
              </w:rPr>
              <w:t>командалардың</w:t>
            </w:r>
            <w:proofErr w:type="spellEnd"/>
            <w:r w:rsidRPr="00DB01D7">
              <w:rPr>
                <w:rFonts w:cs="Times New Roman"/>
                <w:szCs w:val="28"/>
              </w:rPr>
              <w:t xml:space="preserve"> </w:t>
            </w:r>
            <w:proofErr w:type="spellStart"/>
            <w:r w:rsidRPr="00DB01D7">
              <w:rPr>
                <w:rFonts w:cs="Times New Roman"/>
                <w:szCs w:val="28"/>
              </w:rPr>
              <w:t>жобаларымен</w:t>
            </w:r>
            <w:proofErr w:type="spellEnd"/>
            <w:r w:rsidRPr="00DB01D7">
              <w:rPr>
                <w:rFonts w:cs="Times New Roman"/>
                <w:szCs w:val="28"/>
              </w:rPr>
              <w:t xml:space="preserve"> </w:t>
            </w:r>
            <w:proofErr w:type="spellStart"/>
            <w:r w:rsidRPr="00DB01D7">
              <w:rPr>
                <w:rFonts w:cs="Times New Roman"/>
                <w:szCs w:val="28"/>
              </w:rPr>
              <w:t>танысу</w:t>
            </w:r>
            <w:proofErr w:type="spellEnd"/>
            <w:r w:rsidRPr="00DB01D7">
              <w:rPr>
                <w:rFonts w:cs="Times New Roman"/>
                <w:szCs w:val="28"/>
              </w:rPr>
              <w:t>.</w:t>
            </w:r>
          </w:p>
          <w:p w14:paraId="304CA3F6" w14:textId="77777777" w:rsidR="00D53DD4" w:rsidRPr="00DB01D7" w:rsidRDefault="00D53DD4" w:rsidP="00E56216">
            <w:pPr>
              <w:spacing w:before="100" w:beforeAutospacing="1" w:after="100" w:afterAutospacing="1"/>
              <w:ind w:firstLine="0"/>
              <w:jc w:val="both"/>
              <w:rPr>
                <w:rFonts w:cs="Times New Roman"/>
                <w:szCs w:val="28"/>
                <w:lang w:val="ru-RU"/>
              </w:rPr>
            </w:pPr>
            <w:proofErr w:type="spellStart"/>
            <w:r w:rsidRPr="00DB01D7">
              <w:rPr>
                <w:rFonts w:cs="Times New Roman"/>
                <w:szCs w:val="28"/>
                <w:lang w:val="ru-RU"/>
              </w:rPr>
              <w:t>Интеллектуалды-спорттық</w:t>
            </w:r>
            <w:proofErr w:type="spellEnd"/>
            <w:r w:rsidRPr="00DB01D7">
              <w:rPr>
                <w:rFonts w:cs="Times New Roman"/>
                <w:szCs w:val="28"/>
                <w:lang w:val="ru-RU"/>
              </w:rPr>
              <w:t xml:space="preserve"> викторина</w:t>
            </w:r>
            <w:r w:rsidRPr="00DB01D7">
              <w:rPr>
                <w:rFonts w:cs="Times New Roman"/>
                <w:szCs w:val="28"/>
                <w:lang w:val="ru-RU"/>
              </w:rPr>
              <w:br/>
            </w:r>
            <w:proofErr w:type="spellStart"/>
            <w:r w:rsidRPr="00DB01D7">
              <w:rPr>
                <w:rFonts w:cs="Times New Roman"/>
                <w:szCs w:val="28"/>
                <w:lang w:val="ru-RU"/>
              </w:rPr>
              <w:t>Ауысым</w:t>
            </w:r>
            <w:proofErr w:type="spellEnd"/>
            <w:r w:rsidRPr="00DB01D7">
              <w:rPr>
                <w:rFonts w:cs="Times New Roman"/>
                <w:szCs w:val="28"/>
                <w:lang w:val="ru-RU"/>
              </w:rPr>
              <w:t xml:space="preserve"> </w:t>
            </w:r>
            <w:proofErr w:type="spellStart"/>
            <w:r w:rsidRPr="00DB01D7">
              <w:rPr>
                <w:rFonts w:cs="Times New Roman"/>
                <w:szCs w:val="28"/>
                <w:lang w:val="ru-RU"/>
              </w:rPr>
              <w:t>тақырыбы</w:t>
            </w:r>
            <w:proofErr w:type="spellEnd"/>
            <w:r w:rsidRPr="00DB01D7">
              <w:rPr>
                <w:rFonts w:cs="Times New Roman"/>
                <w:szCs w:val="28"/>
                <w:lang w:val="ru-RU"/>
              </w:rPr>
              <w:t xml:space="preserve"> </w:t>
            </w:r>
            <w:proofErr w:type="spellStart"/>
            <w:r w:rsidRPr="00DB01D7">
              <w:rPr>
                <w:rFonts w:cs="Times New Roman"/>
                <w:szCs w:val="28"/>
                <w:lang w:val="ru-RU"/>
              </w:rPr>
              <w:t>бойынша</w:t>
            </w:r>
            <w:proofErr w:type="spellEnd"/>
            <w:r w:rsidRPr="00DB01D7">
              <w:rPr>
                <w:rFonts w:cs="Times New Roman"/>
                <w:szCs w:val="28"/>
                <w:lang w:val="ru-RU"/>
              </w:rPr>
              <w:t xml:space="preserve"> викторина.</w:t>
            </w:r>
          </w:p>
        </w:tc>
      </w:tr>
      <w:tr w:rsidR="00D53DD4" w:rsidRPr="00655EAC" w14:paraId="4BC25ADB" w14:textId="77777777" w:rsidTr="00E56216">
        <w:trPr>
          <w:jc w:val="center"/>
        </w:trPr>
        <w:tc>
          <w:tcPr>
            <w:tcW w:w="3402" w:type="dxa"/>
          </w:tcPr>
          <w:p w14:paraId="782AD772" w14:textId="2A487D35" w:rsidR="00D53DD4" w:rsidRPr="00A81E3F" w:rsidRDefault="00DD6E9B" w:rsidP="00E56216">
            <w:pPr>
              <w:ind w:firstLine="0"/>
              <w:rPr>
                <w:lang w:val="ru-RU"/>
              </w:rPr>
            </w:pPr>
            <w:r>
              <w:rPr>
                <w:lang w:val="kk-KZ"/>
              </w:rPr>
              <w:t>Тәжірибелі</w:t>
            </w:r>
            <w:r>
              <w:t xml:space="preserve"> </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521" w:type="dxa"/>
          </w:tcPr>
          <w:p w14:paraId="1E98174B" w14:textId="77777777" w:rsidR="00D53DD4" w:rsidRPr="00DB01D7" w:rsidRDefault="00D53DD4" w:rsidP="00E56216">
            <w:pPr>
              <w:ind w:firstLine="0"/>
              <w:jc w:val="both"/>
              <w:rPr>
                <w:szCs w:val="28"/>
                <w:lang w:val="ru-RU"/>
              </w:rPr>
            </w:pPr>
            <w:proofErr w:type="spellStart"/>
            <w:r w:rsidRPr="00DB01D7">
              <w:rPr>
                <w:szCs w:val="28"/>
                <w:lang w:val="ru-RU"/>
              </w:rPr>
              <w:t>Командалық</w:t>
            </w:r>
            <w:proofErr w:type="spellEnd"/>
            <w:r w:rsidRPr="00DB01D7">
              <w:rPr>
                <w:szCs w:val="28"/>
                <w:lang w:val="ru-RU"/>
              </w:rPr>
              <w:t xml:space="preserve"> </w:t>
            </w:r>
            <w:proofErr w:type="spellStart"/>
            <w:r w:rsidRPr="00DB01D7">
              <w:rPr>
                <w:szCs w:val="28"/>
                <w:lang w:val="ru-RU"/>
              </w:rPr>
              <w:t>спорттық-туристік</w:t>
            </w:r>
            <w:proofErr w:type="spellEnd"/>
            <w:r w:rsidRPr="00DB01D7">
              <w:rPr>
                <w:szCs w:val="28"/>
                <w:lang w:val="ru-RU"/>
              </w:rPr>
              <w:t xml:space="preserve"> </w:t>
            </w:r>
            <w:proofErr w:type="spellStart"/>
            <w:r w:rsidRPr="00DB01D7">
              <w:rPr>
                <w:szCs w:val="28"/>
                <w:lang w:val="ru-RU"/>
              </w:rPr>
              <w:t>жобаларды</w:t>
            </w:r>
            <w:proofErr w:type="spellEnd"/>
            <w:r w:rsidRPr="00DB01D7">
              <w:rPr>
                <w:szCs w:val="28"/>
                <w:lang w:val="ru-RU"/>
              </w:rPr>
              <w:t xml:space="preserve"> </w:t>
            </w:r>
            <w:proofErr w:type="spellStart"/>
            <w:r w:rsidRPr="00DB01D7">
              <w:rPr>
                <w:szCs w:val="28"/>
                <w:lang w:val="ru-RU"/>
              </w:rPr>
              <w:t>қорғау</w:t>
            </w:r>
            <w:proofErr w:type="spellEnd"/>
            <w:r w:rsidRPr="00DB01D7">
              <w:rPr>
                <w:szCs w:val="28"/>
                <w:lang w:val="ru-RU"/>
              </w:rPr>
              <w:t>.</w:t>
            </w:r>
            <w:r w:rsidRPr="00DB01D7">
              <w:rPr>
                <w:szCs w:val="28"/>
                <w:lang w:val="ru-RU"/>
              </w:rPr>
              <w:br/>
            </w:r>
            <w:proofErr w:type="spellStart"/>
            <w:r w:rsidRPr="00DB01D7">
              <w:rPr>
                <w:szCs w:val="28"/>
                <w:lang w:val="ru-RU"/>
              </w:rPr>
              <w:t>Туристік</w:t>
            </w:r>
            <w:proofErr w:type="spellEnd"/>
            <w:r w:rsidRPr="00DB01D7">
              <w:rPr>
                <w:szCs w:val="28"/>
                <w:lang w:val="ru-RU"/>
              </w:rPr>
              <w:t xml:space="preserve"> </w:t>
            </w:r>
            <w:proofErr w:type="spellStart"/>
            <w:r w:rsidRPr="00DB01D7">
              <w:rPr>
                <w:szCs w:val="28"/>
                <w:lang w:val="ru-RU"/>
              </w:rPr>
              <w:t>станциялардан</w:t>
            </w:r>
            <w:proofErr w:type="spellEnd"/>
            <w:r w:rsidRPr="00DB01D7">
              <w:rPr>
                <w:szCs w:val="28"/>
                <w:lang w:val="ru-RU"/>
              </w:rPr>
              <w:t xml:space="preserve"> </w:t>
            </w:r>
            <w:proofErr w:type="spellStart"/>
            <w:r w:rsidRPr="00DB01D7">
              <w:rPr>
                <w:szCs w:val="28"/>
                <w:lang w:val="ru-RU"/>
              </w:rPr>
              <w:t>өту</w:t>
            </w:r>
            <w:proofErr w:type="spellEnd"/>
            <w:r w:rsidRPr="00DB01D7">
              <w:rPr>
                <w:szCs w:val="28"/>
                <w:lang w:val="ru-RU"/>
              </w:rPr>
              <w:t xml:space="preserve"> </w:t>
            </w:r>
            <w:proofErr w:type="spellStart"/>
            <w:r w:rsidRPr="00DB01D7">
              <w:rPr>
                <w:szCs w:val="28"/>
                <w:lang w:val="ru-RU"/>
              </w:rPr>
              <w:t>немесе</w:t>
            </w:r>
            <w:proofErr w:type="spellEnd"/>
            <w:r w:rsidRPr="00DB01D7">
              <w:rPr>
                <w:szCs w:val="28"/>
                <w:lang w:val="ru-RU"/>
              </w:rPr>
              <w:t xml:space="preserve"> </w:t>
            </w:r>
            <w:proofErr w:type="spellStart"/>
            <w:r w:rsidRPr="00DB01D7">
              <w:rPr>
                <w:szCs w:val="28"/>
                <w:lang w:val="ru-RU"/>
              </w:rPr>
              <w:t>дағдыларды</w:t>
            </w:r>
            <w:proofErr w:type="spellEnd"/>
            <w:r w:rsidRPr="00DB01D7">
              <w:rPr>
                <w:szCs w:val="28"/>
                <w:lang w:val="ru-RU"/>
              </w:rPr>
              <w:t xml:space="preserve"> </w:t>
            </w:r>
            <w:proofErr w:type="spellStart"/>
            <w:r w:rsidRPr="00DB01D7">
              <w:rPr>
                <w:szCs w:val="28"/>
                <w:lang w:val="ru-RU"/>
              </w:rPr>
              <w:t>көрсету</w:t>
            </w:r>
            <w:proofErr w:type="spellEnd"/>
            <w:r w:rsidRPr="00DB01D7">
              <w:rPr>
                <w:szCs w:val="28"/>
                <w:lang w:val="ru-RU"/>
              </w:rPr>
              <w:t>.</w:t>
            </w:r>
          </w:p>
        </w:tc>
      </w:tr>
      <w:tr w:rsidR="00D53DD4" w:rsidRPr="00655EAC" w14:paraId="0CF86025" w14:textId="77777777" w:rsidTr="00E56216">
        <w:trPr>
          <w:jc w:val="center"/>
        </w:trPr>
        <w:tc>
          <w:tcPr>
            <w:tcW w:w="3402" w:type="dxa"/>
          </w:tcPr>
          <w:p w14:paraId="7A246FC0" w14:textId="77777777" w:rsidR="00D53DD4" w:rsidRPr="00865B21" w:rsidRDefault="00D53DD4" w:rsidP="00E56216">
            <w:pPr>
              <w:ind w:firstLine="0"/>
              <w:rPr>
                <w:lang w:val="ru-RU"/>
              </w:rPr>
            </w:pPr>
            <w:proofErr w:type="spellStart"/>
            <w:r w:rsidRPr="007D2A96">
              <w:rPr>
                <w:lang w:val="ru-RU"/>
              </w:rPr>
              <w:t>Тәрбиелік</w:t>
            </w:r>
            <w:proofErr w:type="spellEnd"/>
            <w:r w:rsidRPr="00865B21">
              <w:rPr>
                <w:lang w:val="ru-RU"/>
              </w:rPr>
              <w:t xml:space="preserve"> </w:t>
            </w:r>
            <w:proofErr w:type="spellStart"/>
            <w:r w:rsidRPr="007D2A96">
              <w:rPr>
                <w:lang w:val="ru-RU"/>
              </w:rPr>
              <w:t>іс</w:t>
            </w:r>
            <w:r w:rsidRPr="00865B21">
              <w:rPr>
                <w:lang w:val="ru-RU"/>
              </w:rPr>
              <w:t>-</w:t>
            </w:r>
            <w:r w:rsidRPr="007D2A96">
              <w:rPr>
                <w:lang w:val="ru-RU"/>
              </w:rPr>
              <w:t>шаралар</w:t>
            </w:r>
            <w:proofErr w:type="spellEnd"/>
            <w:r w:rsidRPr="00865B21">
              <w:rPr>
                <w:lang w:val="ru-RU"/>
              </w:rPr>
              <w:t xml:space="preserve"> </w:t>
            </w:r>
            <w:proofErr w:type="spellStart"/>
            <w:r w:rsidRPr="007D2A96">
              <w:rPr>
                <w:lang w:val="ru-RU"/>
              </w:rPr>
              <w:t>және</w:t>
            </w:r>
            <w:proofErr w:type="spellEnd"/>
            <w:r w:rsidRPr="00865B21">
              <w:rPr>
                <w:lang w:val="ru-RU"/>
              </w:rPr>
              <w:t xml:space="preserve"> </w:t>
            </w:r>
            <w:proofErr w:type="spellStart"/>
            <w:r w:rsidRPr="007D2A96">
              <w:rPr>
                <w:lang w:val="ru-RU"/>
              </w:rPr>
              <w:t>жобалар</w:t>
            </w:r>
            <w:proofErr w:type="spellEnd"/>
            <w:r w:rsidRPr="00865B21">
              <w:rPr>
                <w:lang w:val="ru-RU"/>
              </w:rPr>
              <w:t xml:space="preserve"> (</w:t>
            </w:r>
            <w:proofErr w:type="spellStart"/>
            <w:r w:rsidRPr="007D2A96">
              <w:rPr>
                <w:lang w:val="ru-RU"/>
              </w:rPr>
              <w:t>кемінде</w:t>
            </w:r>
            <w:proofErr w:type="spellEnd"/>
            <w:r w:rsidRPr="00865B21">
              <w:rPr>
                <w:lang w:val="ru-RU"/>
              </w:rPr>
              <w:t xml:space="preserve"> 2)</w:t>
            </w:r>
          </w:p>
        </w:tc>
        <w:tc>
          <w:tcPr>
            <w:tcW w:w="6521" w:type="dxa"/>
          </w:tcPr>
          <w:p w14:paraId="62E0240A" w14:textId="77777777" w:rsidR="00D53DD4" w:rsidRPr="00865B21" w:rsidRDefault="00D53DD4" w:rsidP="00E56216">
            <w:pPr>
              <w:ind w:firstLine="0"/>
              <w:jc w:val="both"/>
              <w:rPr>
                <w:szCs w:val="28"/>
                <w:lang w:val="ru-RU"/>
              </w:rPr>
            </w:pPr>
            <w:r w:rsidRPr="00865B21">
              <w:rPr>
                <w:szCs w:val="28"/>
                <w:lang w:val="ru-RU"/>
              </w:rPr>
              <w:t>«</w:t>
            </w:r>
            <w:proofErr w:type="spellStart"/>
            <w:r w:rsidRPr="00DB01D7">
              <w:rPr>
                <w:szCs w:val="28"/>
                <w:lang w:val="ru-RU"/>
              </w:rPr>
              <w:t>Адал</w:t>
            </w:r>
            <w:proofErr w:type="spellEnd"/>
            <w:r w:rsidRPr="00865B21">
              <w:rPr>
                <w:szCs w:val="28"/>
                <w:lang w:val="ru-RU"/>
              </w:rPr>
              <w:t xml:space="preserve"> </w:t>
            </w:r>
            <w:proofErr w:type="spellStart"/>
            <w:r w:rsidRPr="00DB01D7">
              <w:rPr>
                <w:szCs w:val="28"/>
                <w:lang w:val="ru-RU"/>
              </w:rPr>
              <w:t>азамат</w:t>
            </w:r>
            <w:proofErr w:type="spellEnd"/>
            <w:r w:rsidRPr="00865B21">
              <w:rPr>
                <w:szCs w:val="28"/>
                <w:lang w:val="ru-RU"/>
              </w:rPr>
              <w:t xml:space="preserve">: </w:t>
            </w:r>
            <w:proofErr w:type="spellStart"/>
            <w:r w:rsidRPr="00DB01D7">
              <w:rPr>
                <w:szCs w:val="28"/>
                <w:lang w:val="ru-RU"/>
              </w:rPr>
              <w:t>жауапкершілік</w:t>
            </w:r>
            <w:proofErr w:type="spellEnd"/>
            <w:r w:rsidRPr="00865B21">
              <w:rPr>
                <w:szCs w:val="28"/>
                <w:lang w:val="ru-RU"/>
              </w:rPr>
              <w:t xml:space="preserve">, </w:t>
            </w:r>
            <w:proofErr w:type="spellStart"/>
            <w:r w:rsidRPr="00DB01D7">
              <w:rPr>
                <w:szCs w:val="28"/>
                <w:lang w:val="ru-RU"/>
              </w:rPr>
              <w:t>өзара</w:t>
            </w:r>
            <w:proofErr w:type="spellEnd"/>
            <w:r w:rsidRPr="00865B21">
              <w:rPr>
                <w:szCs w:val="28"/>
                <w:lang w:val="ru-RU"/>
              </w:rPr>
              <w:t xml:space="preserve"> </w:t>
            </w:r>
            <w:proofErr w:type="spellStart"/>
            <w:r w:rsidRPr="00DB01D7">
              <w:rPr>
                <w:szCs w:val="28"/>
                <w:lang w:val="ru-RU"/>
              </w:rPr>
              <w:t>көмек</w:t>
            </w:r>
            <w:proofErr w:type="spellEnd"/>
            <w:r w:rsidRPr="00865B21">
              <w:rPr>
                <w:szCs w:val="28"/>
                <w:lang w:val="ru-RU"/>
              </w:rPr>
              <w:t xml:space="preserve">, </w:t>
            </w:r>
            <w:proofErr w:type="spellStart"/>
            <w:r w:rsidRPr="00DB01D7">
              <w:rPr>
                <w:szCs w:val="28"/>
                <w:lang w:val="ru-RU"/>
              </w:rPr>
              <w:t>қауіпсіздік</w:t>
            </w:r>
            <w:proofErr w:type="spellEnd"/>
            <w:r w:rsidRPr="00865B21">
              <w:rPr>
                <w:szCs w:val="28"/>
                <w:lang w:val="ru-RU"/>
              </w:rPr>
              <w:t xml:space="preserve">» </w:t>
            </w:r>
            <w:proofErr w:type="spellStart"/>
            <w:r w:rsidRPr="00DB01D7">
              <w:rPr>
                <w:szCs w:val="28"/>
                <w:lang w:val="ru-RU"/>
              </w:rPr>
              <w:t>қорытынды</w:t>
            </w:r>
            <w:proofErr w:type="spellEnd"/>
            <w:r w:rsidRPr="00865B21">
              <w:rPr>
                <w:szCs w:val="28"/>
                <w:lang w:val="ru-RU"/>
              </w:rPr>
              <w:t xml:space="preserve"> </w:t>
            </w:r>
            <w:proofErr w:type="spellStart"/>
            <w:r w:rsidRPr="00DB01D7">
              <w:rPr>
                <w:szCs w:val="28"/>
                <w:lang w:val="ru-RU"/>
              </w:rPr>
              <w:t>іс</w:t>
            </w:r>
            <w:r w:rsidRPr="00865B21">
              <w:rPr>
                <w:szCs w:val="28"/>
                <w:lang w:val="ru-RU"/>
              </w:rPr>
              <w:t>-</w:t>
            </w:r>
            <w:r w:rsidRPr="00DB01D7">
              <w:rPr>
                <w:szCs w:val="28"/>
                <w:lang w:val="ru-RU"/>
              </w:rPr>
              <w:t>шарасы</w:t>
            </w:r>
            <w:proofErr w:type="spellEnd"/>
            <w:r w:rsidRPr="00865B21">
              <w:rPr>
                <w:szCs w:val="28"/>
                <w:lang w:val="ru-RU"/>
              </w:rPr>
              <w:t>.</w:t>
            </w:r>
          </w:p>
          <w:p w14:paraId="4BD3873F" w14:textId="77777777" w:rsidR="00D53DD4" w:rsidRPr="00865B21" w:rsidRDefault="00D53DD4" w:rsidP="00E56216">
            <w:pPr>
              <w:ind w:firstLine="0"/>
              <w:jc w:val="both"/>
              <w:rPr>
                <w:szCs w:val="28"/>
                <w:lang w:val="ru-RU"/>
              </w:rPr>
            </w:pPr>
            <w:proofErr w:type="spellStart"/>
            <w:r w:rsidRPr="00DB01D7">
              <w:rPr>
                <w:szCs w:val="28"/>
                <w:lang w:val="ru-RU"/>
              </w:rPr>
              <w:t>Қатысушылардың</w:t>
            </w:r>
            <w:proofErr w:type="spellEnd"/>
            <w:r w:rsidRPr="00865B21">
              <w:rPr>
                <w:szCs w:val="28"/>
                <w:lang w:val="ru-RU"/>
              </w:rPr>
              <w:t xml:space="preserve"> </w:t>
            </w:r>
            <w:proofErr w:type="spellStart"/>
            <w:r w:rsidRPr="00DB01D7">
              <w:rPr>
                <w:szCs w:val="28"/>
                <w:lang w:val="ru-RU"/>
              </w:rPr>
              <w:t>жетістіктерін</w:t>
            </w:r>
            <w:proofErr w:type="spellEnd"/>
            <w:r w:rsidRPr="00865B21">
              <w:rPr>
                <w:szCs w:val="28"/>
                <w:lang w:val="ru-RU"/>
              </w:rPr>
              <w:t xml:space="preserve"> </w:t>
            </w:r>
            <w:proofErr w:type="spellStart"/>
            <w:r w:rsidRPr="00DB01D7">
              <w:rPr>
                <w:szCs w:val="28"/>
                <w:lang w:val="ru-RU"/>
              </w:rPr>
              <w:t>мойындау</w:t>
            </w:r>
            <w:proofErr w:type="spellEnd"/>
            <w:r w:rsidRPr="00865B21">
              <w:rPr>
                <w:szCs w:val="28"/>
                <w:lang w:val="ru-RU"/>
              </w:rPr>
              <w:t xml:space="preserve"> </w:t>
            </w:r>
            <w:proofErr w:type="spellStart"/>
            <w:r w:rsidRPr="00DB01D7">
              <w:rPr>
                <w:szCs w:val="28"/>
                <w:lang w:val="ru-RU"/>
              </w:rPr>
              <w:t>және</w:t>
            </w:r>
            <w:proofErr w:type="spellEnd"/>
            <w:r w:rsidRPr="00865B21">
              <w:rPr>
                <w:szCs w:val="28"/>
                <w:lang w:val="ru-RU"/>
              </w:rPr>
              <w:t xml:space="preserve"> </w:t>
            </w:r>
            <w:proofErr w:type="spellStart"/>
            <w:r w:rsidRPr="00DB01D7">
              <w:rPr>
                <w:szCs w:val="28"/>
                <w:lang w:val="ru-RU"/>
              </w:rPr>
              <w:t>алғыс</w:t>
            </w:r>
            <w:proofErr w:type="spellEnd"/>
            <w:r w:rsidRPr="00865B21">
              <w:rPr>
                <w:szCs w:val="28"/>
                <w:lang w:val="ru-RU"/>
              </w:rPr>
              <w:t xml:space="preserve"> </w:t>
            </w:r>
            <w:proofErr w:type="spellStart"/>
            <w:r w:rsidRPr="00DB01D7">
              <w:rPr>
                <w:szCs w:val="28"/>
                <w:lang w:val="ru-RU"/>
              </w:rPr>
              <w:t>білдіру</w:t>
            </w:r>
            <w:proofErr w:type="spellEnd"/>
            <w:r w:rsidRPr="00865B21">
              <w:rPr>
                <w:szCs w:val="28"/>
                <w:lang w:val="ru-RU"/>
              </w:rPr>
              <w:t xml:space="preserve"> </w:t>
            </w:r>
            <w:proofErr w:type="spellStart"/>
            <w:r w:rsidRPr="00DB01D7">
              <w:rPr>
                <w:szCs w:val="28"/>
                <w:lang w:val="ru-RU"/>
              </w:rPr>
              <w:t>салтанаты</w:t>
            </w:r>
            <w:proofErr w:type="spellEnd"/>
            <w:r w:rsidRPr="00865B21">
              <w:rPr>
                <w:szCs w:val="28"/>
                <w:lang w:val="ru-RU"/>
              </w:rPr>
              <w:t>.</w:t>
            </w:r>
          </w:p>
        </w:tc>
      </w:tr>
      <w:tr w:rsidR="00D53DD4" w:rsidRPr="00655EAC" w14:paraId="44BDC46B" w14:textId="77777777" w:rsidTr="00E56216">
        <w:trPr>
          <w:jc w:val="center"/>
        </w:trPr>
        <w:tc>
          <w:tcPr>
            <w:tcW w:w="3402" w:type="dxa"/>
          </w:tcPr>
          <w:p w14:paraId="2F8D2044" w14:textId="77777777" w:rsidR="00D53DD4" w:rsidRPr="00655EAC" w:rsidRDefault="00D53DD4" w:rsidP="00E56216">
            <w:pPr>
              <w:ind w:firstLine="0"/>
              <w:rPr>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521" w:type="dxa"/>
          </w:tcPr>
          <w:p w14:paraId="541BACB7" w14:textId="77777777" w:rsidR="00D53DD4" w:rsidRPr="00655EAC" w:rsidRDefault="00D53DD4" w:rsidP="00E56216">
            <w:pPr>
              <w:ind w:firstLine="0"/>
              <w:jc w:val="both"/>
              <w:rPr>
                <w:szCs w:val="28"/>
                <w:lang w:val="ru-RU"/>
              </w:rPr>
            </w:pPr>
            <w:proofErr w:type="spellStart"/>
            <w:r w:rsidRPr="00DB01D7">
              <w:rPr>
                <w:szCs w:val="28"/>
                <w:lang w:val="ru-RU"/>
              </w:rPr>
              <w:t>Таңертеңгі</w:t>
            </w:r>
            <w:proofErr w:type="spellEnd"/>
            <w:r w:rsidRPr="00655EAC">
              <w:rPr>
                <w:szCs w:val="28"/>
                <w:lang w:val="ru-RU"/>
              </w:rPr>
              <w:t xml:space="preserve"> </w:t>
            </w:r>
            <w:r w:rsidRPr="00DB01D7">
              <w:rPr>
                <w:szCs w:val="28"/>
                <w:lang w:val="ru-RU"/>
              </w:rPr>
              <w:t>жаттығу</w:t>
            </w:r>
            <w:r w:rsidRPr="00655EAC">
              <w:rPr>
                <w:szCs w:val="28"/>
                <w:lang w:val="ru-RU"/>
              </w:rPr>
              <w:t xml:space="preserve">, </w:t>
            </w:r>
            <w:proofErr w:type="spellStart"/>
            <w:r w:rsidRPr="00DB01D7">
              <w:rPr>
                <w:szCs w:val="28"/>
                <w:lang w:val="ru-RU"/>
              </w:rPr>
              <w:t>спорттық</w:t>
            </w:r>
            <w:r w:rsidRPr="00655EAC">
              <w:rPr>
                <w:szCs w:val="28"/>
                <w:lang w:val="ru-RU"/>
              </w:rPr>
              <w:t>-</w:t>
            </w:r>
            <w:r w:rsidRPr="00DB01D7">
              <w:rPr>
                <w:szCs w:val="28"/>
                <w:lang w:val="ru-RU"/>
              </w:rPr>
              <w:t>туристік</w:t>
            </w:r>
            <w:proofErr w:type="spellEnd"/>
            <w:r w:rsidRPr="00655EAC">
              <w:rPr>
                <w:szCs w:val="28"/>
                <w:lang w:val="ru-RU"/>
              </w:rPr>
              <w:t xml:space="preserve"> </w:t>
            </w:r>
            <w:r w:rsidRPr="00DB01D7">
              <w:rPr>
                <w:szCs w:val="28"/>
                <w:lang w:val="ru-RU"/>
              </w:rPr>
              <w:t>фестиваль</w:t>
            </w:r>
            <w:r w:rsidRPr="00655EAC">
              <w:rPr>
                <w:szCs w:val="28"/>
                <w:lang w:val="ru-RU"/>
              </w:rPr>
              <w:t xml:space="preserve">, </w:t>
            </w:r>
            <w:proofErr w:type="spellStart"/>
            <w:r w:rsidRPr="00DB01D7">
              <w:rPr>
                <w:szCs w:val="28"/>
                <w:lang w:val="ru-RU"/>
              </w:rPr>
              <w:t>қимылды</w:t>
            </w:r>
            <w:proofErr w:type="spellEnd"/>
            <w:r w:rsidRPr="00655EAC">
              <w:rPr>
                <w:szCs w:val="28"/>
                <w:lang w:val="ru-RU"/>
              </w:rPr>
              <w:t xml:space="preserve"> </w:t>
            </w:r>
            <w:proofErr w:type="spellStart"/>
            <w:r w:rsidRPr="00DB01D7">
              <w:rPr>
                <w:szCs w:val="28"/>
                <w:lang w:val="ru-RU"/>
              </w:rPr>
              <w:t>ойындар</w:t>
            </w:r>
            <w:proofErr w:type="spellEnd"/>
            <w:r w:rsidRPr="00655EAC">
              <w:rPr>
                <w:szCs w:val="28"/>
                <w:lang w:val="ru-RU"/>
              </w:rPr>
              <w:t>.</w:t>
            </w:r>
          </w:p>
        </w:tc>
      </w:tr>
      <w:tr w:rsidR="00D53DD4" w:rsidRPr="00655EAC" w14:paraId="4BA0DCE1" w14:textId="77777777" w:rsidTr="00E56216">
        <w:trPr>
          <w:jc w:val="center"/>
        </w:trPr>
        <w:tc>
          <w:tcPr>
            <w:tcW w:w="3402" w:type="dxa"/>
          </w:tcPr>
          <w:p w14:paraId="3F2511D7"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521" w:type="dxa"/>
          </w:tcPr>
          <w:p w14:paraId="0C2A3E33" w14:textId="77777777" w:rsidR="00D53DD4" w:rsidRPr="00DB01D7" w:rsidRDefault="00D53DD4" w:rsidP="00E56216">
            <w:pPr>
              <w:ind w:firstLine="0"/>
              <w:jc w:val="both"/>
              <w:rPr>
                <w:szCs w:val="28"/>
                <w:lang w:val="ru-RU"/>
              </w:rPr>
            </w:pPr>
            <w:proofErr w:type="spellStart"/>
            <w:r w:rsidRPr="00DB01D7">
              <w:rPr>
                <w:szCs w:val="28"/>
                <w:lang w:val="ru-RU"/>
              </w:rPr>
              <w:t>Жобалар</w:t>
            </w:r>
            <w:proofErr w:type="spellEnd"/>
            <w:r w:rsidRPr="00DB01D7">
              <w:rPr>
                <w:szCs w:val="28"/>
                <w:lang w:val="ru-RU"/>
              </w:rPr>
              <w:t xml:space="preserve"> </w:t>
            </w:r>
            <w:proofErr w:type="spellStart"/>
            <w:r w:rsidRPr="00DB01D7">
              <w:rPr>
                <w:szCs w:val="28"/>
                <w:lang w:val="ru-RU"/>
              </w:rPr>
              <w:t>презентациясы</w:t>
            </w:r>
            <w:proofErr w:type="spellEnd"/>
            <w:r w:rsidRPr="00DB01D7">
              <w:rPr>
                <w:szCs w:val="28"/>
                <w:lang w:val="ru-RU"/>
              </w:rPr>
              <w:t xml:space="preserve"> </w:t>
            </w:r>
            <w:proofErr w:type="spellStart"/>
            <w:r w:rsidRPr="00DB01D7">
              <w:rPr>
                <w:szCs w:val="28"/>
                <w:lang w:val="ru-RU"/>
              </w:rPr>
              <w:t>және</w:t>
            </w:r>
            <w:proofErr w:type="spellEnd"/>
            <w:r w:rsidRPr="00DB01D7">
              <w:rPr>
                <w:szCs w:val="28"/>
                <w:lang w:val="ru-RU"/>
              </w:rPr>
              <w:t xml:space="preserve"> </w:t>
            </w:r>
            <w:proofErr w:type="spellStart"/>
            <w:r w:rsidRPr="00DB01D7">
              <w:rPr>
                <w:szCs w:val="28"/>
                <w:lang w:val="ru-RU"/>
              </w:rPr>
              <w:t>туристік</w:t>
            </w:r>
            <w:proofErr w:type="spellEnd"/>
            <w:r w:rsidRPr="00DB01D7">
              <w:rPr>
                <w:szCs w:val="28"/>
                <w:lang w:val="ru-RU"/>
              </w:rPr>
              <w:t xml:space="preserve"> </w:t>
            </w:r>
            <w:proofErr w:type="spellStart"/>
            <w:r w:rsidRPr="00DB01D7">
              <w:rPr>
                <w:szCs w:val="28"/>
                <w:lang w:val="ru-RU"/>
              </w:rPr>
              <w:t>жетістіктер</w:t>
            </w:r>
            <w:proofErr w:type="spellEnd"/>
            <w:r w:rsidRPr="00DB01D7">
              <w:rPr>
                <w:szCs w:val="28"/>
                <w:lang w:val="ru-RU"/>
              </w:rPr>
              <w:t xml:space="preserve"> </w:t>
            </w:r>
            <w:proofErr w:type="spellStart"/>
            <w:r w:rsidRPr="00DB01D7">
              <w:rPr>
                <w:szCs w:val="28"/>
                <w:lang w:val="ru-RU"/>
              </w:rPr>
              <w:t>фестивалі</w:t>
            </w:r>
            <w:proofErr w:type="spellEnd"/>
            <w:r w:rsidRPr="00DB01D7">
              <w:rPr>
                <w:szCs w:val="28"/>
                <w:lang w:val="ru-RU"/>
              </w:rPr>
              <w:t xml:space="preserve"> </w:t>
            </w:r>
            <w:proofErr w:type="spellStart"/>
            <w:r w:rsidRPr="00DB01D7">
              <w:rPr>
                <w:szCs w:val="28"/>
                <w:lang w:val="ru-RU"/>
              </w:rPr>
              <w:t>өткізілді</w:t>
            </w:r>
            <w:proofErr w:type="spellEnd"/>
            <w:r w:rsidRPr="00DB01D7">
              <w:rPr>
                <w:szCs w:val="28"/>
                <w:lang w:val="ru-RU"/>
              </w:rPr>
              <w:t>.</w:t>
            </w:r>
          </w:p>
        </w:tc>
      </w:tr>
    </w:tbl>
    <w:p w14:paraId="75467FF9" w14:textId="77777777" w:rsidR="00D53DD4" w:rsidRPr="007D2A96" w:rsidRDefault="00D53DD4" w:rsidP="00D53DD4">
      <w:pPr>
        <w:pStyle w:val="31"/>
        <w:rPr>
          <w:lang w:val="ru-RU"/>
        </w:rPr>
      </w:pPr>
      <w:r w:rsidRPr="007D2A96">
        <w:rPr>
          <w:rFonts w:eastAsia="Times New Roman"/>
          <w:lang w:val="ru-RU"/>
        </w:rPr>
        <w:t xml:space="preserve">12 </w:t>
      </w:r>
      <w:r>
        <w:rPr>
          <w:rFonts w:eastAsia="Times New Roman"/>
          <w:lang w:val="kk-KZ"/>
        </w:rPr>
        <w:t>күн</w:t>
      </w:r>
      <w:r w:rsidRPr="007D2A96">
        <w:rPr>
          <w:rFonts w:eastAsia="Times New Roman"/>
          <w:lang w:val="ru-RU"/>
        </w:rPr>
        <w:t>.</w:t>
      </w:r>
      <w:r>
        <w:rPr>
          <w:rFonts w:eastAsia="Times New Roman"/>
          <w:lang w:val="ru-RU"/>
        </w:rPr>
        <w:t xml:space="preserve"> «</w:t>
      </w:r>
      <w:proofErr w:type="spellStart"/>
      <w:r>
        <w:rPr>
          <w:rFonts w:eastAsia="Times New Roman"/>
          <w:lang w:val="ru-RU"/>
        </w:rPr>
        <w:t>Қоштасу</w:t>
      </w:r>
      <w:proofErr w:type="spellEnd"/>
      <w:r>
        <w:rPr>
          <w:rFonts w:eastAsia="Times New Roman"/>
          <w:lang w:val="ru-RU"/>
        </w:rPr>
        <w:t xml:space="preserve"> </w:t>
      </w:r>
      <w:proofErr w:type="spellStart"/>
      <w:r>
        <w:rPr>
          <w:rFonts w:eastAsia="Times New Roman"/>
          <w:lang w:val="ru-RU"/>
        </w:rPr>
        <w:t>күні</w:t>
      </w:r>
      <w:proofErr w:type="spellEnd"/>
      <w:r>
        <w:rPr>
          <w:rFonts w:eastAsia="Times New Roman"/>
          <w:lang w:val="ru-RU"/>
        </w:rPr>
        <w:t xml:space="preserve">» - </w:t>
      </w:r>
      <w:proofErr w:type="spellStart"/>
      <w:r>
        <w:rPr>
          <w:rFonts w:eastAsia="Times New Roman"/>
          <w:lang w:val="ru-RU"/>
        </w:rPr>
        <w:t>ауысымның</w:t>
      </w:r>
      <w:proofErr w:type="spellEnd"/>
      <w:r>
        <w:rPr>
          <w:rFonts w:eastAsia="Times New Roman"/>
          <w:lang w:val="ru-RU"/>
        </w:rPr>
        <w:t xml:space="preserve"> </w:t>
      </w:r>
      <w:proofErr w:type="spellStart"/>
      <w:r>
        <w:rPr>
          <w:rFonts w:eastAsia="Times New Roman"/>
          <w:lang w:val="ru-RU"/>
        </w:rPr>
        <w:t>жабылуы</w:t>
      </w:r>
      <w:proofErr w:type="spellEnd"/>
    </w:p>
    <w:tbl>
      <w:tblPr>
        <w:tblStyle w:val="aff0"/>
        <w:tblW w:w="9923" w:type="dxa"/>
        <w:jc w:val="center"/>
        <w:tblLook w:val="04A0" w:firstRow="1" w:lastRow="0" w:firstColumn="1" w:lastColumn="0" w:noHBand="0" w:noVBand="1"/>
      </w:tblPr>
      <w:tblGrid>
        <w:gridCol w:w="3402"/>
        <w:gridCol w:w="6521"/>
      </w:tblGrid>
      <w:tr w:rsidR="00D53DD4" w14:paraId="0D3515B9" w14:textId="77777777" w:rsidTr="00E56216">
        <w:trPr>
          <w:tblHeader/>
          <w:jc w:val="center"/>
        </w:trPr>
        <w:tc>
          <w:tcPr>
            <w:tcW w:w="3402" w:type="dxa"/>
            <w:shd w:val="clear" w:color="auto" w:fill="D9EAD3"/>
          </w:tcPr>
          <w:p w14:paraId="2CA8644D" w14:textId="77777777" w:rsidR="00D53DD4" w:rsidRDefault="00D53DD4" w:rsidP="00E56216">
            <w:pPr>
              <w:ind w:firstLine="0"/>
              <w:jc w:val="center"/>
            </w:pPr>
            <w:r>
              <w:rPr>
                <w:b/>
                <w:szCs w:val="28"/>
                <w:lang w:val="kk-KZ"/>
              </w:rPr>
              <w:t>Күннің құрамдас бөлігі</w:t>
            </w:r>
          </w:p>
        </w:tc>
        <w:tc>
          <w:tcPr>
            <w:tcW w:w="6521" w:type="dxa"/>
            <w:shd w:val="clear" w:color="auto" w:fill="D9EAD3"/>
          </w:tcPr>
          <w:p w14:paraId="531CA6BA" w14:textId="77777777" w:rsidR="00D53DD4" w:rsidRDefault="00D53DD4" w:rsidP="00E56216">
            <w:pPr>
              <w:ind w:firstLine="0"/>
              <w:jc w:val="center"/>
            </w:pPr>
            <w:r w:rsidRPr="003F7BF7">
              <w:rPr>
                <w:b/>
                <w:szCs w:val="28"/>
                <w:lang w:val="kk-KZ"/>
              </w:rPr>
              <w:t>Мазмұны</w:t>
            </w:r>
          </w:p>
        </w:tc>
      </w:tr>
      <w:tr w:rsidR="00D53DD4" w:rsidRPr="00655EAC" w14:paraId="2A3B49E6" w14:textId="77777777" w:rsidTr="00E56216">
        <w:trPr>
          <w:jc w:val="center"/>
        </w:trPr>
        <w:tc>
          <w:tcPr>
            <w:tcW w:w="3402" w:type="dxa"/>
          </w:tcPr>
          <w:p w14:paraId="488F201D" w14:textId="77777777" w:rsidR="00D53DD4" w:rsidRPr="003C130C" w:rsidRDefault="00D53DD4" w:rsidP="00E56216">
            <w:pPr>
              <w:ind w:firstLine="0"/>
            </w:pPr>
            <w:proofErr w:type="spellStart"/>
            <w:r>
              <w:t>Дамытушы</w:t>
            </w:r>
            <w:proofErr w:type="spellEnd"/>
            <w:r>
              <w:t xml:space="preserve"> / </w:t>
            </w:r>
            <w:proofErr w:type="spellStart"/>
            <w:r>
              <w:t>жобалық</w:t>
            </w:r>
            <w:proofErr w:type="spellEnd"/>
            <w:r>
              <w:t xml:space="preserve"> / </w:t>
            </w:r>
            <w:proofErr w:type="spellStart"/>
            <w:r>
              <w:t>зерттеушілік</w:t>
            </w:r>
            <w:proofErr w:type="spellEnd"/>
            <w:r>
              <w:t xml:space="preserve"> / </w:t>
            </w:r>
            <w:proofErr w:type="spellStart"/>
            <w:r>
              <w:t>шығармашылық</w:t>
            </w:r>
            <w:proofErr w:type="spellEnd"/>
            <w:r>
              <w:t xml:space="preserve"> </w:t>
            </w:r>
            <w:proofErr w:type="spellStart"/>
            <w:r>
              <w:t>сабақтар</w:t>
            </w:r>
            <w:proofErr w:type="spellEnd"/>
            <w:r>
              <w:t xml:space="preserve"> (</w:t>
            </w:r>
            <w:proofErr w:type="spellStart"/>
            <w:r>
              <w:t>кемінде</w:t>
            </w:r>
            <w:proofErr w:type="spellEnd"/>
            <w:r>
              <w:t xml:space="preserve"> 2)</w:t>
            </w:r>
          </w:p>
        </w:tc>
        <w:tc>
          <w:tcPr>
            <w:tcW w:w="6521" w:type="dxa"/>
          </w:tcPr>
          <w:p w14:paraId="35CFE46F" w14:textId="77777777" w:rsidR="00D53DD4" w:rsidRPr="00DB01D7" w:rsidRDefault="00D53DD4" w:rsidP="00E56216">
            <w:pPr>
              <w:spacing w:before="100" w:beforeAutospacing="1" w:after="100" w:afterAutospacing="1"/>
              <w:ind w:firstLine="0"/>
              <w:jc w:val="both"/>
              <w:rPr>
                <w:rFonts w:cs="Times New Roman"/>
                <w:szCs w:val="28"/>
                <w:lang w:val="ru-RU"/>
              </w:rPr>
            </w:pPr>
            <w:r w:rsidRPr="00DB01D7">
              <w:rPr>
                <w:rFonts w:cs="Times New Roman"/>
                <w:szCs w:val="28"/>
                <w:lang w:val="ru-RU"/>
              </w:rPr>
              <w:t xml:space="preserve">«Мен </w:t>
            </w:r>
            <w:proofErr w:type="spellStart"/>
            <w:r w:rsidRPr="00DB01D7">
              <w:rPr>
                <w:rFonts w:cs="Times New Roman"/>
                <w:szCs w:val="28"/>
                <w:lang w:val="ru-RU"/>
              </w:rPr>
              <w:t>ауысым</w:t>
            </w:r>
            <w:proofErr w:type="spellEnd"/>
            <w:r w:rsidRPr="00DB01D7">
              <w:rPr>
                <w:rFonts w:cs="Times New Roman"/>
                <w:szCs w:val="28"/>
                <w:lang w:val="ru-RU"/>
              </w:rPr>
              <w:t xml:space="preserve"> </w:t>
            </w:r>
            <w:proofErr w:type="spellStart"/>
            <w:r w:rsidRPr="00DB01D7">
              <w:rPr>
                <w:rFonts w:cs="Times New Roman"/>
                <w:szCs w:val="28"/>
                <w:lang w:val="ru-RU"/>
              </w:rPr>
              <w:t>барысында</w:t>
            </w:r>
            <w:proofErr w:type="spellEnd"/>
            <w:r w:rsidRPr="00DB01D7">
              <w:rPr>
                <w:rFonts w:cs="Times New Roman"/>
                <w:szCs w:val="28"/>
                <w:lang w:val="ru-RU"/>
              </w:rPr>
              <w:t xml:space="preserve"> не </w:t>
            </w:r>
            <w:proofErr w:type="spellStart"/>
            <w:r w:rsidRPr="00DB01D7">
              <w:rPr>
                <w:rFonts w:cs="Times New Roman"/>
                <w:szCs w:val="28"/>
                <w:lang w:val="ru-RU"/>
              </w:rPr>
              <w:t>үйрендім</w:t>
            </w:r>
            <w:proofErr w:type="spellEnd"/>
            <w:r w:rsidRPr="00DB01D7">
              <w:rPr>
                <w:rFonts w:cs="Times New Roman"/>
                <w:szCs w:val="28"/>
                <w:lang w:val="ru-RU"/>
              </w:rPr>
              <w:t xml:space="preserve">» </w:t>
            </w:r>
            <w:proofErr w:type="spellStart"/>
            <w:r w:rsidRPr="00DB01D7">
              <w:rPr>
                <w:rFonts w:cs="Times New Roman"/>
                <w:szCs w:val="28"/>
                <w:lang w:val="ru-RU"/>
              </w:rPr>
              <w:t>сабағы</w:t>
            </w:r>
            <w:proofErr w:type="spellEnd"/>
            <w:r w:rsidRPr="00DB01D7">
              <w:rPr>
                <w:rFonts w:cs="Times New Roman"/>
                <w:szCs w:val="28"/>
                <w:lang w:val="ru-RU"/>
              </w:rPr>
              <w:t>.</w:t>
            </w:r>
          </w:p>
          <w:p w14:paraId="037B3F62" w14:textId="55FD77C1" w:rsidR="00D53DD4" w:rsidRPr="00DB01D7" w:rsidRDefault="00D53DD4" w:rsidP="00E56216">
            <w:pPr>
              <w:spacing w:before="100" w:beforeAutospacing="1" w:after="100" w:afterAutospacing="1"/>
              <w:ind w:firstLine="0"/>
              <w:jc w:val="both"/>
              <w:rPr>
                <w:rFonts w:cs="Times New Roman"/>
                <w:szCs w:val="28"/>
                <w:lang w:val="ru-RU"/>
              </w:rPr>
            </w:pPr>
            <w:r w:rsidRPr="00DB01D7">
              <w:rPr>
                <w:rFonts w:cs="Times New Roman"/>
                <w:szCs w:val="28"/>
                <w:lang w:val="ru-RU"/>
              </w:rPr>
              <w:t>«</w:t>
            </w:r>
            <w:r w:rsidR="00195065">
              <w:rPr>
                <w:lang w:val="ru-RU"/>
              </w:rPr>
              <w:t>ББСО</w:t>
            </w:r>
            <w:r w:rsidRPr="00DB01D7">
              <w:rPr>
                <w:rFonts w:cs="Times New Roman"/>
                <w:szCs w:val="28"/>
                <w:lang w:val="ru-RU"/>
              </w:rPr>
              <w:t xml:space="preserve"> </w:t>
            </w:r>
            <w:proofErr w:type="spellStart"/>
            <w:r w:rsidRPr="00DB01D7">
              <w:rPr>
                <w:rFonts w:cs="Times New Roman"/>
                <w:szCs w:val="28"/>
                <w:lang w:val="ru-RU"/>
              </w:rPr>
              <w:t>кейінгі</w:t>
            </w:r>
            <w:proofErr w:type="spellEnd"/>
            <w:r w:rsidRPr="00DB01D7">
              <w:rPr>
                <w:rFonts w:cs="Times New Roman"/>
                <w:szCs w:val="28"/>
                <w:lang w:val="ru-RU"/>
              </w:rPr>
              <w:t xml:space="preserve"> </w:t>
            </w:r>
            <w:proofErr w:type="spellStart"/>
            <w:r w:rsidRPr="00DB01D7">
              <w:rPr>
                <w:rFonts w:cs="Times New Roman"/>
                <w:szCs w:val="28"/>
                <w:lang w:val="ru-RU"/>
              </w:rPr>
              <w:t>менің</w:t>
            </w:r>
            <w:proofErr w:type="spellEnd"/>
            <w:r w:rsidRPr="00DB01D7">
              <w:rPr>
                <w:rFonts w:cs="Times New Roman"/>
                <w:szCs w:val="28"/>
                <w:lang w:val="ru-RU"/>
              </w:rPr>
              <w:t xml:space="preserve"> </w:t>
            </w:r>
            <w:proofErr w:type="spellStart"/>
            <w:r w:rsidRPr="00DB01D7">
              <w:rPr>
                <w:rFonts w:cs="Times New Roman"/>
                <w:szCs w:val="28"/>
                <w:lang w:val="ru-RU"/>
              </w:rPr>
              <w:t>қауіпсіз</w:t>
            </w:r>
            <w:proofErr w:type="spellEnd"/>
            <w:r w:rsidRPr="00DB01D7">
              <w:rPr>
                <w:rFonts w:cs="Times New Roman"/>
                <w:szCs w:val="28"/>
                <w:lang w:val="ru-RU"/>
              </w:rPr>
              <w:t xml:space="preserve"> </w:t>
            </w:r>
            <w:proofErr w:type="spellStart"/>
            <w:r w:rsidRPr="00DB01D7">
              <w:rPr>
                <w:rFonts w:cs="Times New Roman"/>
                <w:szCs w:val="28"/>
                <w:lang w:val="ru-RU"/>
              </w:rPr>
              <w:t>маршрутым</w:t>
            </w:r>
            <w:proofErr w:type="spellEnd"/>
            <w:r w:rsidRPr="00DB01D7">
              <w:rPr>
                <w:rFonts w:cs="Times New Roman"/>
                <w:szCs w:val="28"/>
                <w:lang w:val="ru-RU"/>
              </w:rPr>
              <w:t xml:space="preserve">» </w:t>
            </w:r>
            <w:proofErr w:type="spellStart"/>
            <w:r w:rsidRPr="00DB01D7">
              <w:rPr>
                <w:rFonts w:cs="Times New Roman"/>
                <w:szCs w:val="28"/>
                <w:lang w:val="ru-RU"/>
              </w:rPr>
              <w:t>жеке</w:t>
            </w:r>
            <w:proofErr w:type="spellEnd"/>
            <w:r w:rsidRPr="00DB01D7">
              <w:rPr>
                <w:rFonts w:cs="Times New Roman"/>
                <w:szCs w:val="28"/>
                <w:lang w:val="ru-RU"/>
              </w:rPr>
              <w:t xml:space="preserve"> </w:t>
            </w:r>
            <w:proofErr w:type="spellStart"/>
            <w:r w:rsidRPr="00DB01D7">
              <w:rPr>
                <w:rFonts w:cs="Times New Roman"/>
                <w:szCs w:val="28"/>
                <w:lang w:val="ru-RU"/>
              </w:rPr>
              <w:t>тапсырмасы</w:t>
            </w:r>
            <w:proofErr w:type="spellEnd"/>
            <w:r w:rsidRPr="00DB01D7">
              <w:rPr>
                <w:rFonts w:cs="Times New Roman"/>
                <w:szCs w:val="28"/>
                <w:lang w:val="ru-RU"/>
              </w:rPr>
              <w:t>.</w:t>
            </w:r>
          </w:p>
        </w:tc>
      </w:tr>
      <w:tr w:rsidR="00D53DD4" w:rsidRPr="00655EAC" w14:paraId="727578D8" w14:textId="77777777" w:rsidTr="00E56216">
        <w:trPr>
          <w:jc w:val="center"/>
        </w:trPr>
        <w:tc>
          <w:tcPr>
            <w:tcW w:w="3402" w:type="dxa"/>
          </w:tcPr>
          <w:p w14:paraId="3F8ED858" w14:textId="6E5165EE" w:rsidR="00D53DD4" w:rsidRPr="00A81E3F" w:rsidRDefault="00DD6E9B" w:rsidP="00E56216">
            <w:pPr>
              <w:ind w:firstLine="0"/>
              <w:rPr>
                <w:lang w:val="ru-RU"/>
              </w:rPr>
            </w:pPr>
            <w:r>
              <w:rPr>
                <w:lang w:val="kk-KZ"/>
              </w:rPr>
              <w:t>Тәжірибелі</w:t>
            </w:r>
            <w:r>
              <w:t xml:space="preserve"> </w:t>
            </w:r>
            <w:r w:rsidR="00D53DD4">
              <w:t>-</w:t>
            </w:r>
            <w:proofErr w:type="spellStart"/>
            <w:r w:rsidR="00D53DD4">
              <w:t>бағдарлы</w:t>
            </w:r>
            <w:proofErr w:type="spellEnd"/>
            <w:r w:rsidR="00D53DD4">
              <w:t xml:space="preserve"> </w:t>
            </w:r>
            <w:proofErr w:type="spellStart"/>
            <w:r w:rsidR="00D53DD4">
              <w:t>сабақтар</w:t>
            </w:r>
            <w:proofErr w:type="spellEnd"/>
            <w:r w:rsidR="00D53DD4">
              <w:t xml:space="preserve"> (</w:t>
            </w:r>
            <w:proofErr w:type="spellStart"/>
            <w:r w:rsidR="00D53DD4">
              <w:t>кемінде</w:t>
            </w:r>
            <w:proofErr w:type="spellEnd"/>
            <w:r w:rsidR="00D53DD4">
              <w:t xml:space="preserve"> 2)</w:t>
            </w:r>
          </w:p>
        </w:tc>
        <w:tc>
          <w:tcPr>
            <w:tcW w:w="6521" w:type="dxa"/>
          </w:tcPr>
          <w:p w14:paraId="660E6F00" w14:textId="77777777" w:rsidR="00D53DD4" w:rsidRPr="00DB01D7" w:rsidRDefault="00D53DD4" w:rsidP="00E56216">
            <w:pPr>
              <w:ind w:firstLine="0"/>
              <w:jc w:val="both"/>
              <w:rPr>
                <w:szCs w:val="28"/>
                <w:lang w:val="ru-RU"/>
              </w:rPr>
            </w:pPr>
            <w:proofErr w:type="spellStart"/>
            <w:r w:rsidRPr="00DB01D7">
              <w:rPr>
                <w:szCs w:val="28"/>
                <w:lang w:val="ru-RU"/>
              </w:rPr>
              <w:t>Қорытынды</w:t>
            </w:r>
            <w:proofErr w:type="spellEnd"/>
            <w:r w:rsidRPr="00DB01D7">
              <w:rPr>
                <w:szCs w:val="28"/>
                <w:lang w:val="ru-RU"/>
              </w:rPr>
              <w:t xml:space="preserve"> </w:t>
            </w:r>
            <w:proofErr w:type="spellStart"/>
            <w:r w:rsidRPr="00DB01D7">
              <w:rPr>
                <w:szCs w:val="28"/>
                <w:lang w:val="ru-RU"/>
              </w:rPr>
              <w:t>сауалнама</w:t>
            </w:r>
            <w:proofErr w:type="spellEnd"/>
            <w:r w:rsidRPr="00DB01D7">
              <w:rPr>
                <w:szCs w:val="28"/>
                <w:lang w:val="ru-RU"/>
              </w:rPr>
              <w:t xml:space="preserve"> </w:t>
            </w:r>
            <w:proofErr w:type="spellStart"/>
            <w:r w:rsidRPr="00DB01D7">
              <w:rPr>
                <w:szCs w:val="28"/>
                <w:lang w:val="ru-RU"/>
              </w:rPr>
              <w:t>және</w:t>
            </w:r>
            <w:proofErr w:type="spellEnd"/>
            <w:r w:rsidRPr="00DB01D7">
              <w:rPr>
                <w:szCs w:val="28"/>
                <w:lang w:val="ru-RU"/>
              </w:rPr>
              <w:t xml:space="preserve"> </w:t>
            </w:r>
            <w:proofErr w:type="spellStart"/>
            <w:r w:rsidRPr="00DB01D7">
              <w:rPr>
                <w:szCs w:val="28"/>
                <w:lang w:val="ru-RU"/>
              </w:rPr>
              <w:t>қатысушының</w:t>
            </w:r>
            <w:proofErr w:type="spellEnd"/>
            <w:r w:rsidRPr="00DB01D7">
              <w:rPr>
                <w:szCs w:val="28"/>
                <w:lang w:val="ru-RU"/>
              </w:rPr>
              <w:t xml:space="preserve"> </w:t>
            </w:r>
            <w:proofErr w:type="spellStart"/>
            <w:r w:rsidRPr="00DB01D7">
              <w:rPr>
                <w:szCs w:val="28"/>
                <w:lang w:val="ru-RU"/>
              </w:rPr>
              <w:t>өзін-өзі</w:t>
            </w:r>
            <w:proofErr w:type="spellEnd"/>
            <w:r w:rsidRPr="00DB01D7">
              <w:rPr>
                <w:szCs w:val="28"/>
                <w:lang w:val="ru-RU"/>
              </w:rPr>
              <w:t xml:space="preserve"> </w:t>
            </w:r>
            <w:proofErr w:type="spellStart"/>
            <w:r w:rsidRPr="00DB01D7">
              <w:rPr>
                <w:szCs w:val="28"/>
                <w:lang w:val="ru-RU"/>
              </w:rPr>
              <w:t>бағалауы</w:t>
            </w:r>
            <w:proofErr w:type="spellEnd"/>
            <w:r w:rsidRPr="00DB01D7">
              <w:rPr>
                <w:szCs w:val="28"/>
                <w:lang w:val="ru-RU"/>
              </w:rPr>
              <w:t>.</w:t>
            </w:r>
          </w:p>
          <w:p w14:paraId="52C53455" w14:textId="77777777" w:rsidR="00D53DD4" w:rsidRPr="00DB01D7" w:rsidRDefault="00D53DD4" w:rsidP="00E56216">
            <w:pPr>
              <w:ind w:firstLine="0"/>
              <w:jc w:val="both"/>
              <w:rPr>
                <w:szCs w:val="28"/>
                <w:lang w:val="ru-RU"/>
              </w:rPr>
            </w:pPr>
            <w:r w:rsidRPr="00DB01D7">
              <w:rPr>
                <w:szCs w:val="28"/>
                <w:lang w:val="ru-RU"/>
              </w:rPr>
              <w:t xml:space="preserve">Жеке </w:t>
            </w:r>
            <w:proofErr w:type="spellStart"/>
            <w:r w:rsidRPr="00DB01D7">
              <w:rPr>
                <w:szCs w:val="28"/>
                <w:lang w:val="ru-RU"/>
              </w:rPr>
              <w:t>нәтижені</w:t>
            </w:r>
            <w:proofErr w:type="spellEnd"/>
            <w:r w:rsidRPr="00DB01D7">
              <w:rPr>
                <w:szCs w:val="28"/>
                <w:lang w:val="ru-RU"/>
              </w:rPr>
              <w:t xml:space="preserve"> </w:t>
            </w:r>
            <w:proofErr w:type="spellStart"/>
            <w:r w:rsidRPr="00DB01D7">
              <w:rPr>
                <w:szCs w:val="28"/>
                <w:lang w:val="ru-RU"/>
              </w:rPr>
              <w:t>рәсімдеу</w:t>
            </w:r>
            <w:proofErr w:type="spellEnd"/>
            <w:r w:rsidRPr="00DB01D7">
              <w:rPr>
                <w:szCs w:val="28"/>
                <w:lang w:val="ru-RU"/>
              </w:rPr>
              <w:t xml:space="preserve">: </w:t>
            </w:r>
            <w:proofErr w:type="spellStart"/>
            <w:r w:rsidRPr="00DB01D7">
              <w:rPr>
                <w:szCs w:val="28"/>
                <w:lang w:val="ru-RU"/>
              </w:rPr>
              <w:t>жетістік</w:t>
            </w:r>
            <w:proofErr w:type="spellEnd"/>
            <w:r w:rsidRPr="00DB01D7">
              <w:rPr>
                <w:szCs w:val="28"/>
                <w:lang w:val="ru-RU"/>
              </w:rPr>
              <w:t xml:space="preserve"> </w:t>
            </w:r>
            <w:proofErr w:type="spellStart"/>
            <w:r w:rsidRPr="00DB01D7">
              <w:rPr>
                <w:szCs w:val="28"/>
                <w:lang w:val="ru-RU"/>
              </w:rPr>
              <w:t>картасы</w:t>
            </w:r>
            <w:proofErr w:type="spellEnd"/>
            <w:r w:rsidRPr="00DB01D7">
              <w:rPr>
                <w:szCs w:val="28"/>
                <w:lang w:val="ru-RU"/>
              </w:rPr>
              <w:t xml:space="preserve"> </w:t>
            </w:r>
            <w:proofErr w:type="spellStart"/>
            <w:r w:rsidRPr="00DB01D7">
              <w:rPr>
                <w:szCs w:val="28"/>
                <w:lang w:val="ru-RU"/>
              </w:rPr>
              <w:t>немесе</w:t>
            </w:r>
            <w:proofErr w:type="spellEnd"/>
            <w:r w:rsidRPr="00DB01D7">
              <w:rPr>
                <w:szCs w:val="28"/>
                <w:lang w:val="ru-RU"/>
              </w:rPr>
              <w:t xml:space="preserve"> </w:t>
            </w:r>
            <w:proofErr w:type="spellStart"/>
            <w:r w:rsidRPr="00DB01D7">
              <w:rPr>
                <w:szCs w:val="28"/>
                <w:lang w:val="ru-RU"/>
              </w:rPr>
              <w:t>өзіне</w:t>
            </w:r>
            <w:proofErr w:type="spellEnd"/>
            <w:r w:rsidRPr="00DB01D7">
              <w:rPr>
                <w:szCs w:val="28"/>
                <w:lang w:val="ru-RU"/>
              </w:rPr>
              <w:t xml:space="preserve"> хат </w:t>
            </w:r>
            <w:proofErr w:type="spellStart"/>
            <w:r w:rsidRPr="00DB01D7">
              <w:rPr>
                <w:szCs w:val="28"/>
                <w:lang w:val="ru-RU"/>
              </w:rPr>
              <w:t>жазу</w:t>
            </w:r>
            <w:proofErr w:type="spellEnd"/>
            <w:r w:rsidRPr="00DB01D7">
              <w:rPr>
                <w:szCs w:val="28"/>
                <w:lang w:val="ru-RU"/>
              </w:rPr>
              <w:t xml:space="preserve"> </w:t>
            </w:r>
            <w:proofErr w:type="spellStart"/>
            <w:r w:rsidRPr="00DB01D7">
              <w:rPr>
                <w:szCs w:val="28"/>
                <w:lang w:val="ru-RU"/>
              </w:rPr>
              <w:t>тәжірибелік</w:t>
            </w:r>
            <w:proofErr w:type="spellEnd"/>
            <w:r w:rsidRPr="00DB01D7">
              <w:rPr>
                <w:szCs w:val="28"/>
                <w:lang w:val="ru-RU"/>
              </w:rPr>
              <w:t xml:space="preserve"> </w:t>
            </w:r>
            <w:proofErr w:type="spellStart"/>
            <w:r w:rsidRPr="00DB01D7">
              <w:rPr>
                <w:szCs w:val="28"/>
                <w:lang w:val="ru-RU"/>
              </w:rPr>
              <w:t>жұмыс</w:t>
            </w:r>
            <w:proofErr w:type="spellEnd"/>
          </w:p>
        </w:tc>
      </w:tr>
      <w:tr w:rsidR="00D53DD4" w:rsidRPr="00655EAC" w14:paraId="4D8F6BFF" w14:textId="77777777" w:rsidTr="00E56216">
        <w:trPr>
          <w:jc w:val="center"/>
        </w:trPr>
        <w:tc>
          <w:tcPr>
            <w:tcW w:w="3402" w:type="dxa"/>
          </w:tcPr>
          <w:p w14:paraId="1FA9D9C0" w14:textId="77777777" w:rsidR="00D53DD4" w:rsidRPr="00A81E3F" w:rsidRDefault="00D53DD4" w:rsidP="00E56216">
            <w:pPr>
              <w:ind w:firstLine="0"/>
              <w:rPr>
                <w:lang w:val="ru-RU"/>
              </w:rPr>
            </w:pPr>
            <w:proofErr w:type="spellStart"/>
            <w:r w:rsidRPr="007D2A96">
              <w:rPr>
                <w:lang w:val="ru-RU"/>
              </w:rPr>
              <w:t>Тәрбиелік</w:t>
            </w:r>
            <w:proofErr w:type="spellEnd"/>
            <w:r w:rsidRPr="007D2A96">
              <w:rPr>
                <w:lang w:val="ru-RU"/>
              </w:rPr>
              <w:t xml:space="preserve"> </w:t>
            </w:r>
            <w:proofErr w:type="spellStart"/>
            <w:r w:rsidRPr="007D2A96">
              <w:rPr>
                <w:lang w:val="ru-RU"/>
              </w:rPr>
              <w:t>іс-шаралар</w:t>
            </w:r>
            <w:proofErr w:type="spellEnd"/>
            <w:r w:rsidRPr="007D2A96">
              <w:rPr>
                <w:lang w:val="ru-RU"/>
              </w:rPr>
              <w:t xml:space="preserve"> </w:t>
            </w:r>
            <w:proofErr w:type="spellStart"/>
            <w:r w:rsidRPr="007D2A96">
              <w:rPr>
                <w:lang w:val="ru-RU"/>
              </w:rPr>
              <w:t>және</w:t>
            </w:r>
            <w:proofErr w:type="spellEnd"/>
            <w:r w:rsidRPr="007D2A96">
              <w:rPr>
                <w:lang w:val="ru-RU"/>
              </w:rPr>
              <w:t xml:space="preserve"> </w:t>
            </w:r>
            <w:proofErr w:type="spellStart"/>
            <w:r w:rsidRPr="007D2A96">
              <w:rPr>
                <w:lang w:val="ru-RU"/>
              </w:rPr>
              <w:t>жобалар</w:t>
            </w:r>
            <w:proofErr w:type="spellEnd"/>
            <w:r w:rsidRPr="007D2A96">
              <w:rPr>
                <w:lang w:val="ru-RU"/>
              </w:rPr>
              <w:t xml:space="preserve"> (</w:t>
            </w:r>
            <w:proofErr w:type="spellStart"/>
            <w:r w:rsidRPr="007D2A96">
              <w:rPr>
                <w:lang w:val="ru-RU"/>
              </w:rPr>
              <w:t>кемінде</w:t>
            </w:r>
            <w:proofErr w:type="spellEnd"/>
            <w:r w:rsidRPr="007D2A96">
              <w:rPr>
                <w:lang w:val="ru-RU"/>
              </w:rPr>
              <w:t xml:space="preserve"> 2)</w:t>
            </w:r>
          </w:p>
        </w:tc>
        <w:tc>
          <w:tcPr>
            <w:tcW w:w="6521" w:type="dxa"/>
          </w:tcPr>
          <w:p w14:paraId="52136826" w14:textId="77777777" w:rsidR="00D53DD4" w:rsidRPr="00DB01D7" w:rsidRDefault="00D53DD4" w:rsidP="00E56216">
            <w:pPr>
              <w:ind w:firstLine="0"/>
              <w:jc w:val="both"/>
              <w:rPr>
                <w:lang w:val="ru-RU"/>
              </w:rPr>
            </w:pPr>
            <w:proofErr w:type="spellStart"/>
            <w:r w:rsidRPr="00DB01D7">
              <w:rPr>
                <w:lang w:val="ru-RU"/>
              </w:rPr>
              <w:t>Ауысымның</w:t>
            </w:r>
            <w:proofErr w:type="spellEnd"/>
            <w:r w:rsidRPr="00DB01D7">
              <w:rPr>
                <w:lang w:val="ru-RU"/>
              </w:rPr>
              <w:t xml:space="preserve"> </w:t>
            </w:r>
            <w:proofErr w:type="spellStart"/>
            <w:r w:rsidRPr="00DB01D7">
              <w:rPr>
                <w:lang w:val="ru-RU"/>
              </w:rPr>
              <w:t>салтанатты</w:t>
            </w:r>
            <w:proofErr w:type="spellEnd"/>
            <w:r w:rsidRPr="00DB01D7">
              <w:rPr>
                <w:lang w:val="ru-RU"/>
              </w:rPr>
              <w:t xml:space="preserve"> </w:t>
            </w:r>
            <w:proofErr w:type="spellStart"/>
            <w:r w:rsidRPr="00DB01D7">
              <w:rPr>
                <w:lang w:val="ru-RU"/>
              </w:rPr>
              <w:t>жабылуы</w:t>
            </w:r>
            <w:proofErr w:type="spellEnd"/>
            <w:r w:rsidRPr="00DB01D7">
              <w:rPr>
                <w:lang w:val="ru-RU"/>
              </w:rPr>
              <w:t>.</w:t>
            </w:r>
            <w:r w:rsidRPr="00DB01D7">
              <w:rPr>
                <w:lang w:val="ru-RU"/>
              </w:rPr>
              <w:br/>
            </w:r>
            <w:proofErr w:type="spellStart"/>
            <w:r w:rsidRPr="00DB01D7">
              <w:rPr>
                <w:lang w:val="ru-RU"/>
              </w:rPr>
              <w:t>Алғыс</w:t>
            </w:r>
            <w:proofErr w:type="spellEnd"/>
            <w:r w:rsidRPr="00DB01D7">
              <w:rPr>
                <w:lang w:val="ru-RU"/>
              </w:rPr>
              <w:t xml:space="preserve"> </w:t>
            </w:r>
            <w:proofErr w:type="spellStart"/>
            <w:r w:rsidRPr="00DB01D7">
              <w:rPr>
                <w:lang w:val="ru-RU"/>
              </w:rPr>
              <w:t>білдірудің</w:t>
            </w:r>
            <w:proofErr w:type="spellEnd"/>
            <w:r w:rsidRPr="00DB01D7">
              <w:rPr>
                <w:lang w:val="ru-RU"/>
              </w:rPr>
              <w:t xml:space="preserve"> </w:t>
            </w:r>
            <w:proofErr w:type="spellStart"/>
            <w:r w:rsidRPr="00DB01D7">
              <w:rPr>
                <w:lang w:val="ru-RU"/>
              </w:rPr>
              <w:t>қоштасу</w:t>
            </w:r>
            <w:proofErr w:type="spellEnd"/>
            <w:r w:rsidRPr="00DB01D7">
              <w:rPr>
                <w:lang w:val="ru-RU"/>
              </w:rPr>
              <w:t xml:space="preserve"> </w:t>
            </w:r>
            <w:proofErr w:type="spellStart"/>
            <w:r w:rsidRPr="00DB01D7">
              <w:rPr>
                <w:lang w:val="ru-RU"/>
              </w:rPr>
              <w:t>шеңбері</w:t>
            </w:r>
            <w:proofErr w:type="spellEnd"/>
            <w:r w:rsidRPr="00DB01D7">
              <w:rPr>
                <w:lang w:val="ru-RU"/>
              </w:rPr>
              <w:t xml:space="preserve"> </w:t>
            </w:r>
            <w:proofErr w:type="spellStart"/>
            <w:r w:rsidRPr="00DB01D7">
              <w:rPr>
                <w:lang w:val="ru-RU"/>
              </w:rPr>
              <w:t>және</w:t>
            </w:r>
            <w:proofErr w:type="spellEnd"/>
            <w:r w:rsidRPr="00DB01D7">
              <w:rPr>
                <w:lang w:val="ru-RU"/>
              </w:rPr>
              <w:t xml:space="preserve"> </w:t>
            </w:r>
            <w:proofErr w:type="spellStart"/>
            <w:r w:rsidRPr="00DB01D7">
              <w:rPr>
                <w:lang w:val="ru-RU"/>
              </w:rPr>
              <w:t>қауіпсіз</w:t>
            </w:r>
            <w:proofErr w:type="spellEnd"/>
            <w:r w:rsidRPr="00DB01D7">
              <w:rPr>
                <w:lang w:val="ru-RU"/>
              </w:rPr>
              <w:t xml:space="preserve"> </w:t>
            </w:r>
            <w:proofErr w:type="spellStart"/>
            <w:r w:rsidRPr="00DB01D7">
              <w:rPr>
                <w:lang w:val="ru-RU"/>
              </w:rPr>
              <w:t>ұйымдастырылған</w:t>
            </w:r>
            <w:proofErr w:type="spellEnd"/>
            <w:r w:rsidRPr="00DB01D7">
              <w:rPr>
                <w:lang w:val="ru-RU"/>
              </w:rPr>
              <w:t xml:space="preserve"> </w:t>
            </w:r>
            <w:proofErr w:type="spellStart"/>
            <w:r w:rsidRPr="00DB01D7">
              <w:rPr>
                <w:lang w:val="ru-RU"/>
              </w:rPr>
              <w:t>шығу</w:t>
            </w:r>
            <w:proofErr w:type="spellEnd"/>
            <w:r w:rsidRPr="00DB01D7">
              <w:rPr>
                <w:lang w:val="ru-RU"/>
              </w:rPr>
              <w:t>.</w:t>
            </w:r>
          </w:p>
        </w:tc>
      </w:tr>
      <w:tr w:rsidR="00D53DD4" w:rsidRPr="00655EAC" w14:paraId="303397B9" w14:textId="77777777" w:rsidTr="00E56216">
        <w:trPr>
          <w:jc w:val="center"/>
        </w:trPr>
        <w:tc>
          <w:tcPr>
            <w:tcW w:w="3402" w:type="dxa"/>
          </w:tcPr>
          <w:p w14:paraId="122EE896" w14:textId="77777777" w:rsidR="00D53DD4" w:rsidRPr="00655EAC" w:rsidRDefault="00D53DD4" w:rsidP="00E56216">
            <w:pPr>
              <w:ind w:firstLine="0"/>
              <w:rPr>
                <w:lang w:val="ru-RU"/>
              </w:rPr>
            </w:pPr>
            <w:proofErr w:type="spellStart"/>
            <w:r w:rsidRPr="007D2A96">
              <w:rPr>
                <w:lang w:val="ru-RU"/>
              </w:rPr>
              <w:t>Сауықтыру</w:t>
            </w:r>
            <w:proofErr w:type="spellEnd"/>
            <w:r w:rsidRPr="00655EAC">
              <w:rPr>
                <w:lang w:val="ru-RU"/>
              </w:rPr>
              <w:t xml:space="preserve"> </w:t>
            </w:r>
            <w:proofErr w:type="spellStart"/>
            <w:r w:rsidRPr="007D2A96">
              <w:rPr>
                <w:lang w:val="ru-RU"/>
              </w:rPr>
              <w:t>модулі</w:t>
            </w:r>
            <w:proofErr w:type="spellEnd"/>
            <w:r w:rsidRPr="00655EAC">
              <w:rPr>
                <w:lang w:val="ru-RU"/>
              </w:rPr>
              <w:t xml:space="preserve"> (</w:t>
            </w:r>
            <w:proofErr w:type="spellStart"/>
            <w:r w:rsidRPr="007D2A96">
              <w:rPr>
                <w:lang w:val="ru-RU"/>
              </w:rPr>
              <w:t>күніне</w:t>
            </w:r>
            <w:proofErr w:type="spellEnd"/>
            <w:r w:rsidRPr="00655EAC">
              <w:rPr>
                <w:lang w:val="ru-RU"/>
              </w:rPr>
              <w:t xml:space="preserve"> 3 </w:t>
            </w:r>
            <w:proofErr w:type="spellStart"/>
            <w:r w:rsidRPr="007D2A96">
              <w:rPr>
                <w:lang w:val="ru-RU"/>
              </w:rPr>
              <w:t>академиялық</w:t>
            </w:r>
            <w:proofErr w:type="spellEnd"/>
            <w:r w:rsidRPr="00655EAC">
              <w:rPr>
                <w:lang w:val="ru-RU"/>
              </w:rPr>
              <w:t xml:space="preserve"> </w:t>
            </w:r>
            <w:proofErr w:type="spellStart"/>
            <w:r w:rsidRPr="007D2A96">
              <w:rPr>
                <w:lang w:val="ru-RU"/>
              </w:rPr>
              <w:t>сағатқа</w:t>
            </w:r>
            <w:proofErr w:type="spellEnd"/>
            <w:r w:rsidRPr="00655EAC">
              <w:rPr>
                <w:lang w:val="ru-RU"/>
              </w:rPr>
              <w:t xml:space="preserve"> </w:t>
            </w:r>
            <w:proofErr w:type="spellStart"/>
            <w:r w:rsidRPr="007D2A96">
              <w:rPr>
                <w:lang w:val="ru-RU"/>
              </w:rPr>
              <w:t>дейін</w:t>
            </w:r>
            <w:proofErr w:type="spellEnd"/>
            <w:r w:rsidRPr="00655EAC">
              <w:rPr>
                <w:lang w:val="ru-RU"/>
              </w:rPr>
              <w:t>)</w:t>
            </w:r>
          </w:p>
        </w:tc>
        <w:tc>
          <w:tcPr>
            <w:tcW w:w="6521" w:type="dxa"/>
          </w:tcPr>
          <w:p w14:paraId="2C9D78E4" w14:textId="77777777" w:rsidR="00D53DD4" w:rsidRPr="00655EAC" w:rsidRDefault="00D53DD4" w:rsidP="00E56216">
            <w:pPr>
              <w:ind w:firstLine="0"/>
              <w:jc w:val="both"/>
              <w:rPr>
                <w:lang w:val="ru-RU"/>
              </w:rPr>
            </w:pPr>
            <w:proofErr w:type="spellStart"/>
            <w:r w:rsidRPr="00DB01D7">
              <w:rPr>
                <w:lang w:val="ru-RU"/>
              </w:rPr>
              <w:t>Жеңіл</w:t>
            </w:r>
            <w:proofErr w:type="spellEnd"/>
            <w:r w:rsidRPr="00655EAC">
              <w:rPr>
                <w:lang w:val="ru-RU"/>
              </w:rPr>
              <w:t xml:space="preserve"> </w:t>
            </w:r>
            <w:r w:rsidRPr="00DB01D7">
              <w:rPr>
                <w:lang w:val="ru-RU"/>
              </w:rPr>
              <w:t>жаттығу</w:t>
            </w:r>
            <w:r w:rsidRPr="00655EAC">
              <w:rPr>
                <w:lang w:val="ru-RU"/>
              </w:rPr>
              <w:t xml:space="preserve">, </w:t>
            </w:r>
            <w:proofErr w:type="spellStart"/>
            <w:r w:rsidRPr="00DB01D7">
              <w:rPr>
                <w:lang w:val="ru-RU"/>
              </w:rPr>
              <w:t>серуен</w:t>
            </w:r>
            <w:proofErr w:type="spellEnd"/>
            <w:r w:rsidRPr="00655EAC">
              <w:rPr>
                <w:lang w:val="ru-RU"/>
              </w:rPr>
              <w:t xml:space="preserve">, </w:t>
            </w:r>
            <w:proofErr w:type="spellStart"/>
            <w:r w:rsidRPr="00DB01D7">
              <w:rPr>
                <w:lang w:val="ru-RU"/>
              </w:rPr>
              <w:t>тыныш</w:t>
            </w:r>
            <w:proofErr w:type="spellEnd"/>
            <w:r w:rsidRPr="00655EAC">
              <w:rPr>
                <w:lang w:val="ru-RU"/>
              </w:rPr>
              <w:t xml:space="preserve"> </w:t>
            </w:r>
            <w:proofErr w:type="spellStart"/>
            <w:r w:rsidRPr="00DB01D7">
              <w:rPr>
                <w:lang w:val="ru-RU"/>
              </w:rPr>
              <w:t>ойындар</w:t>
            </w:r>
            <w:proofErr w:type="spellEnd"/>
            <w:r w:rsidRPr="00655EAC">
              <w:rPr>
                <w:lang w:val="ru-RU"/>
              </w:rPr>
              <w:t xml:space="preserve">, </w:t>
            </w:r>
            <w:proofErr w:type="spellStart"/>
            <w:r w:rsidRPr="00DB01D7">
              <w:rPr>
                <w:lang w:val="ru-RU"/>
              </w:rPr>
              <w:t>эмоционалдық</w:t>
            </w:r>
            <w:proofErr w:type="spellEnd"/>
            <w:r w:rsidRPr="00655EAC">
              <w:rPr>
                <w:lang w:val="ru-RU"/>
              </w:rPr>
              <w:t xml:space="preserve"> </w:t>
            </w:r>
            <w:proofErr w:type="spellStart"/>
            <w:r w:rsidRPr="00DB01D7">
              <w:rPr>
                <w:lang w:val="ru-RU"/>
              </w:rPr>
              <w:t>босаңсу</w:t>
            </w:r>
            <w:proofErr w:type="spellEnd"/>
            <w:r w:rsidRPr="00655EAC">
              <w:rPr>
                <w:lang w:val="ru-RU"/>
              </w:rPr>
              <w:t>.</w:t>
            </w:r>
          </w:p>
        </w:tc>
      </w:tr>
      <w:tr w:rsidR="00D53DD4" w:rsidRPr="00DB01D7" w14:paraId="64D9358E" w14:textId="77777777" w:rsidTr="00E56216">
        <w:trPr>
          <w:trHeight w:val="278"/>
          <w:jc w:val="center"/>
        </w:trPr>
        <w:tc>
          <w:tcPr>
            <w:tcW w:w="3402" w:type="dxa"/>
          </w:tcPr>
          <w:p w14:paraId="46506654" w14:textId="77777777" w:rsidR="00D53DD4" w:rsidRDefault="00D53DD4" w:rsidP="00E56216">
            <w:pPr>
              <w:ind w:firstLine="0"/>
            </w:pPr>
            <w:proofErr w:type="spellStart"/>
            <w:r>
              <w:t>Күтілетін</w:t>
            </w:r>
            <w:proofErr w:type="spellEnd"/>
            <w:r>
              <w:t xml:space="preserve"> </w:t>
            </w:r>
            <w:proofErr w:type="spellStart"/>
            <w:r>
              <w:t>нәтиже</w:t>
            </w:r>
            <w:proofErr w:type="spellEnd"/>
          </w:p>
        </w:tc>
        <w:tc>
          <w:tcPr>
            <w:tcW w:w="6521" w:type="dxa"/>
          </w:tcPr>
          <w:p w14:paraId="1572815B" w14:textId="77777777" w:rsidR="00D53DD4" w:rsidRPr="00DB01D7" w:rsidRDefault="00D53DD4" w:rsidP="00E56216">
            <w:pPr>
              <w:ind w:firstLine="0"/>
              <w:jc w:val="both"/>
            </w:pPr>
            <w:proofErr w:type="spellStart"/>
            <w:r>
              <w:t>Қатысушылар</w:t>
            </w:r>
            <w:proofErr w:type="spellEnd"/>
            <w:r>
              <w:t xml:space="preserve"> </w:t>
            </w:r>
            <w:proofErr w:type="spellStart"/>
            <w:r>
              <w:t>ауысымды</w:t>
            </w:r>
            <w:proofErr w:type="spellEnd"/>
            <w:r>
              <w:t xml:space="preserve"> </w:t>
            </w:r>
            <w:proofErr w:type="spellStart"/>
            <w:r>
              <w:t>қорытындылап</w:t>
            </w:r>
            <w:proofErr w:type="spellEnd"/>
            <w:r>
              <w:t xml:space="preserve">, </w:t>
            </w:r>
            <w:proofErr w:type="spellStart"/>
            <w:r>
              <w:t>сауалнамадан</w:t>
            </w:r>
            <w:proofErr w:type="spellEnd"/>
            <w:r>
              <w:t xml:space="preserve"> </w:t>
            </w:r>
            <w:proofErr w:type="spellStart"/>
            <w:r>
              <w:t>өтіп</w:t>
            </w:r>
            <w:proofErr w:type="spellEnd"/>
            <w:r>
              <w:t xml:space="preserve">, </w:t>
            </w:r>
            <w:proofErr w:type="spellStart"/>
            <w:r>
              <w:t>жағымды</w:t>
            </w:r>
            <w:proofErr w:type="spellEnd"/>
            <w:r>
              <w:t xml:space="preserve"> </w:t>
            </w:r>
            <w:proofErr w:type="spellStart"/>
            <w:r>
              <w:t>аяқтау</w:t>
            </w:r>
            <w:proofErr w:type="spellEnd"/>
            <w:r>
              <w:t xml:space="preserve"> </w:t>
            </w:r>
            <w:proofErr w:type="spellStart"/>
            <w:r>
              <w:t>тәжірибесін</w:t>
            </w:r>
            <w:proofErr w:type="spellEnd"/>
            <w:r>
              <w:t xml:space="preserve"> </w:t>
            </w:r>
            <w:proofErr w:type="spellStart"/>
            <w:r>
              <w:t>алды</w:t>
            </w:r>
            <w:proofErr w:type="spellEnd"/>
            <w:r>
              <w:t>.</w:t>
            </w:r>
          </w:p>
        </w:tc>
      </w:tr>
    </w:tbl>
    <w:p w14:paraId="7BE87CF2" w14:textId="77777777" w:rsidR="00D53DD4" w:rsidRPr="00DB01D7" w:rsidRDefault="00D53DD4" w:rsidP="00F41431">
      <w:pPr>
        <w:pStyle w:val="21"/>
      </w:pPr>
    </w:p>
    <w:p w14:paraId="210E537E" w14:textId="77777777" w:rsidR="00D53DD4" w:rsidRPr="00DB01D7" w:rsidRDefault="00D53DD4" w:rsidP="00D53DD4">
      <w:pPr>
        <w:ind w:firstLine="720"/>
        <w:rPr>
          <w:rFonts w:eastAsiaTheme="majorEastAsia" w:cstheme="majorBidi"/>
          <w:b/>
          <w:bCs/>
          <w:szCs w:val="26"/>
        </w:rPr>
      </w:pPr>
      <w:proofErr w:type="spellStart"/>
      <w:r w:rsidRPr="00DB01D7">
        <w:rPr>
          <w:rFonts w:eastAsiaTheme="majorEastAsia" w:cstheme="majorBidi"/>
          <w:b/>
          <w:bCs/>
          <w:szCs w:val="26"/>
          <w:lang w:val="ru-RU"/>
        </w:rPr>
        <w:t>Жазғы</w:t>
      </w:r>
      <w:proofErr w:type="spellEnd"/>
      <w:r w:rsidRPr="00DB01D7">
        <w:rPr>
          <w:rFonts w:eastAsiaTheme="majorEastAsia" w:cstheme="majorBidi"/>
          <w:b/>
          <w:bCs/>
          <w:szCs w:val="26"/>
        </w:rPr>
        <w:t xml:space="preserve"> </w:t>
      </w:r>
      <w:proofErr w:type="spellStart"/>
      <w:r w:rsidRPr="00DB01D7">
        <w:rPr>
          <w:rFonts w:eastAsiaTheme="majorEastAsia" w:cstheme="majorBidi"/>
          <w:b/>
          <w:bCs/>
          <w:szCs w:val="26"/>
          <w:lang w:val="ru-RU"/>
        </w:rPr>
        <w:t>маусымның</w:t>
      </w:r>
      <w:proofErr w:type="spellEnd"/>
      <w:r w:rsidRPr="00DB01D7">
        <w:rPr>
          <w:rFonts w:eastAsiaTheme="majorEastAsia" w:cstheme="majorBidi"/>
          <w:b/>
          <w:bCs/>
          <w:szCs w:val="26"/>
        </w:rPr>
        <w:t xml:space="preserve"> </w:t>
      </w:r>
      <w:proofErr w:type="spellStart"/>
      <w:r w:rsidRPr="00DB01D7">
        <w:rPr>
          <w:rFonts w:eastAsiaTheme="majorEastAsia" w:cstheme="majorBidi"/>
          <w:b/>
          <w:bCs/>
          <w:szCs w:val="26"/>
          <w:lang w:val="ru-RU"/>
        </w:rPr>
        <w:t>негізгі</w:t>
      </w:r>
      <w:proofErr w:type="spellEnd"/>
      <w:r w:rsidRPr="00DB01D7">
        <w:rPr>
          <w:rFonts w:eastAsiaTheme="majorEastAsia" w:cstheme="majorBidi"/>
          <w:b/>
          <w:bCs/>
          <w:szCs w:val="26"/>
        </w:rPr>
        <w:t xml:space="preserve"> </w:t>
      </w:r>
      <w:proofErr w:type="spellStart"/>
      <w:r w:rsidRPr="00DB01D7">
        <w:rPr>
          <w:rFonts w:eastAsiaTheme="majorEastAsia" w:cstheme="majorBidi"/>
          <w:b/>
          <w:bCs/>
          <w:szCs w:val="26"/>
          <w:lang w:val="ru-RU"/>
        </w:rPr>
        <w:t>іс</w:t>
      </w:r>
      <w:proofErr w:type="spellEnd"/>
      <w:r w:rsidRPr="00DB01D7">
        <w:rPr>
          <w:rFonts w:eastAsiaTheme="majorEastAsia" w:cstheme="majorBidi"/>
          <w:b/>
          <w:bCs/>
          <w:szCs w:val="26"/>
        </w:rPr>
        <w:t>-</w:t>
      </w:r>
      <w:proofErr w:type="spellStart"/>
      <w:r w:rsidRPr="00DB01D7">
        <w:rPr>
          <w:rFonts w:eastAsiaTheme="majorEastAsia" w:cstheme="majorBidi"/>
          <w:b/>
          <w:bCs/>
          <w:szCs w:val="26"/>
          <w:lang w:val="ru-RU"/>
        </w:rPr>
        <w:t>шаралары</w:t>
      </w:r>
      <w:proofErr w:type="spellEnd"/>
    </w:p>
    <w:p w14:paraId="3DA5BAC0" w14:textId="77777777" w:rsidR="00D53DD4" w:rsidRPr="00DB01D7" w:rsidRDefault="00D53DD4" w:rsidP="00D53DD4">
      <w:pPr>
        <w:ind w:firstLine="0"/>
        <w:rPr>
          <w:rFonts w:eastAsiaTheme="majorEastAsia" w:cstheme="majorBidi"/>
          <w:b/>
          <w:bCs/>
          <w:szCs w:val="26"/>
        </w:rPr>
      </w:pPr>
    </w:p>
    <w:p w14:paraId="19FA3783" w14:textId="4B70E680"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rPr>
      </w:pPr>
      <w:proofErr w:type="spellStart"/>
      <w:r w:rsidRPr="00F44AD8">
        <w:rPr>
          <w:rFonts w:eastAsiaTheme="majorEastAsia" w:cstheme="majorBidi"/>
          <w:bCs/>
          <w:szCs w:val="26"/>
          <w:lang w:val="ru-RU"/>
        </w:rPr>
        <w:lastRenderedPageBreak/>
        <w:t>Бейімделу</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ойыны</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Бастау</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танысу</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ережелерді</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қабылдау</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жасақтарды</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қалыптастыру</w:t>
      </w:r>
      <w:proofErr w:type="spellEnd"/>
      <w:r w:rsidRPr="00F44AD8">
        <w:rPr>
          <w:rFonts w:eastAsiaTheme="majorEastAsia" w:cstheme="majorBidi"/>
          <w:bCs/>
          <w:szCs w:val="26"/>
        </w:rPr>
        <w:t>.</w:t>
      </w:r>
    </w:p>
    <w:p w14:paraId="2F305550" w14:textId="430C8333"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rPr>
      </w:pPr>
      <w:proofErr w:type="spellStart"/>
      <w:r w:rsidRPr="00F44AD8">
        <w:rPr>
          <w:rFonts w:eastAsiaTheme="majorEastAsia" w:cstheme="majorBidi"/>
          <w:bCs/>
          <w:szCs w:val="26"/>
          <w:lang w:val="ru-RU"/>
        </w:rPr>
        <w:t>Командалық</w:t>
      </w:r>
      <w:proofErr w:type="spellEnd"/>
      <w:r w:rsidRPr="00F44AD8">
        <w:rPr>
          <w:rFonts w:eastAsiaTheme="majorEastAsia" w:cstheme="majorBidi"/>
          <w:bCs/>
          <w:szCs w:val="26"/>
        </w:rPr>
        <w:t xml:space="preserve"> </w:t>
      </w:r>
      <w:r w:rsidRPr="00F44AD8">
        <w:rPr>
          <w:rFonts w:eastAsiaTheme="majorEastAsia" w:cstheme="majorBidi"/>
          <w:bCs/>
          <w:szCs w:val="26"/>
          <w:lang w:val="ru-RU"/>
        </w:rPr>
        <w:t>тренинг</w:t>
      </w:r>
      <w:r w:rsidRPr="00F44AD8">
        <w:rPr>
          <w:rFonts w:eastAsiaTheme="majorEastAsia" w:cstheme="majorBidi"/>
          <w:bCs/>
          <w:szCs w:val="26"/>
        </w:rPr>
        <w:t xml:space="preserve"> «</w:t>
      </w:r>
      <w:proofErr w:type="spellStart"/>
      <w:r w:rsidRPr="00F44AD8">
        <w:rPr>
          <w:rFonts w:eastAsiaTheme="majorEastAsia" w:cstheme="majorBidi"/>
          <w:bCs/>
          <w:szCs w:val="26"/>
          <w:lang w:val="ru-RU"/>
        </w:rPr>
        <w:t>Бір</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командамыз</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сенім</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сыйластық</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және</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өзара</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әрекет</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дағдыларын</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дамыту</w:t>
      </w:r>
      <w:proofErr w:type="spellEnd"/>
      <w:r w:rsidRPr="00F44AD8">
        <w:rPr>
          <w:rFonts w:eastAsiaTheme="majorEastAsia" w:cstheme="majorBidi"/>
          <w:bCs/>
          <w:szCs w:val="26"/>
        </w:rPr>
        <w:t>.</w:t>
      </w:r>
    </w:p>
    <w:p w14:paraId="6C45A4CB" w14:textId="0E5EDEAA"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rPr>
      </w:pPr>
      <w:r w:rsidRPr="00F44AD8">
        <w:rPr>
          <w:rFonts w:eastAsiaTheme="majorEastAsia" w:cstheme="majorBidi"/>
          <w:bCs/>
          <w:szCs w:val="26"/>
          <w:lang w:val="ru-RU"/>
        </w:rPr>
        <w:t>Практикум</w:t>
      </w:r>
      <w:r w:rsidRPr="00F44AD8">
        <w:rPr>
          <w:rFonts w:eastAsiaTheme="majorEastAsia" w:cstheme="majorBidi"/>
          <w:bCs/>
          <w:szCs w:val="26"/>
        </w:rPr>
        <w:t xml:space="preserve"> «</w:t>
      </w:r>
      <w:proofErr w:type="spellStart"/>
      <w:r w:rsidRPr="00F44AD8">
        <w:rPr>
          <w:rFonts w:eastAsiaTheme="majorEastAsia" w:cstheme="majorBidi"/>
          <w:bCs/>
          <w:szCs w:val="26"/>
          <w:lang w:val="ru-RU"/>
        </w:rPr>
        <w:t>Қауіпсіз</w:t>
      </w:r>
      <w:proofErr w:type="spellEnd"/>
      <w:r w:rsidRPr="00F44AD8">
        <w:rPr>
          <w:rFonts w:eastAsiaTheme="majorEastAsia" w:cstheme="majorBidi"/>
          <w:bCs/>
          <w:szCs w:val="26"/>
        </w:rPr>
        <w:t xml:space="preserve"> </w:t>
      </w:r>
      <w:r w:rsidRPr="00F44AD8">
        <w:rPr>
          <w:rFonts w:eastAsiaTheme="majorEastAsia" w:cstheme="majorBidi"/>
          <w:bCs/>
          <w:szCs w:val="26"/>
          <w:lang w:val="ru-RU"/>
        </w:rPr>
        <w:t>маршрут</w:t>
      </w:r>
      <w:r w:rsidRPr="00F44AD8">
        <w:rPr>
          <w:rFonts w:eastAsiaTheme="majorEastAsia" w:cstheme="majorBidi"/>
          <w:bCs/>
          <w:szCs w:val="26"/>
        </w:rPr>
        <w:t xml:space="preserve">»: </w:t>
      </w:r>
      <w:proofErr w:type="spellStart"/>
      <w:r w:rsidRPr="00F44AD8">
        <w:rPr>
          <w:rFonts w:eastAsiaTheme="majorEastAsia" w:cstheme="majorBidi"/>
          <w:bCs/>
          <w:szCs w:val="26"/>
          <w:lang w:val="ru-RU"/>
        </w:rPr>
        <w:t>қауіпсіз</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мінез</w:t>
      </w:r>
      <w:proofErr w:type="spellEnd"/>
      <w:r w:rsidRPr="00F44AD8">
        <w:rPr>
          <w:rFonts w:eastAsiaTheme="majorEastAsia" w:cstheme="majorBidi"/>
          <w:bCs/>
          <w:szCs w:val="26"/>
        </w:rPr>
        <w:t>-</w:t>
      </w:r>
      <w:proofErr w:type="spellStart"/>
      <w:r w:rsidRPr="00F44AD8">
        <w:rPr>
          <w:rFonts w:eastAsiaTheme="majorEastAsia" w:cstheme="majorBidi"/>
          <w:bCs/>
          <w:szCs w:val="26"/>
          <w:lang w:val="ru-RU"/>
        </w:rPr>
        <w:t>құлық</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ережелері</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маршруттық</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тәртіп</w:t>
      </w:r>
      <w:proofErr w:type="spellEnd"/>
      <w:r w:rsidRPr="00F44AD8">
        <w:rPr>
          <w:rFonts w:eastAsiaTheme="majorEastAsia" w:cstheme="majorBidi"/>
          <w:bCs/>
          <w:szCs w:val="26"/>
        </w:rPr>
        <w:t>.</w:t>
      </w:r>
    </w:p>
    <w:p w14:paraId="46CFEB91" w14:textId="4142C785"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rPr>
      </w:pPr>
      <w:proofErr w:type="spellStart"/>
      <w:r w:rsidRPr="00F44AD8">
        <w:rPr>
          <w:rFonts w:eastAsiaTheme="majorEastAsia" w:cstheme="majorBidi"/>
          <w:bCs/>
          <w:szCs w:val="26"/>
          <w:lang w:val="ru-RU"/>
        </w:rPr>
        <w:t>Спорттық</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күн</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Қозғалыс</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және</w:t>
      </w:r>
      <w:proofErr w:type="spellEnd"/>
      <w:r w:rsidRPr="00F44AD8">
        <w:rPr>
          <w:rFonts w:eastAsiaTheme="majorEastAsia" w:cstheme="majorBidi"/>
          <w:bCs/>
          <w:szCs w:val="26"/>
        </w:rPr>
        <w:t xml:space="preserve"> </w:t>
      </w:r>
      <w:r w:rsidRPr="00F44AD8">
        <w:rPr>
          <w:rFonts w:eastAsiaTheme="majorEastAsia" w:cstheme="majorBidi"/>
          <w:bCs/>
          <w:szCs w:val="26"/>
          <w:lang w:val="ru-RU"/>
        </w:rPr>
        <w:t>спорт</w:t>
      </w:r>
      <w:r w:rsidRPr="00F44AD8">
        <w:rPr>
          <w:rFonts w:eastAsiaTheme="majorEastAsia" w:cstheme="majorBidi"/>
          <w:bCs/>
          <w:szCs w:val="26"/>
        </w:rPr>
        <w:t xml:space="preserve">»: </w:t>
      </w:r>
      <w:proofErr w:type="spellStart"/>
      <w:r w:rsidRPr="00F44AD8">
        <w:rPr>
          <w:rFonts w:eastAsiaTheme="majorEastAsia" w:cstheme="majorBidi"/>
          <w:bCs/>
          <w:szCs w:val="26"/>
          <w:lang w:val="ru-RU"/>
        </w:rPr>
        <w:t>қимылды</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ойындар</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эстафеталар</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командалық</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станциялар</w:t>
      </w:r>
      <w:proofErr w:type="spellEnd"/>
      <w:r w:rsidRPr="00F44AD8">
        <w:rPr>
          <w:rFonts w:eastAsiaTheme="majorEastAsia" w:cstheme="majorBidi"/>
          <w:bCs/>
          <w:szCs w:val="26"/>
        </w:rPr>
        <w:t>.</w:t>
      </w:r>
    </w:p>
    <w:p w14:paraId="318D0234" w14:textId="006E349E"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rPr>
      </w:pPr>
      <w:proofErr w:type="spellStart"/>
      <w:r w:rsidRPr="00F44AD8">
        <w:rPr>
          <w:rFonts w:eastAsiaTheme="majorEastAsia" w:cstheme="majorBidi"/>
          <w:bCs/>
          <w:szCs w:val="26"/>
          <w:lang w:val="ru-RU"/>
        </w:rPr>
        <w:t>Маршруттық</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ойын</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Бағдар</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және</w:t>
      </w:r>
      <w:proofErr w:type="spellEnd"/>
      <w:r w:rsidRPr="00F44AD8">
        <w:rPr>
          <w:rFonts w:eastAsiaTheme="majorEastAsia" w:cstheme="majorBidi"/>
          <w:bCs/>
          <w:szCs w:val="26"/>
        </w:rPr>
        <w:t xml:space="preserve"> </w:t>
      </w:r>
      <w:r w:rsidRPr="00F44AD8">
        <w:rPr>
          <w:rFonts w:eastAsiaTheme="majorEastAsia" w:cstheme="majorBidi"/>
          <w:bCs/>
          <w:szCs w:val="26"/>
          <w:lang w:val="ru-RU"/>
        </w:rPr>
        <w:t>карта</w:t>
      </w:r>
      <w:r w:rsidRPr="00F44AD8">
        <w:rPr>
          <w:rFonts w:eastAsiaTheme="majorEastAsia" w:cstheme="majorBidi"/>
          <w:bCs/>
          <w:szCs w:val="26"/>
        </w:rPr>
        <w:t xml:space="preserve">»: </w:t>
      </w:r>
      <w:proofErr w:type="spellStart"/>
      <w:r w:rsidRPr="00F44AD8">
        <w:rPr>
          <w:rFonts w:eastAsiaTheme="majorEastAsia" w:cstheme="majorBidi"/>
          <w:bCs/>
          <w:szCs w:val="26"/>
          <w:lang w:val="ru-RU"/>
        </w:rPr>
        <w:t>бағдарлар</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аумақ</w:t>
      </w:r>
      <w:proofErr w:type="spellEnd"/>
      <w:r w:rsidRPr="00F44AD8">
        <w:rPr>
          <w:rFonts w:eastAsiaTheme="majorEastAsia" w:cstheme="majorBidi"/>
          <w:bCs/>
          <w:szCs w:val="26"/>
        </w:rPr>
        <w:t xml:space="preserve"> </w:t>
      </w:r>
      <w:proofErr w:type="spellStart"/>
      <w:r w:rsidRPr="00F44AD8">
        <w:rPr>
          <w:rFonts w:eastAsiaTheme="majorEastAsia" w:cstheme="majorBidi"/>
          <w:bCs/>
          <w:szCs w:val="26"/>
          <w:lang w:val="ru-RU"/>
        </w:rPr>
        <w:t>сызбасы</w:t>
      </w:r>
      <w:proofErr w:type="spellEnd"/>
      <w:r w:rsidRPr="00F44AD8">
        <w:rPr>
          <w:rFonts w:eastAsiaTheme="majorEastAsia" w:cstheme="majorBidi"/>
          <w:bCs/>
          <w:szCs w:val="26"/>
        </w:rPr>
        <w:t xml:space="preserve">, </w:t>
      </w:r>
      <w:r w:rsidRPr="00F44AD8">
        <w:rPr>
          <w:rFonts w:eastAsiaTheme="majorEastAsia" w:cstheme="majorBidi"/>
          <w:bCs/>
          <w:szCs w:val="26"/>
          <w:lang w:val="ru-RU"/>
        </w:rPr>
        <w:t>маршрут</w:t>
      </w:r>
      <w:r w:rsidRPr="00F44AD8">
        <w:rPr>
          <w:rFonts w:eastAsiaTheme="majorEastAsia" w:cstheme="majorBidi"/>
          <w:bCs/>
          <w:szCs w:val="26"/>
        </w:rPr>
        <w:t xml:space="preserve"> </w:t>
      </w:r>
      <w:proofErr w:type="spellStart"/>
      <w:r w:rsidRPr="00F44AD8">
        <w:rPr>
          <w:rFonts w:eastAsiaTheme="majorEastAsia" w:cstheme="majorBidi"/>
          <w:bCs/>
          <w:szCs w:val="26"/>
          <w:lang w:val="ru-RU"/>
        </w:rPr>
        <w:t>парағы</w:t>
      </w:r>
      <w:proofErr w:type="spellEnd"/>
      <w:r w:rsidRPr="00F44AD8">
        <w:rPr>
          <w:rFonts w:eastAsiaTheme="majorEastAsia" w:cstheme="majorBidi"/>
          <w:bCs/>
          <w:szCs w:val="26"/>
        </w:rPr>
        <w:t>.</w:t>
      </w:r>
    </w:p>
    <w:p w14:paraId="099A4748" w14:textId="37237480"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lang w:val="ru-RU"/>
        </w:rPr>
      </w:pPr>
      <w:proofErr w:type="spellStart"/>
      <w:r w:rsidRPr="00F44AD8">
        <w:rPr>
          <w:rFonts w:eastAsiaTheme="majorEastAsia" w:cstheme="majorBidi"/>
          <w:bCs/>
          <w:szCs w:val="26"/>
          <w:lang w:val="ru-RU"/>
        </w:rPr>
        <w:t>Туристік</w:t>
      </w:r>
      <w:proofErr w:type="spellEnd"/>
      <w:r w:rsidRPr="00F44AD8">
        <w:rPr>
          <w:rFonts w:eastAsiaTheme="majorEastAsia" w:cstheme="majorBidi"/>
          <w:bCs/>
          <w:szCs w:val="26"/>
          <w:lang w:val="ru-RU"/>
        </w:rPr>
        <w:t xml:space="preserve"> станция «Турист </w:t>
      </w:r>
      <w:proofErr w:type="spellStart"/>
      <w:r w:rsidRPr="00F44AD8">
        <w:rPr>
          <w:rFonts w:eastAsiaTheme="majorEastAsia" w:cstheme="majorBidi"/>
          <w:bCs/>
          <w:szCs w:val="26"/>
          <w:lang w:val="ru-RU"/>
        </w:rPr>
        <w:t>дағдылары</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шартты</w:t>
      </w:r>
      <w:proofErr w:type="spellEnd"/>
      <w:r w:rsidRPr="00F44AD8">
        <w:rPr>
          <w:rFonts w:eastAsiaTheme="majorEastAsia" w:cstheme="majorBidi"/>
          <w:bCs/>
          <w:szCs w:val="26"/>
          <w:lang w:val="ru-RU"/>
        </w:rPr>
        <w:t xml:space="preserve"> рюкзак, бивак, </w:t>
      </w:r>
      <w:proofErr w:type="spellStart"/>
      <w:r w:rsidRPr="00F44AD8">
        <w:rPr>
          <w:rFonts w:eastAsiaTheme="majorEastAsia" w:cstheme="majorBidi"/>
          <w:bCs/>
          <w:szCs w:val="26"/>
          <w:lang w:val="ru-RU"/>
        </w:rPr>
        <w:t>түйіндер</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қолда</w:t>
      </w:r>
      <w:proofErr w:type="spellEnd"/>
      <w:r w:rsidRPr="00F44AD8">
        <w:rPr>
          <w:rFonts w:eastAsiaTheme="majorEastAsia" w:cstheme="majorBidi"/>
          <w:bCs/>
          <w:szCs w:val="26"/>
          <w:lang w:val="ru-RU"/>
        </w:rPr>
        <w:t xml:space="preserve"> бар </w:t>
      </w:r>
      <w:proofErr w:type="spellStart"/>
      <w:r w:rsidRPr="00F44AD8">
        <w:rPr>
          <w:rFonts w:eastAsiaTheme="majorEastAsia" w:cstheme="majorBidi"/>
          <w:bCs/>
          <w:szCs w:val="26"/>
          <w:lang w:val="ru-RU"/>
        </w:rPr>
        <w:t>жабдықтар</w:t>
      </w:r>
      <w:proofErr w:type="spellEnd"/>
      <w:r w:rsidRPr="00F44AD8">
        <w:rPr>
          <w:rFonts w:eastAsiaTheme="majorEastAsia" w:cstheme="majorBidi"/>
          <w:bCs/>
          <w:szCs w:val="26"/>
          <w:lang w:val="ru-RU"/>
        </w:rPr>
        <w:t>.</w:t>
      </w:r>
    </w:p>
    <w:p w14:paraId="7EAD4615" w14:textId="57D90E96"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lang w:val="ru-RU"/>
        </w:rPr>
      </w:pPr>
      <w:proofErr w:type="spellStart"/>
      <w:r w:rsidRPr="00F44AD8">
        <w:rPr>
          <w:rFonts w:eastAsiaTheme="majorEastAsia" w:cstheme="majorBidi"/>
          <w:bCs/>
          <w:szCs w:val="26"/>
          <w:lang w:val="ru-RU"/>
        </w:rPr>
        <w:t>Өлкетанымдық</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серуен</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Туған</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өлке</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бақылаулар</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қызықты</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орындар</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картасы</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фотожылнама</w:t>
      </w:r>
      <w:proofErr w:type="spellEnd"/>
      <w:r w:rsidRPr="00F44AD8">
        <w:rPr>
          <w:rFonts w:eastAsiaTheme="majorEastAsia" w:cstheme="majorBidi"/>
          <w:bCs/>
          <w:szCs w:val="26"/>
          <w:lang w:val="ru-RU"/>
        </w:rPr>
        <w:t>.</w:t>
      </w:r>
    </w:p>
    <w:p w14:paraId="586684EB" w14:textId="21A0457D"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lang w:val="ru-RU"/>
        </w:rPr>
      </w:pPr>
      <w:proofErr w:type="spellStart"/>
      <w:r w:rsidRPr="00F44AD8">
        <w:rPr>
          <w:rFonts w:eastAsiaTheme="majorEastAsia" w:cstheme="majorBidi"/>
          <w:bCs/>
          <w:szCs w:val="26"/>
          <w:lang w:val="ru-RU"/>
        </w:rPr>
        <w:t>Экологиялық</w:t>
      </w:r>
      <w:proofErr w:type="spellEnd"/>
      <w:r w:rsidRPr="00F44AD8">
        <w:rPr>
          <w:rFonts w:eastAsiaTheme="majorEastAsia" w:cstheme="majorBidi"/>
          <w:bCs/>
          <w:szCs w:val="26"/>
          <w:lang w:val="ru-RU"/>
        </w:rPr>
        <w:t xml:space="preserve"> маршрут «Таза маршрут»: эко-</w:t>
      </w:r>
      <w:proofErr w:type="spellStart"/>
      <w:r w:rsidRPr="00F44AD8">
        <w:rPr>
          <w:rFonts w:eastAsiaTheme="majorEastAsia" w:cstheme="majorBidi"/>
          <w:bCs/>
          <w:szCs w:val="26"/>
          <w:lang w:val="ru-RU"/>
        </w:rPr>
        <w:t>жадынама</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тазалық</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акциясы</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табиғатқа</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ұқыпты</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қарау</w:t>
      </w:r>
      <w:proofErr w:type="spellEnd"/>
      <w:r w:rsidRPr="00F44AD8">
        <w:rPr>
          <w:rFonts w:eastAsiaTheme="majorEastAsia" w:cstheme="majorBidi"/>
          <w:bCs/>
          <w:szCs w:val="26"/>
          <w:lang w:val="ru-RU"/>
        </w:rPr>
        <w:t>.</w:t>
      </w:r>
    </w:p>
    <w:p w14:paraId="70061DC9" w14:textId="222D1373"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lang w:val="ru-RU"/>
        </w:rPr>
      </w:pPr>
      <w:proofErr w:type="spellStart"/>
      <w:r w:rsidRPr="00F44AD8">
        <w:rPr>
          <w:rFonts w:eastAsiaTheme="majorEastAsia" w:cstheme="majorBidi"/>
          <w:bCs/>
          <w:szCs w:val="26"/>
          <w:lang w:val="ru-RU"/>
        </w:rPr>
        <w:t>Жобалық</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шеберхана</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Жоба</w:t>
      </w:r>
      <w:proofErr w:type="spellEnd"/>
      <w:r w:rsidRPr="00F44AD8">
        <w:rPr>
          <w:rFonts w:eastAsiaTheme="majorEastAsia" w:cstheme="majorBidi"/>
          <w:bCs/>
          <w:szCs w:val="26"/>
          <w:lang w:val="ru-RU"/>
        </w:rPr>
        <w:t xml:space="preserve"> маршруты»: </w:t>
      </w:r>
      <w:proofErr w:type="spellStart"/>
      <w:r w:rsidRPr="00F44AD8">
        <w:rPr>
          <w:rFonts w:eastAsiaTheme="majorEastAsia" w:cstheme="majorBidi"/>
          <w:bCs/>
          <w:szCs w:val="26"/>
          <w:lang w:val="ru-RU"/>
        </w:rPr>
        <w:t>қауіпсіз</w:t>
      </w:r>
      <w:proofErr w:type="spellEnd"/>
      <w:r w:rsidRPr="00F44AD8">
        <w:rPr>
          <w:rFonts w:eastAsiaTheme="majorEastAsia" w:cstheme="majorBidi"/>
          <w:bCs/>
          <w:szCs w:val="26"/>
          <w:lang w:val="ru-RU"/>
        </w:rPr>
        <w:t xml:space="preserve"> маршрут пен презентация </w:t>
      </w:r>
      <w:proofErr w:type="spellStart"/>
      <w:r w:rsidRPr="00F44AD8">
        <w:rPr>
          <w:rFonts w:eastAsiaTheme="majorEastAsia" w:cstheme="majorBidi"/>
          <w:bCs/>
          <w:szCs w:val="26"/>
          <w:lang w:val="ru-RU"/>
        </w:rPr>
        <w:t>әзірлеу</w:t>
      </w:r>
      <w:proofErr w:type="spellEnd"/>
      <w:r w:rsidRPr="00F44AD8">
        <w:rPr>
          <w:rFonts w:eastAsiaTheme="majorEastAsia" w:cstheme="majorBidi"/>
          <w:bCs/>
          <w:szCs w:val="26"/>
          <w:lang w:val="ru-RU"/>
        </w:rPr>
        <w:t>.</w:t>
      </w:r>
    </w:p>
    <w:p w14:paraId="35B18FDF" w14:textId="70D9E192" w:rsidR="00D53DD4" w:rsidRPr="00F44AD8" w:rsidRDefault="00D53DD4" w:rsidP="00F44AD8">
      <w:pPr>
        <w:pStyle w:val="ae"/>
        <w:numPr>
          <w:ilvl w:val="0"/>
          <w:numId w:val="20"/>
        </w:numPr>
        <w:tabs>
          <w:tab w:val="left" w:pos="993"/>
        </w:tabs>
        <w:ind w:left="0" w:firstLine="709"/>
        <w:jc w:val="both"/>
        <w:rPr>
          <w:rFonts w:eastAsiaTheme="majorEastAsia" w:cstheme="majorBidi"/>
          <w:bCs/>
          <w:szCs w:val="26"/>
          <w:lang w:val="ru-RU"/>
        </w:rPr>
      </w:pPr>
      <w:r w:rsidRPr="00F44AD8">
        <w:rPr>
          <w:rFonts w:eastAsiaTheme="majorEastAsia" w:cstheme="majorBidi"/>
          <w:bCs/>
          <w:szCs w:val="26"/>
          <w:lang w:val="ru-RU"/>
        </w:rPr>
        <w:t>Фестиваль «</w:t>
      </w:r>
      <w:proofErr w:type="spellStart"/>
      <w:r w:rsidRPr="00F44AD8">
        <w:rPr>
          <w:rFonts w:eastAsiaTheme="majorEastAsia" w:cstheme="majorBidi"/>
          <w:bCs/>
          <w:szCs w:val="26"/>
          <w:lang w:val="ru-RU"/>
        </w:rPr>
        <w:t>Туристік</w:t>
      </w:r>
      <w:proofErr w:type="spellEnd"/>
      <w:r w:rsidRPr="00F44AD8">
        <w:rPr>
          <w:rFonts w:eastAsiaTheme="majorEastAsia" w:cstheme="majorBidi"/>
          <w:bCs/>
          <w:szCs w:val="26"/>
          <w:lang w:val="ru-RU"/>
        </w:rPr>
        <w:t xml:space="preserve"> фестиваль»: </w:t>
      </w:r>
      <w:proofErr w:type="spellStart"/>
      <w:r w:rsidRPr="00F44AD8">
        <w:rPr>
          <w:rFonts w:eastAsiaTheme="majorEastAsia" w:cstheme="majorBidi"/>
          <w:bCs/>
          <w:szCs w:val="26"/>
          <w:lang w:val="ru-RU"/>
        </w:rPr>
        <w:t>жобаларды</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қорғау</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станциялар</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марапаттау</w:t>
      </w:r>
      <w:proofErr w:type="spellEnd"/>
      <w:r w:rsidRPr="00F44AD8">
        <w:rPr>
          <w:rFonts w:eastAsiaTheme="majorEastAsia" w:cstheme="majorBidi"/>
          <w:bCs/>
          <w:szCs w:val="26"/>
          <w:lang w:val="ru-RU"/>
        </w:rPr>
        <w:t>.</w:t>
      </w:r>
    </w:p>
    <w:p w14:paraId="77E92E8E" w14:textId="24B8F6BC" w:rsidR="00D53DD4" w:rsidRPr="00F44AD8" w:rsidRDefault="00D53DD4" w:rsidP="00F44AD8">
      <w:pPr>
        <w:pStyle w:val="ae"/>
        <w:numPr>
          <w:ilvl w:val="0"/>
          <w:numId w:val="20"/>
        </w:numPr>
        <w:tabs>
          <w:tab w:val="left" w:pos="993"/>
        </w:tabs>
        <w:ind w:left="0" w:firstLine="709"/>
        <w:jc w:val="both"/>
        <w:rPr>
          <w:lang w:val="ru-RU"/>
        </w:rPr>
      </w:pPr>
      <w:proofErr w:type="spellStart"/>
      <w:r w:rsidRPr="00F44AD8">
        <w:rPr>
          <w:rFonts w:eastAsiaTheme="majorEastAsia" w:cstheme="majorBidi"/>
          <w:bCs/>
          <w:szCs w:val="26"/>
          <w:lang w:val="ru-RU"/>
        </w:rPr>
        <w:t>Қорытынды</w:t>
      </w:r>
      <w:proofErr w:type="spellEnd"/>
      <w:r w:rsidRPr="00F44AD8">
        <w:rPr>
          <w:rFonts w:eastAsiaTheme="majorEastAsia" w:cstheme="majorBidi"/>
          <w:bCs/>
          <w:szCs w:val="26"/>
          <w:lang w:val="ru-RU"/>
        </w:rPr>
        <w:t xml:space="preserve"> рефлексия «</w:t>
      </w:r>
      <w:proofErr w:type="spellStart"/>
      <w:r w:rsidRPr="00F44AD8">
        <w:rPr>
          <w:rFonts w:eastAsiaTheme="majorEastAsia" w:cstheme="majorBidi"/>
          <w:bCs/>
          <w:szCs w:val="26"/>
          <w:lang w:val="ru-RU"/>
        </w:rPr>
        <w:t>Менің</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қауіпсіз</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маршрутым</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өзін-өзі</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бағалау</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алғыс</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айту</w:t>
      </w:r>
      <w:proofErr w:type="spellEnd"/>
      <w:r w:rsidRPr="00F44AD8">
        <w:rPr>
          <w:rFonts w:eastAsiaTheme="majorEastAsia" w:cstheme="majorBidi"/>
          <w:bCs/>
          <w:szCs w:val="26"/>
          <w:lang w:val="ru-RU"/>
        </w:rPr>
        <w:t xml:space="preserve">, </w:t>
      </w:r>
      <w:proofErr w:type="spellStart"/>
      <w:r w:rsidRPr="00F44AD8">
        <w:rPr>
          <w:rFonts w:eastAsiaTheme="majorEastAsia" w:cstheme="majorBidi"/>
          <w:bCs/>
          <w:szCs w:val="26"/>
          <w:lang w:val="ru-RU"/>
        </w:rPr>
        <w:t>келешек</w:t>
      </w:r>
      <w:proofErr w:type="spellEnd"/>
      <w:r w:rsidRPr="00F44AD8">
        <w:rPr>
          <w:rFonts w:eastAsiaTheme="majorEastAsia" w:cstheme="majorBidi"/>
          <w:bCs/>
          <w:szCs w:val="26"/>
          <w:lang w:val="ru-RU"/>
        </w:rPr>
        <w:t xml:space="preserve"> даму </w:t>
      </w:r>
      <w:proofErr w:type="spellStart"/>
      <w:r w:rsidRPr="00F44AD8">
        <w:rPr>
          <w:rFonts w:eastAsiaTheme="majorEastAsia" w:cstheme="majorBidi"/>
          <w:bCs/>
          <w:szCs w:val="26"/>
          <w:lang w:val="ru-RU"/>
        </w:rPr>
        <w:t>жоспарлары</w:t>
      </w:r>
      <w:proofErr w:type="spellEnd"/>
      <w:r w:rsidRPr="00F44AD8">
        <w:rPr>
          <w:rFonts w:eastAsiaTheme="majorEastAsia" w:cstheme="majorBidi"/>
          <w:bCs/>
          <w:szCs w:val="26"/>
          <w:lang w:val="ru-RU"/>
        </w:rPr>
        <w:t>.</w:t>
      </w:r>
    </w:p>
    <w:p w14:paraId="47AC07E7" w14:textId="447830CE" w:rsidR="00D53DD4" w:rsidRDefault="00D53DD4" w:rsidP="00D53DD4">
      <w:pPr>
        <w:ind w:firstLine="0"/>
        <w:rPr>
          <w:lang w:val="ru-RU"/>
        </w:rPr>
      </w:pPr>
    </w:p>
    <w:p w14:paraId="51F522E8" w14:textId="77777777" w:rsidR="00C46C6A" w:rsidRDefault="00C46C6A" w:rsidP="00D53DD4">
      <w:pPr>
        <w:ind w:firstLine="0"/>
        <w:rPr>
          <w:lang w:val="ru-RU"/>
        </w:rPr>
      </w:pPr>
    </w:p>
    <w:p w14:paraId="2DB80EBF" w14:textId="77777777" w:rsidR="00D53DD4" w:rsidRPr="00A76CAE" w:rsidRDefault="00D53DD4" w:rsidP="00F44AD8">
      <w:pPr>
        <w:jc w:val="center"/>
        <w:rPr>
          <w:b/>
          <w:lang w:val="ru-RU"/>
        </w:rPr>
      </w:pPr>
      <w:r w:rsidRPr="00A76CAE">
        <w:rPr>
          <w:b/>
          <w:lang w:val="ru-RU"/>
        </w:rPr>
        <w:t xml:space="preserve">6-бөлім. </w:t>
      </w:r>
      <w:proofErr w:type="spellStart"/>
      <w:r w:rsidRPr="00A76CAE">
        <w:rPr>
          <w:b/>
          <w:lang w:val="ru-RU"/>
        </w:rPr>
        <w:t>Бағдарламаны</w:t>
      </w:r>
      <w:proofErr w:type="spellEnd"/>
      <w:r w:rsidRPr="00A76CAE">
        <w:rPr>
          <w:b/>
          <w:lang w:val="ru-RU"/>
        </w:rPr>
        <w:t xml:space="preserve"> </w:t>
      </w:r>
      <w:proofErr w:type="spellStart"/>
      <w:r w:rsidRPr="00A76CAE">
        <w:rPr>
          <w:b/>
          <w:lang w:val="ru-RU"/>
        </w:rPr>
        <w:t>іске</w:t>
      </w:r>
      <w:proofErr w:type="spellEnd"/>
      <w:r w:rsidRPr="00A76CAE">
        <w:rPr>
          <w:b/>
          <w:lang w:val="ru-RU"/>
        </w:rPr>
        <w:t xml:space="preserve"> </w:t>
      </w:r>
      <w:proofErr w:type="spellStart"/>
      <w:r w:rsidRPr="00A76CAE">
        <w:rPr>
          <w:b/>
          <w:lang w:val="ru-RU"/>
        </w:rPr>
        <w:t>асыру</w:t>
      </w:r>
      <w:proofErr w:type="spellEnd"/>
      <w:r w:rsidRPr="00A76CAE">
        <w:rPr>
          <w:b/>
          <w:lang w:val="ru-RU"/>
        </w:rPr>
        <w:t xml:space="preserve"> </w:t>
      </w:r>
      <w:proofErr w:type="spellStart"/>
      <w:r w:rsidRPr="00A76CAE">
        <w:rPr>
          <w:b/>
          <w:lang w:val="ru-RU"/>
        </w:rPr>
        <w:t>шарттары</w:t>
      </w:r>
      <w:proofErr w:type="spellEnd"/>
    </w:p>
    <w:p w14:paraId="091A8976" w14:textId="77777777" w:rsidR="00D53DD4" w:rsidRPr="00A76CAE" w:rsidRDefault="00D53DD4" w:rsidP="00F44AD8">
      <w:pPr>
        <w:jc w:val="center"/>
        <w:rPr>
          <w:lang w:val="ru-RU"/>
        </w:rPr>
      </w:pPr>
    </w:p>
    <w:p w14:paraId="5A181FB3" w14:textId="77777777" w:rsidR="00D53DD4" w:rsidRPr="00A76CAE" w:rsidRDefault="00D53DD4" w:rsidP="00D53DD4">
      <w:pPr>
        <w:jc w:val="both"/>
        <w:rPr>
          <w:lang w:val="ru-RU"/>
        </w:rPr>
      </w:pPr>
      <w:r w:rsidRPr="00A76CAE">
        <w:rPr>
          <w:lang w:val="ru-RU"/>
        </w:rPr>
        <w:t xml:space="preserve">Осы </w:t>
      </w:r>
      <w:proofErr w:type="spellStart"/>
      <w:r w:rsidRPr="00A76CAE">
        <w:rPr>
          <w:lang w:val="ru-RU"/>
        </w:rPr>
        <w:t>бөлім</w:t>
      </w:r>
      <w:proofErr w:type="spellEnd"/>
      <w:r w:rsidRPr="00A76CAE">
        <w:rPr>
          <w:lang w:val="ru-RU"/>
        </w:rPr>
        <w:t xml:space="preserve"> </w:t>
      </w:r>
      <w:proofErr w:type="spellStart"/>
      <w:r w:rsidRPr="00A76CAE">
        <w:rPr>
          <w:lang w:val="ru-RU"/>
        </w:rPr>
        <w:t>кәмелетке</w:t>
      </w:r>
      <w:proofErr w:type="spellEnd"/>
      <w:r w:rsidRPr="00A76CAE">
        <w:rPr>
          <w:lang w:val="ru-RU"/>
        </w:rPr>
        <w:t xml:space="preserve"> </w:t>
      </w:r>
      <w:proofErr w:type="spellStart"/>
      <w:r w:rsidRPr="00A76CAE">
        <w:rPr>
          <w:lang w:val="ru-RU"/>
        </w:rPr>
        <w:t>толмағандардың</w:t>
      </w:r>
      <w:proofErr w:type="spellEnd"/>
      <w:r w:rsidRPr="00A76CAE">
        <w:rPr>
          <w:lang w:val="ru-RU"/>
        </w:rPr>
        <w:t xml:space="preserve"> </w:t>
      </w:r>
      <w:proofErr w:type="spellStart"/>
      <w:r w:rsidRPr="00A76CAE">
        <w:rPr>
          <w:lang w:val="ru-RU"/>
        </w:rPr>
        <w:t>өмірі</w:t>
      </w:r>
      <w:proofErr w:type="spellEnd"/>
      <w:r w:rsidRPr="00A76CAE">
        <w:rPr>
          <w:lang w:val="ru-RU"/>
        </w:rPr>
        <w:t xml:space="preserve"> мен </w:t>
      </w:r>
      <w:proofErr w:type="spellStart"/>
      <w:r w:rsidRPr="00A76CAE">
        <w:rPr>
          <w:lang w:val="ru-RU"/>
        </w:rPr>
        <w:t>денсаулығын</w:t>
      </w:r>
      <w:proofErr w:type="spellEnd"/>
      <w:r w:rsidRPr="00A76CAE">
        <w:rPr>
          <w:lang w:val="ru-RU"/>
        </w:rPr>
        <w:t xml:space="preserve"> </w:t>
      </w:r>
      <w:proofErr w:type="spellStart"/>
      <w:r w:rsidRPr="00A76CAE">
        <w:rPr>
          <w:lang w:val="ru-RU"/>
        </w:rPr>
        <w:t>қорғау</w:t>
      </w:r>
      <w:proofErr w:type="spellEnd"/>
      <w:r w:rsidRPr="00A76CAE">
        <w:rPr>
          <w:lang w:val="ru-RU"/>
        </w:rPr>
        <w:t xml:space="preserve">, </w:t>
      </w:r>
      <w:proofErr w:type="spellStart"/>
      <w:r w:rsidRPr="00A76CAE">
        <w:rPr>
          <w:lang w:val="ru-RU"/>
        </w:rPr>
        <w:t>санитарлық-эпидемиологиялық</w:t>
      </w:r>
      <w:proofErr w:type="spellEnd"/>
      <w:r w:rsidRPr="00A76CAE">
        <w:rPr>
          <w:lang w:val="ru-RU"/>
        </w:rPr>
        <w:t xml:space="preserve"> </w:t>
      </w:r>
      <w:proofErr w:type="spellStart"/>
      <w:r w:rsidRPr="00A76CAE">
        <w:rPr>
          <w:lang w:val="ru-RU"/>
        </w:rPr>
        <w:t>талаптарды</w:t>
      </w:r>
      <w:proofErr w:type="spellEnd"/>
      <w:r w:rsidRPr="00A76CAE">
        <w:rPr>
          <w:lang w:val="ru-RU"/>
        </w:rPr>
        <w:t xml:space="preserve"> </w:t>
      </w:r>
      <w:proofErr w:type="spellStart"/>
      <w:r w:rsidRPr="00A76CAE">
        <w:rPr>
          <w:lang w:val="ru-RU"/>
        </w:rPr>
        <w:t>сақтау</w:t>
      </w:r>
      <w:proofErr w:type="spellEnd"/>
      <w:r w:rsidRPr="00A76CAE">
        <w:rPr>
          <w:lang w:val="ru-RU"/>
        </w:rPr>
        <w:t xml:space="preserve">, </w:t>
      </w:r>
      <w:proofErr w:type="spellStart"/>
      <w:r w:rsidRPr="00A76CAE">
        <w:rPr>
          <w:lang w:val="ru-RU"/>
        </w:rPr>
        <w:t>тұру</w:t>
      </w:r>
      <w:proofErr w:type="spellEnd"/>
      <w:r w:rsidRPr="00A76CAE">
        <w:rPr>
          <w:lang w:val="ru-RU"/>
        </w:rPr>
        <w:t xml:space="preserve">, </w:t>
      </w:r>
      <w:proofErr w:type="spellStart"/>
      <w:r w:rsidRPr="00A76CAE">
        <w:rPr>
          <w:lang w:val="ru-RU"/>
        </w:rPr>
        <w:t>тамақтану</w:t>
      </w:r>
      <w:proofErr w:type="spellEnd"/>
      <w:r w:rsidRPr="00A76CAE">
        <w:rPr>
          <w:lang w:val="ru-RU"/>
        </w:rPr>
        <w:t xml:space="preserve">, </w:t>
      </w:r>
      <w:proofErr w:type="spellStart"/>
      <w:r w:rsidRPr="00A76CAE">
        <w:rPr>
          <w:lang w:val="ru-RU"/>
        </w:rPr>
        <w:t>демалыс</w:t>
      </w:r>
      <w:proofErr w:type="spellEnd"/>
      <w:r w:rsidRPr="00A76CAE">
        <w:rPr>
          <w:lang w:val="ru-RU"/>
        </w:rPr>
        <w:t xml:space="preserve"> </w:t>
      </w:r>
      <w:proofErr w:type="spellStart"/>
      <w:r w:rsidRPr="00A76CAE">
        <w:rPr>
          <w:lang w:val="ru-RU"/>
        </w:rPr>
        <w:t>режимін</w:t>
      </w:r>
      <w:proofErr w:type="spellEnd"/>
      <w:r w:rsidRPr="00A76CAE">
        <w:rPr>
          <w:lang w:val="ru-RU"/>
        </w:rPr>
        <w:t xml:space="preserve"> </w:t>
      </w:r>
      <w:proofErr w:type="spellStart"/>
      <w:r w:rsidRPr="00A76CAE">
        <w:rPr>
          <w:lang w:val="ru-RU"/>
        </w:rPr>
        <w:t>ұйымдастыру</w:t>
      </w:r>
      <w:proofErr w:type="spellEnd"/>
      <w:r w:rsidRPr="00A76CAE">
        <w:rPr>
          <w:lang w:val="ru-RU"/>
        </w:rPr>
        <w:t xml:space="preserve">, </w:t>
      </w:r>
      <w:proofErr w:type="spellStart"/>
      <w:r w:rsidRPr="00A76CAE">
        <w:rPr>
          <w:lang w:val="ru-RU"/>
        </w:rPr>
        <w:t>медициналық</w:t>
      </w:r>
      <w:proofErr w:type="spellEnd"/>
      <w:r w:rsidRPr="00A76CAE">
        <w:rPr>
          <w:lang w:val="ru-RU"/>
        </w:rPr>
        <w:t xml:space="preserve"> </w:t>
      </w:r>
      <w:proofErr w:type="spellStart"/>
      <w:r w:rsidRPr="00A76CAE">
        <w:rPr>
          <w:lang w:val="ru-RU"/>
        </w:rPr>
        <w:t>сүйемелдеу</w:t>
      </w:r>
      <w:proofErr w:type="spellEnd"/>
      <w:r w:rsidRPr="00A76CAE">
        <w:rPr>
          <w:lang w:val="ru-RU"/>
        </w:rPr>
        <w:t xml:space="preserve"> </w:t>
      </w:r>
      <w:proofErr w:type="spellStart"/>
      <w:r w:rsidRPr="00A76CAE">
        <w:rPr>
          <w:lang w:val="ru-RU"/>
        </w:rPr>
        <w:t>және</w:t>
      </w:r>
      <w:proofErr w:type="spellEnd"/>
      <w:r>
        <w:rPr>
          <w:lang w:val="ru-RU"/>
        </w:rPr>
        <w:t xml:space="preserve"> </w:t>
      </w:r>
      <w:proofErr w:type="spellStart"/>
      <w:r>
        <w:rPr>
          <w:lang w:val="ru-RU"/>
        </w:rPr>
        <w:t>алдын</w:t>
      </w:r>
      <w:proofErr w:type="spellEnd"/>
      <w:r>
        <w:rPr>
          <w:lang w:val="ru-RU"/>
        </w:rPr>
        <w:t xml:space="preserve"> </w:t>
      </w:r>
      <w:proofErr w:type="spellStart"/>
      <w:r>
        <w:rPr>
          <w:lang w:val="ru-RU"/>
        </w:rPr>
        <w:t>алу</w:t>
      </w:r>
      <w:proofErr w:type="spellEnd"/>
      <w:r w:rsidRPr="00A76CAE">
        <w:rPr>
          <w:lang w:val="ru-RU"/>
        </w:rPr>
        <w:t xml:space="preserve"> </w:t>
      </w:r>
      <w:proofErr w:type="spellStart"/>
      <w:r w:rsidRPr="00A76CAE">
        <w:rPr>
          <w:lang w:val="ru-RU"/>
        </w:rPr>
        <w:t>іс-шаралар</w:t>
      </w:r>
      <w:proofErr w:type="spellEnd"/>
      <w:r w:rsidRPr="00A76CAE">
        <w:rPr>
          <w:lang w:val="ru-RU"/>
        </w:rPr>
        <w:t xml:space="preserve">, </w:t>
      </w:r>
      <w:proofErr w:type="spellStart"/>
      <w:r w:rsidRPr="00A76CAE">
        <w:rPr>
          <w:lang w:val="ru-RU"/>
        </w:rPr>
        <w:t>өрт</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антитеррористік</w:t>
      </w:r>
      <w:proofErr w:type="spellEnd"/>
      <w:r w:rsidRPr="00A76CAE">
        <w:rPr>
          <w:lang w:val="ru-RU"/>
        </w:rPr>
        <w:t xml:space="preserve"> </w:t>
      </w:r>
      <w:proofErr w:type="spellStart"/>
      <w:r w:rsidRPr="00A76CAE">
        <w:rPr>
          <w:lang w:val="ru-RU"/>
        </w:rPr>
        <w:t>қауіпсіздікті</w:t>
      </w:r>
      <w:proofErr w:type="spellEnd"/>
      <w:r w:rsidRPr="00A76CAE">
        <w:rPr>
          <w:lang w:val="ru-RU"/>
        </w:rPr>
        <w:t xml:space="preserve"> </w:t>
      </w:r>
      <w:proofErr w:type="spellStart"/>
      <w:r w:rsidRPr="00A76CAE">
        <w:rPr>
          <w:lang w:val="ru-RU"/>
        </w:rPr>
        <w:t>қамтамасыз</w:t>
      </w:r>
      <w:proofErr w:type="spellEnd"/>
      <w:r w:rsidRPr="00A76CAE">
        <w:rPr>
          <w:lang w:val="ru-RU"/>
        </w:rPr>
        <w:t xml:space="preserve"> </w:t>
      </w:r>
      <w:proofErr w:type="spellStart"/>
      <w:r w:rsidRPr="00A76CAE">
        <w:rPr>
          <w:lang w:val="ru-RU"/>
        </w:rPr>
        <w:t>ету</w:t>
      </w:r>
      <w:proofErr w:type="spellEnd"/>
      <w:r w:rsidRPr="00A76CAE">
        <w:rPr>
          <w:lang w:val="ru-RU"/>
        </w:rPr>
        <w:t xml:space="preserve">, </w:t>
      </w:r>
      <w:proofErr w:type="spellStart"/>
      <w:r w:rsidRPr="00A76CAE">
        <w:rPr>
          <w:lang w:val="ru-RU"/>
        </w:rPr>
        <w:t>климаттық</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табиғи</w:t>
      </w:r>
      <w:proofErr w:type="spellEnd"/>
      <w:r w:rsidRPr="00A76CAE">
        <w:rPr>
          <w:lang w:val="ru-RU"/>
        </w:rPr>
        <w:t xml:space="preserve"> </w:t>
      </w:r>
      <w:proofErr w:type="spellStart"/>
      <w:r w:rsidRPr="00A76CAE">
        <w:rPr>
          <w:lang w:val="ru-RU"/>
        </w:rPr>
        <w:t>ерекшеліктерді</w:t>
      </w:r>
      <w:proofErr w:type="spellEnd"/>
      <w:r w:rsidRPr="00A76CAE">
        <w:rPr>
          <w:lang w:val="ru-RU"/>
        </w:rPr>
        <w:t xml:space="preserve"> </w:t>
      </w:r>
      <w:proofErr w:type="spellStart"/>
      <w:r w:rsidRPr="00A76CAE">
        <w:rPr>
          <w:lang w:val="ru-RU"/>
        </w:rPr>
        <w:t>ескеру</w:t>
      </w:r>
      <w:proofErr w:type="spellEnd"/>
      <w:r w:rsidRPr="00A76CAE">
        <w:rPr>
          <w:lang w:val="ru-RU"/>
        </w:rPr>
        <w:t xml:space="preserve">, </w:t>
      </w:r>
      <w:proofErr w:type="spellStart"/>
      <w:r w:rsidRPr="00A76CAE">
        <w:rPr>
          <w:lang w:val="ru-RU"/>
        </w:rPr>
        <w:t>сондай-ақ</w:t>
      </w:r>
      <w:proofErr w:type="spellEnd"/>
      <w:r w:rsidRPr="00A76CAE">
        <w:rPr>
          <w:lang w:val="ru-RU"/>
        </w:rPr>
        <w:t xml:space="preserve"> </w:t>
      </w:r>
      <w:proofErr w:type="spellStart"/>
      <w:r w:rsidRPr="00A76CAE">
        <w:rPr>
          <w:lang w:val="ru-RU"/>
        </w:rPr>
        <w:t>ерекше</w:t>
      </w:r>
      <w:proofErr w:type="spellEnd"/>
      <w:r w:rsidRPr="00A76CAE">
        <w:rPr>
          <w:lang w:val="ru-RU"/>
        </w:rPr>
        <w:t xml:space="preserve"> </w:t>
      </w:r>
      <w:proofErr w:type="spellStart"/>
      <w:r w:rsidRPr="00A76CAE">
        <w:rPr>
          <w:lang w:val="ru-RU"/>
        </w:rPr>
        <w:t>білім</w:t>
      </w:r>
      <w:proofErr w:type="spellEnd"/>
      <w:r w:rsidRPr="00A76CAE">
        <w:rPr>
          <w:lang w:val="ru-RU"/>
        </w:rPr>
        <w:t xml:space="preserve"> беру </w:t>
      </w:r>
      <w:proofErr w:type="spellStart"/>
      <w:r w:rsidRPr="00A76CAE">
        <w:rPr>
          <w:lang w:val="ru-RU"/>
        </w:rPr>
        <w:t>қажеттіліктері</w:t>
      </w:r>
      <w:proofErr w:type="spellEnd"/>
      <w:r w:rsidRPr="00A76CAE">
        <w:rPr>
          <w:lang w:val="ru-RU"/>
        </w:rPr>
        <w:t xml:space="preserve"> бар </w:t>
      </w:r>
      <w:proofErr w:type="spellStart"/>
      <w:r w:rsidRPr="00A76CAE">
        <w:rPr>
          <w:lang w:val="ru-RU"/>
        </w:rPr>
        <w:t>балалар</w:t>
      </w:r>
      <w:proofErr w:type="spellEnd"/>
      <w:r w:rsidRPr="00A76CAE">
        <w:rPr>
          <w:lang w:val="ru-RU"/>
        </w:rPr>
        <w:t xml:space="preserve"> </w:t>
      </w:r>
      <w:proofErr w:type="spellStart"/>
      <w:r w:rsidRPr="00A76CAE">
        <w:rPr>
          <w:lang w:val="ru-RU"/>
        </w:rPr>
        <w:t>үшін</w:t>
      </w:r>
      <w:proofErr w:type="spellEnd"/>
      <w:r w:rsidRPr="00A76CAE">
        <w:rPr>
          <w:lang w:val="ru-RU"/>
        </w:rPr>
        <w:t xml:space="preserve"> </w:t>
      </w:r>
      <w:proofErr w:type="spellStart"/>
      <w:r w:rsidRPr="00A76CAE">
        <w:rPr>
          <w:lang w:val="ru-RU"/>
        </w:rPr>
        <w:t>қолжетімді</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қауіпсіз</w:t>
      </w:r>
      <w:proofErr w:type="spellEnd"/>
      <w:r w:rsidRPr="00A76CAE">
        <w:rPr>
          <w:lang w:val="ru-RU"/>
        </w:rPr>
        <w:t xml:space="preserve"> </w:t>
      </w:r>
      <w:proofErr w:type="spellStart"/>
      <w:r w:rsidRPr="00A76CAE">
        <w:rPr>
          <w:lang w:val="ru-RU"/>
        </w:rPr>
        <w:t>ортаны</w:t>
      </w:r>
      <w:proofErr w:type="spellEnd"/>
      <w:r w:rsidRPr="00A76CAE">
        <w:rPr>
          <w:lang w:val="ru-RU"/>
        </w:rPr>
        <w:t xml:space="preserve"> </w:t>
      </w:r>
      <w:proofErr w:type="spellStart"/>
      <w:r w:rsidRPr="00A76CAE">
        <w:rPr>
          <w:lang w:val="ru-RU"/>
        </w:rPr>
        <w:t>қамтамасыз</w:t>
      </w:r>
      <w:proofErr w:type="spellEnd"/>
      <w:r w:rsidRPr="00A76CAE">
        <w:rPr>
          <w:lang w:val="ru-RU"/>
        </w:rPr>
        <w:t xml:space="preserve"> </w:t>
      </w:r>
      <w:proofErr w:type="spellStart"/>
      <w:r w:rsidRPr="00A76CAE">
        <w:rPr>
          <w:lang w:val="ru-RU"/>
        </w:rPr>
        <w:t>ету</w:t>
      </w:r>
      <w:proofErr w:type="spellEnd"/>
      <w:r w:rsidRPr="00A76CAE">
        <w:rPr>
          <w:lang w:val="ru-RU"/>
        </w:rPr>
        <w:t xml:space="preserve"> </w:t>
      </w:r>
      <w:proofErr w:type="spellStart"/>
      <w:r w:rsidRPr="00A76CAE">
        <w:rPr>
          <w:lang w:val="ru-RU"/>
        </w:rPr>
        <w:t>шарттарын</w:t>
      </w:r>
      <w:proofErr w:type="spellEnd"/>
      <w:r w:rsidRPr="00A76CAE">
        <w:rPr>
          <w:lang w:val="ru-RU"/>
        </w:rPr>
        <w:t xml:space="preserve"> </w:t>
      </w:r>
      <w:proofErr w:type="spellStart"/>
      <w:r w:rsidRPr="00A76CAE">
        <w:rPr>
          <w:lang w:val="ru-RU"/>
        </w:rPr>
        <w:t>сипаттайды</w:t>
      </w:r>
      <w:proofErr w:type="spellEnd"/>
      <w:r w:rsidRPr="00A76CAE">
        <w:rPr>
          <w:lang w:val="ru-RU"/>
        </w:rPr>
        <w:t>.</w:t>
      </w:r>
    </w:p>
    <w:p w14:paraId="6A84F9D4" w14:textId="77777777" w:rsidR="00D53DD4" w:rsidRPr="00A76CAE" w:rsidRDefault="00D53DD4" w:rsidP="00D53DD4">
      <w:pPr>
        <w:jc w:val="both"/>
        <w:rPr>
          <w:b/>
          <w:lang w:val="ru-RU"/>
        </w:rPr>
      </w:pPr>
      <w:proofErr w:type="spellStart"/>
      <w:r w:rsidRPr="00A76CAE">
        <w:rPr>
          <w:b/>
          <w:lang w:val="ru-RU"/>
        </w:rPr>
        <w:t>Ұйымдастырушылық</w:t>
      </w:r>
      <w:proofErr w:type="spellEnd"/>
      <w:r w:rsidRPr="00A76CAE">
        <w:rPr>
          <w:b/>
          <w:lang w:val="ru-RU"/>
        </w:rPr>
        <w:t xml:space="preserve"> </w:t>
      </w:r>
      <w:proofErr w:type="spellStart"/>
      <w:r w:rsidRPr="00A76CAE">
        <w:rPr>
          <w:b/>
          <w:lang w:val="ru-RU"/>
        </w:rPr>
        <w:t>шарттар</w:t>
      </w:r>
      <w:proofErr w:type="spellEnd"/>
    </w:p>
    <w:p w14:paraId="0A713820" w14:textId="77777777" w:rsidR="00D53DD4" w:rsidRPr="00A76CAE" w:rsidRDefault="00D53DD4" w:rsidP="00D53DD4">
      <w:pPr>
        <w:jc w:val="both"/>
        <w:rPr>
          <w:lang w:val="ru-RU"/>
        </w:rPr>
      </w:pPr>
      <w:proofErr w:type="spellStart"/>
      <w:r w:rsidRPr="00A76CAE">
        <w:rPr>
          <w:lang w:val="ru-RU"/>
        </w:rPr>
        <w:t>Қатысушылардың</w:t>
      </w:r>
      <w:proofErr w:type="spellEnd"/>
      <w:r w:rsidRPr="00A76CAE">
        <w:rPr>
          <w:lang w:val="ru-RU"/>
        </w:rPr>
        <w:t xml:space="preserve"> </w:t>
      </w:r>
      <w:proofErr w:type="spellStart"/>
      <w:r w:rsidRPr="00A76CAE">
        <w:rPr>
          <w:lang w:val="ru-RU"/>
        </w:rPr>
        <w:t>қызметі</w:t>
      </w:r>
      <w:proofErr w:type="spellEnd"/>
      <w:r w:rsidRPr="00A76CAE">
        <w:rPr>
          <w:lang w:val="ru-RU"/>
        </w:rPr>
        <w:t xml:space="preserve"> </w:t>
      </w:r>
      <w:proofErr w:type="spellStart"/>
      <w:r w:rsidRPr="00A76CAE">
        <w:rPr>
          <w:lang w:val="ru-RU"/>
        </w:rPr>
        <w:t>күн</w:t>
      </w:r>
      <w:proofErr w:type="spellEnd"/>
      <w:r w:rsidRPr="00A76CAE">
        <w:rPr>
          <w:lang w:val="ru-RU"/>
        </w:rPr>
        <w:t xml:space="preserve"> </w:t>
      </w:r>
      <w:proofErr w:type="spellStart"/>
      <w:r w:rsidRPr="00A76CAE">
        <w:rPr>
          <w:lang w:val="ru-RU"/>
        </w:rPr>
        <w:t>тәртібіне</w:t>
      </w:r>
      <w:proofErr w:type="spellEnd"/>
      <w:r w:rsidRPr="00A76CAE">
        <w:rPr>
          <w:lang w:val="ru-RU"/>
        </w:rPr>
        <w:t xml:space="preserve">, </w:t>
      </w:r>
      <w:proofErr w:type="spellStart"/>
      <w:r w:rsidRPr="00A76CAE">
        <w:rPr>
          <w:lang w:val="ru-RU"/>
        </w:rPr>
        <w:t>санитарлық-эпидемиологиялық</w:t>
      </w:r>
      <w:proofErr w:type="spellEnd"/>
      <w:r w:rsidRPr="00A76CAE">
        <w:rPr>
          <w:lang w:val="ru-RU"/>
        </w:rPr>
        <w:t xml:space="preserve"> </w:t>
      </w:r>
      <w:proofErr w:type="spellStart"/>
      <w:r w:rsidRPr="00A76CAE">
        <w:rPr>
          <w:lang w:val="ru-RU"/>
        </w:rPr>
        <w:t>талаптарға</w:t>
      </w:r>
      <w:proofErr w:type="spellEnd"/>
      <w:r w:rsidRPr="00A76CAE">
        <w:rPr>
          <w:lang w:val="ru-RU"/>
        </w:rPr>
        <w:t xml:space="preserve">, </w:t>
      </w:r>
      <w:proofErr w:type="spellStart"/>
      <w:r w:rsidRPr="00A76CAE">
        <w:rPr>
          <w:lang w:val="ru-RU"/>
        </w:rPr>
        <w:t>өмір</w:t>
      </w:r>
      <w:proofErr w:type="spellEnd"/>
      <w:r w:rsidRPr="00A76CAE">
        <w:rPr>
          <w:lang w:val="ru-RU"/>
        </w:rPr>
        <w:t xml:space="preserve"> </w:t>
      </w:r>
      <w:proofErr w:type="spellStart"/>
      <w:r w:rsidRPr="00A76CAE">
        <w:rPr>
          <w:lang w:val="ru-RU"/>
        </w:rPr>
        <w:t>қауіпсіздігі</w:t>
      </w:r>
      <w:proofErr w:type="spellEnd"/>
      <w:r w:rsidRPr="00A76CAE">
        <w:rPr>
          <w:lang w:val="ru-RU"/>
        </w:rPr>
        <w:t xml:space="preserve"> </w:t>
      </w:r>
      <w:proofErr w:type="spellStart"/>
      <w:r w:rsidRPr="00A76CAE">
        <w:rPr>
          <w:lang w:val="ru-RU"/>
        </w:rPr>
        <w:t>талаптарына</w:t>
      </w:r>
      <w:proofErr w:type="spellEnd"/>
      <w:r w:rsidRPr="00A76CAE">
        <w:rPr>
          <w:lang w:val="ru-RU"/>
        </w:rPr>
        <w:t xml:space="preserve">, </w:t>
      </w:r>
      <w:proofErr w:type="spellStart"/>
      <w:r w:rsidRPr="00A76CAE">
        <w:rPr>
          <w:lang w:val="ru-RU"/>
        </w:rPr>
        <w:t>жас</w:t>
      </w:r>
      <w:proofErr w:type="spellEnd"/>
      <w:r w:rsidRPr="00A76CAE">
        <w:rPr>
          <w:lang w:val="ru-RU"/>
        </w:rPr>
        <w:t xml:space="preserve"> </w:t>
      </w:r>
      <w:proofErr w:type="spellStart"/>
      <w:r w:rsidRPr="00A76CAE">
        <w:rPr>
          <w:lang w:val="ru-RU"/>
        </w:rPr>
        <w:t>ерекшеліктеріне</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ауысым</w:t>
      </w:r>
      <w:proofErr w:type="spellEnd"/>
      <w:r w:rsidRPr="00A76CAE">
        <w:rPr>
          <w:lang w:val="ru-RU"/>
        </w:rPr>
        <w:t xml:space="preserve"> </w:t>
      </w:r>
      <w:proofErr w:type="spellStart"/>
      <w:r w:rsidRPr="00A76CAE">
        <w:rPr>
          <w:lang w:val="ru-RU"/>
        </w:rPr>
        <w:t>мазмұнына</w:t>
      </w:r>
      <w:proofErr w:type="spellEnd"/>
      <w:r w:rsidRPr="00A76CAE">
        <w:rPr>
          <w:lang w:val="ru-RU"/>
        </w:rPr>
        <w:t xml:space="preserve"> </w:t>
      </w:r>
      <w:proofErr w:type="spellStart"/>
      <w:r w:rsidRPr="00A76CAE">
        <w:rPr>
          <w:lang w:val="ru-RU"/>
        </w:rPr>
        <w:t>сәйкес</w:t>
      </w:r>
      <w:proofErr w:type="spellEnd"/>
      <w:r w:rsidRPr="00A76CAE">
        <w:rPr>
          <w:lang w:val="ru-RU"/>
        </w:rPr>
        <w:t xml:space="preserve"> </w:t>
      </w:r>
      <w:proofErr w:type="spellStart"/>
      <w:r w:rsidRPr="00A76CAE">
        <w:rPr>
          <w:lang w:val="ru-RU"/>
        </w:rPr>
        <w:t>ұйымдастырылады</w:t>
      </w:r>
      <w:proofErr w:type="spellEnd"/>
      <w:r w:rsidRPr="00A76CAE">
        <w:rPr>
          <w:lang w:val="ru-RU"/>
        </w:rPr>
        <w:t>.</w:t>
      </w:r>
    </w:p>
    <w:p w14:paraId="3482CBA3" w14:textId="77777777" w:rsidR="00D53DD4" w:rsidRPr="00A76CAE" w:rsidRDefault="00D53DD4" w:rsidP="00D53DD4">
      <w:pPr>
        <w:jc w:val="both"/>
        <w:rPr>
          <w:lang w:val="ru-RU"/>
        </w:rPr>
      </w:pPr>
      <w:proofErr w:type="spellStart"/>
      <w:r w:rsidRPr="00A76CAE">
        <w:rPr>
          <w:lang w:val="ru-RU"/>
        </w:rPr>
        <w:t>Жасақтарды</w:t>
      </w:r>
      <w:proofErr w:type="spellEnd"/>
      <w:r w:rsidRPr="00A76CAE">
        <w:rPr>
          <w:lang w:val="ru-RU"/>
        </w:rPr>
        <w:t xml:space="preserve"> </w:t>
      </w:r>
      <w:proofErr w:type="spellStart"/>
      <w:r w:rsidRPr="00A76CAE">
        <w:rPr>
          <w:lang w:val="ru-RU"/>
        </w:rPr>
        <w:t>қалыптастыру</w:t>
      </w:r>
      <w:proofErr w:type="spellEnd"/>
      <w:r w:rsidRPr="00A76CAE">
        <w:rPr>
          <w:lang w:val="ru-RU"/>
        </w:rPr>
        <w:t xml:space="preserve"> </w:t>
      </w:r>
      <w:proofErr w:type="spellStart"/>
      <w:r w:rsidRPr="00A76CAE">
        <w:rPr>
          <w:lang w:val="ru-RU"/>
        </w:rPr>
        <w:t>қатысушылардың</w:t>
      </w:r>
      <w:proofErr w:type="spellEnd"/>
      <w:r w:rsidRPr="00A76CAE">
        <w:rPr>
          <w:lang w:val="ru-RU"/>
        </w:rPr>
        <w:t xml:space="preserve"> </w:t>
      </w:r>
      <w:proofErr w:type="spellStart"/>
      <w:r w:rsidRPr="00A76CAE">
        <w:rPr>
          <w:lang w:val="ru-RU"/>
        </w:rPr>
        <w:t>жасына</w:t>
      </w:r>
      <w:proofErr w:type="spellEnd"/>
      <w:r w:rsidRPr="00A76CAE">
        <w:rPr>
          <w:lang w:val="ru-RU"/>
        </w:rPr>
        <w:t xml:space="preserve">, </w:t>
      </w:r>
      <w:proofErr w:type="spellStart"/>
      <w:r w:rsidRPr="00A76CAE">
        <w:rPr>
          <w:lang w:val="ru-RU"/>
        </w:rPr>
        <w:t>тұру</w:t>
      </w:r>
      <w:proofErr w:type="spellEnd"/>
      <w:r w:rsidRPr="00A76CAE">
        <w:rPr>
          <w:lang w:val="ru-RU"/>
        </w:rPr>
        <w:t xml:space="preserve"> </w:t>
      </w:r>
      <w:proofErr w:type="spellStart"/>
      <w:r w:rsidRPr="00A76CAE">
        <w:rPr>
          <w:lang w:val="ru-RU"/>
        </w:rPr>
        <w:t>жағдайларына</w:t>
      </w:r>
      <w:proofErr w:type="spellEnd"/>
      <w:r w:rsidRPr="00A76CAE">
        <w:rPr>
          <w:lang w:val="ru-RU"/>
        </w:rPr>
        <w:t xml:space="preserve">, </w:t>
      </w:r>
      <w:proofErr w:type="spellStart"/>
      <w:r w:rsidRPr="00A76CAE">
        <w:rPr>
          <w:lang w:val="ru-RU"/>
        </w:rPr>
        <w:t>педагогикалық</w:t>
      </w:r>
      <w:proofErr w:type="spellEnd"/>
      <w:r w:rsidRPr="00A76CAE">
        <w:rPr>
          <w:lang w:val="ru-RU"/>
        </w:rPr>
        <w:t xml:space="preserve"> </w:t>
      </w:r>
      <w:proofErr w:type="spellStart"/>
      <w:r w:rsidRPr="00A76CAE">
        <w:rPr>
          <w:lang w:val="ru-RU"/>
        </w:rPr>
        <w:t>мақсаттылыққа</w:t>
      </w:r>
      <w:proofErr w:type="spellEnd"/>
      <w:r w:rsidRPr="00A76CAE">
        <w:rPr>
          <w:lang w:val="ru-RU"/>
        </w:rPr>
        <w:t xml:space="preserve">, </w:t>
      </w:r>
      <w:proofErr w:type="spellStart"/>
      <w:r w:rsidRPr="00A76CAE">
        <w:rPr>
          <w:lang w:val="ru-RU"/>
        </w:rPr>
        <w:t>психологиялық</w:t>
      </w:r>
      <w:proofErr w:type="spellEnd"/>
      <w:r w:rsidRPr="00A76CAE">
        <w:rPr>
          <w:lang w:val="ru-RU"/>
        </w:rPr>
        <w:t xml:space="preserve"> </w:t>
      </w:r>
      <w:proofErr w:type="spellStart"/>
      <w:r w:rsidRPr="00A76CAE">
        <w:rPr>
          <w:lang w:val="ru-RU"/>
        </w:rPr>
        <w:t>үйлесімділікке</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қауіпсіздік</w:t>
      </w:r>
      <w:proofErr w:type="spellEnd"/>
      <w:r w:rsidRPr="00A76CAE">
        <w:rPr>
          <w:lang w:val="ru-RU"/>
        </w:rPr>
        <w:t xml:space="preserve"> </w:t>
      </w:r>
      <w:proofErr w:type="spellStart"/>
      <w:r w:rsidRPr="00A76CAE">
        <w:rPr>
          <w:lang w:val="ru-RU"/>
        </w:rPr>
        <w:t>талаптарына</w:t>
      </w:r>
      <w:proofErr w:type="spellEnd"/>
      <w:r w:rsidRPr="00A76CAE">
        <w:rPr>
          <w:lang w:val="ru-RU"/>
        </w:rPr>
        <w:t xml:space="preserve"> </w:t>
      </w:r>
      <w:proofErr w:type="spellStart"/>
      <w:r w:rsidRPr="00A76CAE">
        <w:rPr>
          <w:lang w:val="ru-RU"/>
        </w:rPr>
        <w:t>сәйкес</w:t>
      </w:r>
      <w:proofErr w:type="spellEnd"/>
      <w:r w:rsidRPr="00A76CAE">
        <w:rPr>
          <w:lang w:val="ru-RU"/>
        </w:rPr>
        <w:t xml:space="preserve"> </w:t>
      </w:r>
      <w:proofErr w:type="spellStart"/>
      <w:r w:rsidRPr="00A76CAE">
        <w:rPr>
          <w:lang w:val="ru-RU"/>
        </w:rPr>
        <w:t>жүзеге</w:t>
      </w:r>
      <w:proofErr w:type="spellEnd"/>
      <w:r w:rsidRPr="00A76CAE">
        <w:rPr>
          <w:lang w:val="ru-RU"/>
        </w:rPr>
        <w:t xml:space="preserve"> </w:t>
      </w:r>
      <w:proofErr w:type="spellStart"/>
      <w:r w:rsidRPr="00A76CAE">
        <w:rPr>
          <w:lang w:val="ru-RU"/>
        </w:rPr>
        <w:t>асырылады</w:t>
      </w:r>
      <w:proofErr w:type="spellEnd"/>
      <w:r w:rsidRPr="00A76CAE">
        <w:rPr>
          <w:lang w:val="ru-RU"/>
        </w:rPr>
        <w:t>.</w:t>
      </w:r>
    </w:p>
    <w:p w14:paraId="18CB05E8" w14:textId="77777777" w:rsidR="00D53DD4" w:rsidRPr="00A76CAE" w:rsidRDefault="00D53DD4" w:rsidP="00D53DD4">
      <w:pPr>
        <w:jc w:val="both"/>
        <w:rPr>
          <w:lang w:val="ru-RU"/>
        </w:rPr>
      </w:pPr>
      <w:proofErr w:type="spellStart"/>
      <w:r w:rsidRPr="00A76CAE">
        <w:rPr>
          <w:lang w:val="ru-RU"/>
        </w:rPr>
        <w:t>Ауысым</w:t>
      </w:r>
      <w:proofErr w:type="spellEnd"/>
      <w:r w:rsidRPr="00A76CAE">
        <w:rPr>
          <w:lang w:val="ru-RU"/>
        </w:rPr>
        <w:t xml:space="preserve"> </w:t>
      </w:r>
      <w:proofErr w:type="spellStart"/>
      <w:r w:rsidRPr="00A76CAE">
        <w:rPr>
          <w:lang w:val="ru-RU"/>
        </w:rPr>
        <w:t>барысында</w:t>
      </w:r>
      <w:proofErr w:type="spellEnd"/>
      <w:r w:rsidRPr="00A76CAE">
        <w:rPr>
          <w:lang w:val="ru-RU"/>
        </w:rPr>
        <w:t xml:space="preserve"> </w:t>
      </w:r>
      <w:proofErr w:type="spellStart"/>
      <w:r w:rsidRPr="00A76CAE">
        <w:rPr>
          <w:lang w:val="ru-RU"/>
        </w:rPr>
        <w:t>білім</w:t>
      </w:r>
      <w:proofErr w:type="spellEnd"/>
      <w:r w:rsidRPr="00A76CAE">
        <w:rPr>
          <w:lang w:val="ru-RU"/>
        </w:rPr>
        <w:t xml:space="preserve"> беру, </w:t>
      </w:r>
      <w:proofErr w:type="spellStart"/>
      <w:r w:rsidRPr="00A76CAE">
        <w:rPr>
          <w:lang w:val="ru-RU"/>
        </w:rPr>
        <w:t>тәрбиел</w:t>
      </w:r>
      <w:r>
        <w:rPr>
          <w:lang w:val="ru-RU"/>
        </w:rPr>
        <w:t>ік</w:t>
      </w:r>
      <w:proofErr w:type="spellEnd"/>
      <w:r>
        <w:rPr>
          <w:lang w:val="ru-RU"/>
        </w:rPr>
        <w:t xml:space="preserve">, </w:t>
      </w:r>
      <w:proofErr w:type="spellStart"/>
      <w:r>
        <w:rPr>
          <w:lang w:val="ru-RU"/>
        </w:rPr>
        <w:t>спорттық</w:t>
      </w:r>
      <w:proofErr w:type="spellEnd"/>
      <w:r>
        <w:rPr>
          <w:lang w:val="ru-RU"/>
        </w:rPr>
        <w:t xml:space="preserve">, </w:t>
      </w:r>
      <w:proofErr w:type="spellStart"/>
      <w:r>
        <w:rPr>
          <w:lang w:val="ru-RU"/>
        </w:rPr>
        <w:t>туристік</w:t>
      </w:r>
      <w:proofErr w:type="spellEnd"/>
      <w:r>
        <w:rPr>
          <w:lang w:val="ru-RU"/>
        </w:rPr>
        <w:t xml:space="preserve">, </w:t>
      </w:r>
      <w:proofErr w:type="spellStart"/>
      <w:r>
        <w:rPr>
          <w:lang w:val="ru-RU"/>
        </w:rPr>
        <w:t>өлкетанымдық</w:t>
      </w:r>
      <w:proofErr w:type="spellEnd"/>
      <w:r w:rsidRPr="00A76CAE">
        <w:rPr>
          <w:lang w:val="ru-RU"/>
        </w:rPr>
        <w:t xml:space="preserve">, </w:t>
      </w:r>
      <w:proofErr w:type="spellStart"/>
      <w:r w:rsidRPr="00A76CAE">
        <w:rPr>
          <w:lang w:val="ru-RU"/>
        </w:rPr>
        <w:t>жобалық</w:t>
      </w:r>
      <w:proofErr w:type="spellEnd"/>
      <w:r w:rsidRPr="00A76CAE">
        <w:rPr>
          <w:lang w:val="ru-RU"/>
        </w:rPr>
        <w:t xml:space="preserve">, </w:t>
      </w:r>
      <w:proofErr w:type="spellStart"/>
      <w:r w:rsidRPr="00A76CAE">
        <w:rPr>
          <w:lang w:val="ru-RU"/>
        </w:rPr>
        <w:t>сауықтыру</w:t>
      </w:r>
      <w:proofErr w:type="spellEnd"/>
      <w:r w:rsidRPr="00A76CAE">
        <w:rPr>
          <w:lang w:val="ru-RU"/>
        </w:rPr>
        <w:t xml:space="preserve"> </w:t>
      </w:r>
      <w:proofErr w:type="spellStart"/>
      <w:r w:rsidRPr="00A76CAE">
        <w:rPr>
          <w:lang w:val="ru-RU"/>
        </w:rPr>
        <w:t>және</w:t>
      </w:r>
      <w:proofErr w:type="spellEnd"/>
      <w:r w:rsidRPr="00A76CAE">
        <w:rPr>
          <w:lang w:val="ru-RU"/>
        </w:rPr>
        <w:t xml:space="preserve"> бос </w:t>
      </w:r>
      <w:proofErr w:type="spellStart"/>
      <w:r w:rsidRPr="00A76CAE">
        <w:rPr>
          <w:lang w:val="ru-RU"/>
        </w:rPr>
        <w:t>уақыт</w:t>
      </w:r>
      <w:proofErr w:type="spellEnd"/>
      <w:r w:rsidRPr="00A76CAE">
        <w:rPr>
          <w:lang w:val="ru-RU"/>
        </w:rPr>
        <w:t xml:space="preserve"> </w:t>
      </w:r>
      <w:proofErr w:type="spellStart"/>
      <w:r w:rsidRPr="00A76CAE">
        <w:rPr>
          <w:lang w:val="ru-RU"/>
        </w:rPr>
        <w:t>іс-әрекеттерінің</w:t>
      </w:r>
      <w:proofErr w:type="spellEnd"/>
      <w:r w:rsidRPr="00A76CAE">
        <w:rPr>
          <w:lang w:val="ru-RU"/>
        </w:rPr>
        <w:t xml:space="preserve"> </w:t>
      </w:r>
      <w:proofErr w:type="spellStart"/>
      <w:r w:rsidRPr="00A76CAE">
        <w:rPr>
          <w:lang w:val="ru-RU"/>
        </w:rPr>
        <w:t>ұтымды</w:t>
      </w:r>
      <w:proofErr w:type="spellEnd"/>
      <w:r w:rsidRPr="00A76CAE">
        <w:rPr>
          <w:lang w:val="ru-RU"/>
        </w:rPr>
        <w:t xml:space="preserve"> </w:t>
      </w:r>
      <w:proofErr w:type="spellStart"/>
      <w:r w:rsidRPr="00A76CAE">
        <w:rPr>
          <w:lang w:val="ru-RU"/>
        </w:rPr>
        <w:t>алмасуы</w:t>
      </w:r>
      <w:proofErr w:type="spellEnd"/>
      <w:r w:rsidRPr="00A76CAE">
        <w:rPr>
          <w:lang w:val="ru-RU"/>
        </w:rPr>
        <w:t xml:space="preserve"> </w:t>
      </w:r>
      <w:proofErr w:type="spellStart"/>
      <w:r w:rsidRPr="00A76CAE">
        <w:rPr>
          <w:lang w:val="ru-RU"/>
        </w:rPr>
        <w:t>қамтамасыз</w:t>
      </w:r>
      <w:proofErr w:type="spellEnd"/>
      <w:r w:rsidRPr="00A76CAE">
        <w:rPr>
          <w:lang w:val="ru-RU"/>
        </w:rPr>
        <w:t xml:space="preserve"> </w:t>
      </w:r>
      <w:proofErr w:type="spellStart"/>
      <w:r w:rsidRPr="00A76CAE">
        <w:rPr>
          <w:lang w:val="ru-RU"/>
        </w:rPr>
        <w:t>етіледі</w:t>
      </w:r>
      <w:proofErr w:type="spellEnd"/>
      <w:r w:rsidRPr="00A76CAE">
        <w:rPr>
          <w:lang w:val="ru-RU"/>
        </w:rPr>
        <w:t>.</w:t>
      </w:r>
    </w:p>
    <w:p w14:paraId="3FAE5904" w14:textId="77777777" w:rsidR="00D53DD4" w:rsidRPr="00A76CAE" w:rsidRDefault="00D53DD4" w:rsidP="00D53DD4">
      <w:pPr>
        <w:jc w:val="both"/>
        <w:rPr>
          <w:lang w:val="ru-RU"/>
        </w:rPr>
      </w:pPr>
      <w:proofErr w:type="spellStart"/>
      <w:r w:rsidRPr="00A76CAE">
        <w:rPr>
          <w:lang w:val="ru-RU"/>
        </w:rPr>
        <w:lastRenderedPageBreak/>
        <w:t>Ұйым</w:t>
      </w:r>
      <w:proofErr w:type="spellEnd"/>
      <w:r w:rsidRPr="00A76CAE">
        <w:rPr>
          <w:lang w:val="ru-RU"/>
        </w:rPr>
        <w:t xml:space="preserve"> </w:t>
      </w:r>
      <w:proofErr w:type="spellStart"/>
      <w:r w:rsidRPr="00A76CAE">
        <w:rPr>
          <w:lang w:val="ru-RU"/>
        </w:rPr>
        <w:t>жергілікті</w:t>
      </w:r>
      <w:proofErr w:type="spellEnd"/>
      <w:r w:rsidRPr="00A76CAE">
        <w:rPr>
          <w:lang w:val="ru-RU"/>
        </w:rPr>
        <w:t xml:space="preserve"> </w:t>
      </w:r>
      <w:proofErr w:type="spellStart"/>
      <w:r w:rsidRPr="00A76CAE">
        <w:rPr>
          <w:lang w:val="ru-RU"/>
        </w:rPr>
        <w:t>жағдайларды</w:t>
      </w:r>
      <w:proofErr w:type="spellEnd"/>
      <w:r w:rsidRPr="00A76CAE">
        <w:rPr>
          <w:lang w:val="ru-RU"/>
        </w:rPr>
        <w:t xml:space="preserve">, </w:t>
      </w:r>
      <w:proofErr w:type="spellStart"/>
      <w:r w:rsidRPr="00A76CAE">
        <w:rPr>
          <w:lang w:val="ru-RU"/>
        </w:rPr>
        <w:t>климаттық</w:t>
      </w:r>
      <w:proofErr w:type="spellEnd"/>
      <w:r w:rsidRPr="00A76CAE">
        <w:rPr>
          <w:lang w:val="ru-RU"/>
        </w:rPr>
        <w:t xml:space="preserve"> </w:t>
      </w:r>
      <w:proofErr w:type="spellStart"/>
      <w:r w:rsidRPr="00A76CAE">
        <w:rPr>
          <w:lang w:val="ru-RU"/>
        </w:rPr>
        <w:t>ерекшеліктерді</w:t>
      </w:r>
      <w:proofErr w:type="spellEnd"/>
      <w:r w:rsidRPr="00A76CAE">
        <w:rPr>
          <w:lang w:val="ru-RU"/>
        </w:rPr>
        <w:t xml:space="preserve">, </w:t>
      </w:r>
      <w:proofErr w:type="spellStart"/>
      <w:r w:rsidRPr="00A76CAE">
        <w:rPr>
          <w:lang w:val="ru-RU"/>
        </w:rPr>
        <w:t>инфрақұрылымды</w:t>
      </w:r>
      <w:proofErr w:type="spellEnd"/>
      <w:r w:rsidRPr="00A76CAE">
        <w:rPr>
          <w:lang w:val="ru-RU"/>
        </w:rPr>
        <w:t xml:space="preserve">, </w:t>
      </w:r>
      <w:proofErr w:type="spellStart"/>
      <w:r w:rsidRPr="00A76CAE">
        <w:rPr>
          <w:lang w:val="ru-RU"/>
        </w:rPr>
        <w:t>медициналық</w:t>
      </w:r>
      <w:proofErr w:type="spellEnd"/>
      <w:r w:rsidRPr="00A76CAE">
        <w:rPr>
          <w:lang w:val="ru-RU"/>
        </w:rPr>
        <w:t xml:space="preserve"> </w:t>
      </w:r>
      <w:proofErr w:type="spellStart"/>
      <w:r w:rsidRPr="00A76CAE">
        <w:rPr>
          <w:lang w:val="ru-RU"/>
        </w:rPr>
        <w:t>ұсыныстарды</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қатысушылардың</w:t>
      </w:r>
      <w:proofErr w:type="spellEnd"/>
      <w:r w:rsidRPr="00A76CAE">
        <w:rPr>
          <w:lang w:val="ru-RU"/>
        </w:rPr>
        <w:t xml:space="preserve"> </w:t>
      </w:r>
      <w:proofErr w:type="spellStart"/>
      <w:r w:rsidRPr="00A76CAE">
        <w:rPr>
          <w:lang w:val="ru-RU"/>
        </w:rPr>
        <w:t>жасын</w:t>
      </w:r>
      <w:proofErr w:type="spellEnd"/>
      <w:r w:rsidRPr="00A76CAE">
        <w:rPr>
          <w:lang w:val="ru-RU"/>
        </w:rPr>
        <w:t xml:space="preserve"> </w:t>
      </w:r>
      <w:proofErr w:type="spellStart"/>
      <w:r w:rsidRPr="00A76CAE">
        <w:rPr>
          <w:lang w:val="ru-RU"/>
        </w:rPr>
        <w:t>ескере</w:t>
      </w:r>
      <w:proofErr w:type="spellEnd"/>
      <w:r w:rsidRPr="00A76CAE">
        <w:rPr>
          <w:lang w:val="ru-RU"/>
        </w:rPr>
        <w:t xml:space="preserve"> </w:t>
      </w:r>
      <w:proofErr w:type="spellStart"/>
      <w:r w:rsidRPr="00A76CAE">
        <w:rPr>
          <w:lang w:val="ru-RU"/>
        </w:rPr>
        <w:t>отырып</w:t>
      </w:r>
      <w:proofErr w:type="spellEnd"/>
      <w:r w:rsidRPr="00A76CAE">
        <w:rPr>
          <w:lang w:val="ru-RU"/>
        </w:rPr>
        <w:t xml:space="preserve"> </w:t>
      </w:r>
      <w:proofErr w:type="spellStart"/>
      <w:r w:rsidRPr="00A76CAE">
        <w:rPr>
          <w:lang w:val="ru-RU"/>
        </w:rPr>
        <w:t>күн</w:t>
      </w:r>
      <w:proofErr w:type="spellEnd"/>
      <w:r w:rsidRPr="00A76CAE">
        <w:rPr>
          <w:lang w:val="ru-RU"/>
        </w:rPr>
        <w:t xml:space="preserve"> </w:t>
      </w:r>
      <w:proofErr w:type="spellStart"/>
      <w:r w:rsidRPr="00A76CAE">
        <w:rPr>
          <w:lang w:val="ru-RU"/>
        </w:rPr>
        <w:t>тәртібін</w:t>
      </w:r>
      <w:proofErr w:type="spellEnd"/>
      <w:r w:rsidRPr="00A76CAE">
        <w:rPr>
          <w:lang w:val="ru-RU"/>
        </w:rPr>
        <w:t xml:space="preserve"> </w:t>
      </w:r>
      <w:proofErr w:type="spellStart"/>
      <w:r w:rsidRPr="00A76CAE">
        <w:rPr>
          <w:lang w:val="ru-RU"/>
        </w:rPr>
        <w:t>дербес</w:t>
      </w:r>
      <w:proofErr w:type="spellEnd"/>
      <w:r w:rsidRPr="00A76CAE">
        <w:rPr>
          <w:lang w:val="ru-RU"/>
        </w:rPr>
        <w:t xml:space="preserve"> </w:t>
      </w:r>
      <w:proofErr w:type="spellStart"/>
      <w:r w:rsidRPr="00A76CAE">
        <w:rPr>
          <w:lang w:val="ru-RU"/>
        </w:rPr>
        <w:t>анықтайды</w:t>
      </w:r>
      <w:proofErr w:type="spellEnd"/>
      <w:r w:rsidRPr="00A76CAE">
        <w:rPr>
          <w:lang w:val="ru-RU"/>
        </w:rPr>
        <w:t>.</w:t>
      </w:r>
    </w:p>
    <w:p w14:paraId="1E99D016" w14:textId="77777777" w:rsidR="00D53DD4" w:rsidRPr="00A76CAE" w:rsidRDefault="00D53DD4" w:rsidP="00D53DD4">
      <w:pPr>
        <w:jc w:val="both"/>
        <w:rPr>
          <w:b/>
          <w:lang w:val="ru-RU"/>
        </w:rPr>
      </w:pPr>
      <w:proofErr w:type="spellStart"/>
      <w:r w:rsidRPr="00A76CAE">
        <w:rPr>
          <w:b/>
          <w:lang w:val="ru-RU"/>
        </w:rPr>
        <w:t>Материалдық-техникалық</w:t>
      </w:r>
      <w:proofErr w:type="spellEnd"/>
      <w:r w:rsidRPr="00A76CAE">
        <w:rPr>
          <w:b/>
          <w:lang w:val="ru-RU"/>
        </w:rPr>
        <w:t xml:space="preserve"> </w:t>
      </w:r>
      <w:proofErr w:type="spellStart"/>
      <w:r w:rsidRPr="00A76CAE">
        <w:rPr>
          <w:b/>
          <w:lang w:val="ru-RU"/>
        </w:rPr>
        <w:t>шарттар</w:t>
      </w:r>
      <w:proofErr w:type="spellEnd"/>
    </w:p>
    <w:p w14:paraId="0DD0A979" w14:textId="77777777" w:rsidR="00D53DD4" w:rsidRPr="00A76CAE" w:rsidRDefault="00D53DD4" w:rsidP="00D53DD4">
      <w:pPr>
        <w:jc w:val="both"/>
        <w:rPr>
          <w:lang w:val="ru-RU"/>
        </w:rPr>
      </w:pPr>
      <w:proofErr w:type="spellStart"/>
      <w:r w:rsidRPr="00A76CAE">
        <w:rPr>
          <w:lang w:val="ru-RU"/>
        </w:rPr>
        <w:t>Бағдарламаны</w:t>
      </w:r>
      <w:proofErr w:type="spellEnd"/>
      <w:r w:rsidRPr="00A76CAE">
        <w:rPr>
          <w:lang w:val="ru-RU"/>
        </w:rPr>
        <w:t xml:space="preserve"> </w:t>
      </w:r>
      <w:proofErr w:type="spellStart"/>
      <w:r w:rsidRPr="00A76CAE">
        <w:rPr>
          <w:lang w:val="ru-RU"/>
        </w:rPr>
        <w:t>іске</w:t>
      </w:r>
      <w:proofErr w:type="spellEnd"/>
      <w:r w:rsidRPr="00A76CAE">
        <w:rPr>
          <w:lang w:val="ru-RU"/>
        </w:rPr>
        <w:t xml:space="preserve"> </w:t>
      </w:r>
      <w:proofErr w:type="spellStart"/>
      <w:r w:rsidRPr="00A76CAE">
        <w:rPr>
          <w:lang w:val="ru-RU"/>
        </w:rPr>
        <w:t>асыру</w:t>
      </w:r>
      <w:proofErr w:type="spellEnd"/>
      <w:r w:rsidRPr="00A76CAE">
        <w:rPr>
          <w:lang w:val="ru-RU"/>
        </w:rPr>
        <w:t xml:space="preserve"> </w:t>
      </w:r>
      <w:proofErr w:type="spellStart"/>
      <w:r w:rsidRPr="00A76CAE">
        <w:rPr>
          <w:lang w:val="ru-RU"/>
        </w:rPr>
        <w:t>үшін</w:t>
      </w:r>
      <w:proofErr w:type="spellEnd"/>
      <w:r w:rsidRPr="00A76CAE">
        <w:rPr>
          <w:lang w:val="ru-RU"/>
        </w:rPr>
        <w:t xml:space="preserve"> </w:t>
      </w:r>
      <w:proofErr w:type="spellStart"/>
      <w:r w:rsidRPr="00A76CAE">
        <w:rPr>
          <w:lang w:val="ru-RU"/>
        </w:rPr>
        <w:t>Ұйымның</w:t>
      </w:r>
      <w:proofErr w:type="spellEnd"/>
      <w:r w:rsidRPr="00A76CAE">
        <w:rPr>
          <w:lang w:val="ru-RU"/>
        </w:rPr>
        <w:t xml:space="preserve"> </w:t>
      </w:r>
      <w:proofErr w:type="spellStart"/>
      <w:r w:rsidRPr="00A76CAE">
        <w:rPr>
          <w:lang w:val="ru-RU"/>
        </w:rPr>
        <w:t>қолда</w:t>
      </w:r>
      <w:proofErr w:type="spellEnd"/>
      <w:r w:rsidRPr="00A76CAE">
        <w:rPr>
          <w:lang w:val="ru-RU"/>
        </w:rPr>
        <w:t xml:space="preserve"> бар </w:t>
      </w:r>
      <w:proofErr w:type="spellStart"/>
      <w:r w:rsidRPr="00A76CAE">
        <w:rPr>
          <w:lang w:val="ru-RU"/>
        </w:rPr>
        <w:t>ресурстары</w:t>
      </w:r>
      <w:proofErr w:type="spellEnd"/>
      <w:r w:rsidRPr="00A76CAE">
        <w:rPr>
          <w:lang w:val="ru-RU"/>
        </w:rPr>
        <w:t xml:space="preserve"> </w:t>
      </w:r>
      <w:proofErr w:type="spellStart"/>
      <w:r w:rsidRPr="00A76CAE">
        <w:rPr>
          <w:lang w:val="ru-RU"/>
        </w:rPr>
        <w:t>пайдаланылады</w:t>
      </w:r>
      <w:proofErr w:type="spellEnd"/>
      <w:r w:rsidRPr="00A76CAE">
        <w:rPr>
          <w:lang w:val="ru-RU"/>
        </w:rPr>
        <w:t xml:space="preserve">: </w:t>
      </w:r>
      <w:proofErr w:type="spellStart"/>
      <w:r w:rsidRPr="00A76CAE">
        <w:rPr>
          <w:lang w:val="ru-RU"/>
        </w:rPr>
        <w:t>үй-жайлар</w:t>
      </w:r>
      <w:proofErr w:type="spellEnd"/>
      <w:r w:rsidRPr="00A76CAE">
        <w:rPr>
          <w:lang w:val="ru-RU"/>
        </w:rPr>
        <w:t xml:space="preserve">, </w:t>
      </w:r>
      <w:proofErr w:type="spellStart"/>
      <w:r w:rsidRPr="00A76CAE">
        <w:rPr>
          <w:lang w:val="ru-RU"/>
        </w:rPr>
        <w:t>ашық</w:t>
      </w:r>
      <w:proofErr w:type="spellEnd"/>
      <w:r w:rsidRPr="00A76CAE">
        <w:rPr>
          <w:lang w:val="ru-RU"/>
        </w:rPr>
        <w:t xml:space="preserve"> </w:t>
      </w:r>
      <w:proofErr w:type="spellStart"/>
      <w:r w:rsidRPr="00A76CAE">
        <w:rPr>
          <w:lang w:val="ru-RU"/>
        </w:rPr>
        <w:t>алаңдар</w:t>
      </w:r>
      <w:proofErr w:type="spellEnd"/>
      <w:r w:rsidRPr="00A76CAE">
        <w:rPr>
          <w:lang w:val="ru-RU"/>
        </w:rPr>
        <w:t xml:space="preserve">, </w:t>
      </w:r>
      <w:proofErr w:type="spellStart"/>
      <w:r w:rsidRPr="00A76CAE">
        <w:rPr>
          <w:lang w:val="ru-RU"/>
        </w:rPr>
        <w:t>табиғи</w:t>
      </w:r>
      <w:proofErr w:type="spellEnd"/>
      <w:r w:rsidRPr="00A76CAE">
        <w:rPr>
          <w:lang w:val="ru-RU"/>
        </w:rPr>
        <w:t xml:space="preserve"> орта, </w:t>
      </w:r>
      <w:proofErr w:type="spellStart"/>
      <w:r w:rsidRPr="00A76CAE">
        <w:rPr>
          <w:lang w:val="ru-RU"/>
        </w:rPr>
        <w:t>спорттық</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туристік</w:t>
      </w:r>
      <w:proofErr w:type="spellEnd"/>
      <w:r w:rsidRPr="00A76CAE">
        <w:rPr>
          <w:lang w:val="ru-RU"/>
        </w:rPr>
        <w:t xml:space="preserve"> </w:t>
      </w:r>
      <w:proofErr w:type="spellStart"/>
      <w:r w:rsidRPr="00A76CAE">
        <w:rPr>
          <w:lang w:val="ru-RU"/>
        </w:rPr>
        <w:t>құрал-жабдықтар</w:t>
      </w:r>
      <w:proofErr w:type="spellEnd"/>
      <w:r w:rsidRPr="00A76CAE">
        <w:rPr>
          <w:lang w:val="ru-RU"/>
        </w:rPr>
        <w:t xml:space="preserve"> (</w:t>
      </w:r>
      <w:proofErr w:type="spellStart"/>
      <w:r w:rsidRPr="00A76CAE">
        <w:rPr>
          <w:lang w:val="ru-RU"/>
        </w:rPr>
        <w:t>болған</w:t>
      </w:r>
      <w:proofErr w:type="spellEnd"/>
      <w:r w:rsidRPr="00A76CAE">
        <w:rPr>
          <w:lang w:val="ru-RU"/>
        </w:rPr>
        <w:t xml:space="preserve"> </w:t>
      </w:r>
      <w:proofErr w:type="spellStart"/>
      <w:r w:rsidRPr="00A76CAE">
        <w:rPr>
          <w:lang w:val="ru-RU"/>
        </w:rPr>
        <w:t>жағдайда</w:t>
      </w:r>
      <w:proofErr w:type="spellEnd"/>
      <w:r w:rsidRPr="00A76CAE">
        <w:rPr>
          <w:lang w:val="ru-RU"/>
        </w:rPr>
        <w:t xml:space="preserve">), </w:t>
      </w:r>
      <w:proofErr w:type="spellStart"/>
      <w:r w:rsidRPr="00A76CAE">
        <w:rPr>
          <w:lang w:val="ru-RU"/>
        </w:rPr>
        <w:t>кеңсе</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қолда</w:t>
      </w:r>
      <w:proofErr w:type="spellEnd"/>
      <w:r w:rsidRPr="00A76CAE">
        <w:rPr>
          <w:lang w:val="ru-RU"/>
        </w:rPr>
        <w:t xml:space="preserve"> бар </w:t>
      </w:r>
      <w:proofErr w:type="spellStart"/>
      <w:r w:rsidRPr="00A76CAE">
        <w:rPr>
          <w:lang w:val="ru-RU"/>
        </w:rPr>
        <w:t>материалдар</w:t>
      </w:r>
      <w:proofErr w:type="spellEnd"/>
      <w:r w:rsidRPr="00A76CAE">
        <w:rPr>
          <w:lang w:val="ru-RU"/>
        </w:rPr>
        <w:t xml:space="preserve">, </w:t>
      </w:r>
      <w:proofErr w:type="spellStart"/>
      <w:r w:rsidRPr="00A76CAE">
        <w:rPr>
          <w:lang w:val="ru-RU"/>
        </w:rPr>
        <w:t>ақпараттық</w:t>
      </w:r>
      <w:proofErr w:type="spellEnd"/>
      <w:r w:rsidRPr="00A76CAE">
        <w:rPr>
          <w:lang w:val="ru-RU"/>
        </w:rPr>
        <w:t xml:space="preserve"> </w:t>
      </w:r>
      <w:proofErr w:type="spellStart"/>
      <w:r w:rsidRPr="00A76CAE">
        <w:rPr>
          <w:lang w:val="ru-RU"/>
        </w:rPr>
        <w:t>стендтер</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техникалық</w:t>
      </w:r>
      <w:proofErr w:type="spellEnd"/>
      <w:r w:rsidRPr="00A76CAE">
        <w:rPr>
          <w:lang w:val="ru-RU"/>
        </w:rPr>
        <w:t xml:space="preserve"> </w:t>
      </w:r>
      <w:proofErr w:type="spellStart"/>
      <w:r w:rsidRPr="00A76CAE">
        <w:rPr>
          <w:lang w:val="ru-RU"/>
        </w:rPr>
        <w:t>құралдар</w:t>
      </w:r>
      <w:proofErr w:type="spellEnd"/>
      <w:r w:rsidRPr="00A76CAE">
        <w:rPr>
          <w:lang w:val="ru-RU"/>
        </w:rPr>
        <w:t xml:space="preserve"> (бар </w:t>
      </w:r>
      <w:proofErr w:type="spellStart"/>
      <w:r w:rsidRPr="00A76CAE">
        <w:rPr>
          <w:lang w:val="ru-RU"/>
        </w:rPr>
        <w:t>болса</w:t>
      </w:r>
      <w:proofErr w:type="spellEnd"/>
      <w:r w:rsidRPr="00A76CAE">
        <w:rPr>
          <w:lang w:val="ru-RU"/>
        </w:rPr>
        <w:t>).</w:t>
      </w:r>
    </w:p>
    <w:p w14:paraId="19023364" w14:textId="77777777" w:rsidR="00D53DD4" w:rsidRPr="00A76CAE" w:rsidRDefault="00D53DD4" w:rsidP="00D53DD4">
      <w:pPr>
        <w:jc w:val="both"/>
        <w:rPr>
          <w:b/>
          <w:lang w:val="ru-RU"/>
        </w:rPr>
      </w:pPr>
      <w:proofErr w:type="spellStart"/>
      <w:r w:rsidRPr="00A76CAE">
        <w:rPr>
          <w:b/>
          <w:lang w:val="ru-RU"/>
        </w:rPr>
        <w:t>Қамтамасыз</w:t>
      </w:r>
      <w:proofErr w:type="spellEnd"/>
      <w:r w:rsidRPr="00A76CAE">
        <w:rPr>
          <w:b/>
          <w:lang w:val="ru-RU"/>
        </w:rPr>
        <w:t xml:space="preserve"> </w:t>
      </w:r>
      <w:proofErr w:type="spellStart"/>
      <w:r w:rsidRPr="00A76CAE">
        <w:rPr>
          <w:b/>
          <w:lang w:val="ru-RU"/>
        </w:rPr>
        <w:t>етіледі</w:t>
      </w:r>
      <w:proofErr w:type="spellEnd"/>
      <w:r w:rsidRPr="00A76CAE">
        <w:rPr>
          <w:b/>
          <w:lang w:val="ru-RU"/>
        </w:rPr>
        <w:t>:</w:t>
      </w:r>
    </w:p>
    <w:p w14:paraId="047A5228"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қатысушыларды</w:t>
      </w:r>
      <w:proofErr w:type="spellEnd"/>
      <w:r w:rsidRPr="00A76CAE">
        <w:rPr>
          <w:lang w:val="ru-RU"/>
        </w:rPr>
        <w:t xml:space="preserve"> </w:t>
      </w:r>
      <w:proofErr w:type="spellStart"/>
      <w:r w:rsidRPr="00A76CAE">
        <w:rPr>
          <w:lang w:val="ru-RU"/>
        </w:rPr>
        <w:t>орналастыруға</w:t>
      </w:r>
      <w:proofErr w:type="spellEnd"/>
      <w:r w:rsidRPr="00A76CAE">
        <w:rPr>
          <w:lang w:val="ru-RU"/>
        </w:rPr>
        <w:t xml:space="preserve"> </w:t>
      </w:r>
      <w:proofErr w:type="spellStart"/>
      <w:r w:rsidRPr="00A76CAE">
        <w:rPr>
          <w:lang w:val="ru-RU"/>
        </w:rPr>
        <w:t>арналған</w:t>
      </w:r>
      <w:proofErr w:type="spellEnd"/>
      <w:r w:rsidRPr="00A76CAE">
        <w:rPr>
          <w:lang w:val="ru-RU"/>
        </w:rPr>
        <w:t xml:space="preserve"> </w:t>
      </w:r>
      <w:proofErr w:type="spellStart"/>
      <w:r w:rsidRPr="00A76CAE">
        <w:rPr>
          <w:lang w:val="ru-RU"/>
        </w:rPr>
        <w:t>тұрғын</w:t>
      </w:r>
      <w:proofErr w:type="spellEnd"/>
      <w:r w:rsidRPr="00A76CAE">
        <w:rPr>
          <w:lang w:val="ru-RU"/>
        </w:rPr>
        <w:t xml:space="preserve"> </w:t>
      </w:r>
      <w:proofErr w:type="spellStart"/>
      <w:r w:rsidRPr="00A76CAE">
        <w:rPr>
          <w:lang w:val="ru-RU"/>
        </w:rPr>
        <w:t>үй-жайлар</w:t>
      </w:r>
      <w:proofErr w:type="spellEnd"/>
      <w:r w:rsidRPr="00A76CAE">
        <w:rPr>
          <w:lang w:val="ru-RU"/>
        </w:rPr>
        <w:t>;</w:t>
      </w:r>
    </w:p>
    <w:p w14:paraId="63AE7F4D"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асхана</w:t>
      </w:r>
      <w:proofErr w:type="spellEnd"/>
      <w:r w:rsidRPr="00A76CAE">
        <w:rPr>
          <w:lang w:val="ru-RU"/>
        </w:rPr>
        <w:t xml:space="preserve"> </w:t>
      </w:r>
      <w:proofErr w:type="spellStart"/>
      <w:r w:rsidRPr="00A76CAE">
        <w:rPr>
          <w:lang w:val="ru-RU"/>
        </w:rPr>
        <w:t>немесе</w:t>
      </w:r>
      <w:proofErr w:type="spellEnd"/>
      <w:r w:rsidRPr="00A76CAE">
        <w:rPr>
          <w:lang w:val="ru-RU"/>
        </w:rPr>
        <w:t xml:space="preserve"> </w:t>
      </w:r>
      <w:proofErr w:type="spellStart"/>
      <w:r w:rsidRPr="00A76CAE">
        <w:rPr>
          <w:lang w:val="ru-RU"/>
        </w:rPr>
        <w:t>тамақтандыру</w:t>
      </w:r>
      <w:proofErr w:type="spellEnd"/>
      <w:r w:rsidRPr="00A76CAE">
        <w:rPr>
          <w:lang w:val="ru-RU"/>
        </w:rPr>
        <w:t xml:space="preserve"> </w:t>
      </w:r>
      <w:proofErr w:type="spellStart"/>
      <w:r w:rsidRPr="00A76CAE">
        <w:rPr>
          <w:lang w:val="ru-RU"/>
        </w:rPr>
        <w:t>жүйесі</w:t>
      </w:r>
      <w:proofErr w:type="spellEnd"/>
      <w:r w:rsidRPr="00A76CAE">
        <w:rPr>
          <w:lang w:val="ru-RU"/>
        </w:rPr>
        <w:t>;</w:t>
      </w:r>
    </w:p>
    <w:p w14:paraId="3856A4B5"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медициналық</w:t>
      </w:r>
      <w:proofErr w:type="spellEnd"/>
      <w:r w:rsidRPr="00A76CAE">
        <w:rPr>
          <w:lang w:val="ru-RU"/>
        </w:rPr>
        <w:t xml:space="preserve"> пункт </w:t>
      </w:r>
      <w:proofErr w:type="spellStart"/>
      <w:r w:rsidRPr="00A76CAE">
        <w:rPr>
          <w:lang w:val="ru-RU"/>
        </w:rPr>
        <w:t>немесе</w:t>
      </w:r>
      <w:proofErr w:type="spellEnd"/>
      <w:r w:rsidRPr="00A76CAE">
        <w:rPr>
          <w:lang w:val="ru-RU"/>
        </w:rPr>
        <w:t xml:space="preserve"> </w:t>
      </w:r>
      <w:proofErr w:type="spellStart"/>
      <w:r w:rsidRPr="00A76CAE">
        <w:rPr>
          <w:lang w:val="ru-RU"/>
        </w:rPr>
        <w:t>медициналық</w:t>
      </w:r>
      <w:proofErr w:type="spellEnd"/>
      <w:r w:rsidRPr="00A76CAE">
        <w:rPr>
          <w:lang w:val="ru-RU"/>
        </w:rPr>
        <w:t xml:space="preserve"> </w:t>
      </w:r>
      <w:proofErr w:type="spellStart"/>
      <w:r w:rsidRPr="00A76CAE">
        <w:rPr>
          <w:lang w:val="ru-RU"/>
        </w:rPr>
        <w:t>сүйемелдеу</w:t>
      </w:r>
      <w:proofErr w:type="spellEnd"/>
      <w:r w:rsidRPr="00A76CAE">
        <w:rPr>
          <w:lang w:val="ru-RU"/>
        </w:rPr>
        <w:t xml:space="preserve"> </w:t>
      </w:r>
      <w:proofErr w:type="spellStart"/>
      <w:r w:rsidRPr="00A76CAE">
        <w:rPr>
          <w:lang w:val="ru-RU"/>
        </w:rPr>
        <w:t>мүмкіндігі</w:t>
      </w:r>
      <w:proofErr w:type="spellEnd"/>
      <w:r w:rsidRPr="00A76CAE">
        <w:rPr>
          <w:lang w:val="ru-RU"/>
        </w:rPr>
        <w:t>;</w:t>
      </w:r>
    </w:p>
    <w:p w14:paraId="6EF997A1"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спорттық</w:t>
      </w:r>
      <w:proofErr w:type="spellEnd"/>
      <w:r w:rsidRPr="00A76CAE">
        <w:rPr>
          <w:lang w:val="ru-RU"/>
        </w:rPr>
        <w:t xml:space="preserve">, </w:t>
      </w:r>
      <w:proofErr w:type="spellStart"/>
      <w:r w:rsidRPr="00A76CAE">
        <w:rPr>
          <w:lang w:val="ru-RU"/>
        </w:rPr>
        <w:t>ойын</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ашық</w:t>
      </w:r>
      <w:proofErr w:type="spellEnd"/>
      <w:r w:rsidRPr="00A76CAE">
        <w:rPr>
          <w:lang w:val="ru-RU"/>
        </w:rPr>
        <w:t xml:space="preserve"> </w:t>
      </w:r>
      <w:proofErr w:type="spellStart"/>
      <w:r w:rsidRPr="00A76CAE">
        <w:rPr>
          <w:lang w:val="ru-RU"/>
        </w:rPr>
        <w:t>алаңдар</w:t>
      </w:r>
      <w:proofErr w:type="spellEnd"/>
      <w:r w:rsidRPr="00A76CAE">
        <w:rPr>
          <w:lang w:val="ru-RU"/>
        </w:rPr>
        <w:t>;</w:t>
      </w:r>
    </w:p>
    <w:p w14:paraId="783B008F" w14:textId="6548EAB9" w:rsidR="00D53DD4" w:rsidRPr="00A76CAE" w:rsidRDefault="00D53DD4" w:rsidP="00D53DD4">
      <w:pPr>
        <w:jc w:val="both"/>
        <w:rPr>
          <w:lang w:val="ru-RU"/>
        </w:rPr>
      </w:pPr>
      <w:r w:rsidRPr="00A76CAE">
        <w:rPr>
          <w:lang w:val="ru-RU"/>
        </w:rPr>
        <w:t xml:space="preserve">• </w:t>
      </w:r>
      <w:r w:rsidR="00195065">
        <w:rPr>
          <w:lang w:val="ru-RU"/>
        </w:rPr>
        <w:t>ББСО</w:t>
      </w:r>
      <w:r w:rsidRPr="00A76CAE">
        <w:rPr>
          <w:lang w:val="ru-RU"/>
        </w:rPr>
        <w:t xml:space="preserve"> </w:t>
      </w:r>
      <w:proofErr w:type="spellStart"/>
      <w:r w:rsidRPr="00A76CAE">
        <w:rPr>
          <w:lang w:val="ru-RU"/>
        </w:rPr>
        <w:t>аумағында</w:t>
      </w:r>
      <w:proofErr w:type="spellEnd"/>
      <w:r w:rsidRPr="00A76CAE">
        <w:rPr>
          <w:lang w:val="ru-RU"/>
        </w:rPr>
        <w:t xml:space="preserve"> </w:t>
      </w:r>
      <w:proofErr w:type="spellStart"/>
      <w:r w:rsidRPr="00A76CAE">
        <w:rPr>
          <w:lang w:val="ru-RU"/>
        </w:rPr>
        <w:t>немесе</w:t>
      </w:r>
      <w:proofErr w:type="spellEnd"/>
      <w:r w:rsidRPr="00A76CAE">
        <w:rPr>
          <w:lang w:val="ru-RU"/>
        </w:rPr>
        <w:t xml:space="preserve"> </w:t>
      </w:r>
      <w:proofErr w:type="spellStart"/>
      <w:r w:rsidRPr="00A76CAE">
        <w:rPr>
          <w:lang w:val="ru-RU"/>
        </w:rPr>
        <w:t>жақын</w:t>
      </w:r>
      <w:proofErr w:type="spellEnd"/>
      <w:r w:rsidRPr="00A76CAE">
        <w:rPr>
          <w:lang w:val="ru-RU"/>
        </w:rPr>
        <w:t xml:space="preserve"> </w:t>
      </w:r>
      <w:proofErr w:type="spellStart"/>
      <w:r w:rsidRPr="00A76CAE">
        <w:rPr>
          <w:lang w:val="ru-RU"/>
        </w:rPr>
        <w:t>маңда</w:t>
      </w:r>
      <w:proofErr w:type="spellEnd"/>
      <w:r w:rsidRPr="00A76CAE">
        <w:rPr>
          <w:lang w:val="ru-RU"/>
        </w:rPr>
        <w:t xml:space="preserve"> </w:t>
      </w:r>
      <w:proofErr w:type="spellStart"/>
      <w:r w:rsidRPr="00A76CAE">
        <w:rPr>
          <w:lang w:val="ru-RU"/>
        </w:rPr>
        <w:t>қауіпсіз</w:t>
      </w:r>
      <w:proofErr w:type="spellEnd"/>
      <w:r w:rsidRPr="00A76CAE">
        <w:rPr>
          <w:lang w:val="ru-RU"/>
        </w:rPr>
        <w:t xml:space="preserve"> </w:t>
      </w:r>
      <w:proofErr w:type="spellStart"/>
      <w:r w:rsidRPr="00A76CAE">
        <w:rPr>
          <w:lang w:val="ru-RU"/>
        </w:rPr>
        <w:t>маршруттар</w:t>
      </w:r>
      <w:proofErr w:type="spellEnd"/>
      <w:r w:rsidRPr="00A76CAE">
        <w:rPr>
          <w:lang w:val="ru-RU"/>
        </w:rPr>
        <w:t xml:space="preserve"> (</w:t>
      </w:r>
      <w:proofErr w:type="spellStart"/>
      <w:r w:rsidRPr="00A76CAE">
        <w:rPr>
          <w:lang w:val="ru-RU"/>
        </w:rPr>
        <w:t>жағдайға</w:t>
      </w:r>
      <w:proofErr w:type="spellEnd"/>
      <w:r w:rsidRPr="00A76CAE">
        <w:rPr>
          <w:lang w:val="ru-RU"/>
        </w:rPr>
        <w:t xml:space="preserve"> </w:t>
      </w:r>
      <w:proofErr w:type="spellStart"/>
      <w:r w:rsidRPr="00A76CAE">
        <w:rPr>
          <w:lang w:val="ru-RU"/>
        </w:rPr>
        <w:t>қарай</w:t>
      </w:r>
      <w:proofErr w:type="spellEnd"/>
      <w:r w:rsidRPr="00A76CAE">
        <w:rPr>
          <w:lang w:val="ru-RU"/>
        </w:rPr>
        <w:t>);</w:t>
      </w:r>
    </w:p>
    <w:p w14:paraId="0A915E92"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топтық</w:t>
      </w:r>
      <w:proofErr w:type="spellEnd"/>
      <w:r w:rsidRPr="00A76CAE">
        <w:rPr>
          <w:lang w:val="ru-RU"/>
        </w:rPr>
        <w:t xml:space="preserve">, </w:t>
      </w:r>
      <w:proofErr w:type="spellStart"/>
      <w:r w:rsidRPr="00A76CAE">
        <w:rPr>
          <w:lang w:val="ru-RU"/>
        </w:rPr>
        <w:t>жобалық</w:t>
      </w:r>
      <w:proofErr w:type="spellEnd"/>
      <w:r w:rsidRPr="00A76CAE">
        <w:rPr>
          <w:lang w:val="ru-RU"/>
        </w:rPr>
        <w:t xml:space="preserve">, </w:t>
      </w:r>
      <w:proofErr w:type="spellStart"/>
      <w:r w:rsidRPr="00A76CAE">
        <w:rPr>
          <w:lang w:val="ru-RU"/>
        </w:rPr>
        <w:t>нұсқа</w:t>
      </w:r>
      <w:r>
        <w:rPr>
          <w:lang w:val="ru-RU"/>
        </w:rPr>
        <w:t>улық</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шығармашылық</w:t>
      </w:r>
      <w:proofErr w:type="spellEnd"/>
      <w:r w:rsidRPr="00A76CAE">
        <w:rPr>
          <w:lang w:val="ru-RU"/>
        </w:rPr>
        <w:t xml:space="preserve"> </w:t>
      </w:r>
      <w:proofErr w:type="spellStart"/>
      <w:r w:rsidRPr="00A76CAE">
        <w:rPr>
          <w:lang w:val="ru-RU"/>
        </w:rPr>
        <w:t>жұмысқа</w:t>
      </w:r>
      <w:proofErr w:type="spellEnd"/>
      <w:r w:rsidRPr="00A76CAE">
        <w:rPr>
          <w:lang w:val="ru-RU"/>
        </w:rPr>
        <w:t xml:space="preserve"> </w:t>
      </w:r>
      <w:proofErr w:type="spellStart"/>
      <w:r w:rsidRPr="00A76CAE">
        <w:rPr>
          <w:lang w:val="ru-RU"/>
        </w:rPr>
        <w:t>арналған</w:t>
      </w:r>
      <w:proofErr w:type="spellEnd"/>
      <w:r w:rsidRPr="00A76CAE">
        <w:rPr>
          <w:lang w:val="ru-RU"/>
        </w:rPr>
        <w:t xml:space="preserve"> </w:t>
      </w:r>
      <w:proofErr w:type="spellStart"/>
      <w:r w:rsidRPr="00A76CAE">
        <w:rPr>
          <w:lang w:val="ru-RU"/>
        </w:rPr>
        <w:t>кеңістіктер</w:t>
      </w:r>
      <w:proofErr w:type="spellEnd"/>
      <w:r w:rsidRPr="00A76CAE">
        <w:rPr>
          <w:lang w:val="ru-RU"/>
        </w:rPr>
        <w:t>;</w:t>
      </w:r>
    </w:p>
    <w:p w14:paraId="05E5BAD2"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кеңсе</w:t>
      </w:r>
      <w:proofErr w:type="spellEnd"/>
      <w:r w:rsidRPr="00A76CAE">
        <w:rPr>
          <w:lang w:val="ru-RU"/>
        </w:rPr>
        <w:t xml:space="preserve"> </w:t>
      </w:r>
      <w:proofErr w:type="spellStart"/>
      <w:r w:rsidRPr="00A76CAE">
        <w:rPr>
          <w:lang w:val="ru-RU"/>
        </w:rPr>
        <w:t>материалдары</w:t>
      </w:r>
      <w:proofErr w:type="spellEnd"/>
      <w:r w:rsidRPr="00A76CAE">
        <w:rPr>
          <w:lang w:val="ru-RU"/>
        </w:rPr>
        <w:t xml:space="preserve"> (</w:t>
      </w:r>
      <w:proofErr w:type="spellStart"/>
      <w:r w:rsidRPr="00A76CAE">
        <w:rPr>
          <w:lang w:val="ru-RU"/>
        </w:rPr>
        <w:t>қағаз</w:t>
      </w:r>
      <w:proofErr w:type="spellEnd"/>
      <w:r w:rsidRPr="00A76CAE">
        <w:rPr>
          <w:lang w:val="ru-RU"/>
        </w:rPr>
        <w:t xml:space="preserve">, картон, </w:t>
      </w:r>
      <w:proofErr w:type="spellStart"/>
      <w:r w:rsidRPr="00A76CAE">
        <w:rPr>
          <w:lang w:val="ru-RU"/>
        </w:rPr>
        <w:t>маркерлер</w:t>
      </w:r>
      <w:proofErr w:type="spellEnd"/>
      <w:r w:rsidRPr="00A76CAE">
        <w:rPr>
          <w:lang w:val="ru-RU"/>
        </w:rPr>
        <w:t xml:space="preserve">, </w:t>
      </w:r>
      <w:proofErr w:type="spellStart"/>
      <w:r w:rsidRPr="00A76CAE">
        <w:rPr>
          <w:lang w:val="ru-RU"/>
        </w:rPr>
        <w:t>флипчарттар</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т.б</w:t>
      </w:r>
      <w:proofErr w:type="spellEnd"/>
      <w:r w:rsidRPr="00A76CAE">
        <w:rPr>
          <w:lang w:val="ru-RU"/>
        </w:rPr>
        <w:t>.);</w:t>
      </w:r>
    </w:p>
    <w:p w14:paraId="593CAB1B"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спорттық</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ойын</w:t>
      </w:r>
      <w:proofErr w:type="spellEnd"/>
      <w:r w:rsidRPr="00A76CAE">
        <w:rPr>
          <w:lang w:val="ru-RU"/>
        </w:rPr>
        <w:t xml:space="preserve"> </w:t>
      </w:r>
      <w:proofErr w:type="spellStart"/>
      <w:r w:rsidRPr="00A76CAE">
        <w:rPr>
          <w:lang w:val="ru-RU"/>
        </w:rPr>
        <w:t>құралдары</w:t>
      </w:r>
      <w:proofErr w:type="spellEnd"/>
      <w:r w:rsidRPr="00A76CAE">
        <w:rPr>
          <w:lang w:val="ru-RU"/>
        </w:rPr>
        <w:t>;</w:t>
      </w:r>
    </w:p>
    <w:p w14:paraId="077D1A15"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туристік</w:t>
      </w:r>
      <w:proofErr w:type="spellEnd"/>
      <w:r w:rsidRPr="00A76CAE">
        <w:rPr>
          <w:lang w:val="ru-RU"/>
        </w:rPr>
        <w:t xml:space="preserve"> </w:t>
      </w:r>
      <w:proofErr w:type="spellStart"/>
      <w:r w:rsidRPr="00A76CAE">
        <w:rPr>
          <w:lang w:val="ru-RU"/>
        </w:rPr>
        <w:t>жабдықтар</w:t>
      </w:r>
      <w:proofErr w:type="spellEnd"/>
      <w:r w:rsidRPr="00A76CAE">
        <w:rPr>
          <w:lang w:val="ru-RU"/>
        </w:rPr>
        <w:t xml:space="preserve"> (</w:t>
      </w:r>
      <w:proofErr w:type="spellStart"/>
      <w:r w:rsidRPr="00A76CAE">
        <w:rPr>
          <w:lang w:val="ru-RU"/>
        </w:rPr>
        <w:t>міндетті</w:t>
      </w:r>
      <w:proofErr w:type="spellEnd"/>
      <w:r w:rsidRPr="00A76CAE">
        <w:rPr>
          <w:lang w:val="ru-RU"/>
        </w:rPr>
        <w:t xml:space="preserve"> </w:t>
      </w:r>
      <w:proofErr w:type="spellStart"/>
      <w:r w:rsidRPr="00A76CAE">
        <w:rPr>
          <w:lang w:val="ru-RU"/>
        </w:rPr>
        <w:t>емес</w:t>
      </w:r>
      <w:proofErr w:type="spellEnd"/>
      <w:r w:rsidRPr="00A76CAE">
        <w:rPr>
          <w:lang w:val="ru-RU"/>
        </w:rPr>
        <w:t xml:space="preserve"> </w:t>
      </w:r>
      <w:proofErr w:type="spellStart"/>
      <w:r w:rsidRPr="00A76CAE">
        <w:rPr>
          <w:lang w:val="ru-RU"/>
        </w:rPr>
        <w:t>түрде</w:t>
      </w:r>
      <w:proofErr w:type="spellEnd"/>
      <w:r w:rsidRPr="00A76CAE">
        <w:rPr>
          <w:lang w:val="ru-RU"/>
        </w:rPr>
        <w:t xml:space="preserve">, бар </w:t>
      </w:r>
      <w:proofErr w:type="spellStart"/>
      <w:r w:rsidRPr="00A76CAE">
        <w:rPr>
          <w:lang w:val="ru-RU"/>
        </w:rPr>
        <w:t>болған</w:t>
      </w:r>
      <w:proofErr w:type="spellEnd"/>
      <w:r w:rsidRPr="00A76CAE">
        <w:rPr>
          <w:lang w:val="ru-RU"/>
        </w:rPr>
        <w:t xml:space="preserve"> </w:t>
      </w:r>
      <w:proofErr w:type="spellStart"/>
      <w:r w:rsidRPr="00A76CAE">
        <w:rPr>
          <w:lang w:val="ru-RU"/>
        </w:rPr>
        <w:t>жағдайда</w:t>
      </w:r>
      <w:proofErr w:type="spellEnd"/>
      <w:r w:rsidRPr="00A76CAE">
        <w:rPr>
          <w:lang w:val="ru-RU"/>
        </w:rPr>
        <w:t>);</w:t>
      </w:r>
    </w:p>
    <w:p w14:paraId="655E40FD" w14:textId="77777777" w:rsidR="00D53DD4" w:rsidRPr="00A76CAE" w:rsidRDefault="00D53DD4" w:rsidP="00D53DD4">
      <w:pPr>
        <w:jc w:val="both"/>
        <w:rPr>
          <w:lang w:val="ru-RU"/>
        </w:rPr>
      </w:pPr>
      <w:r w:rsidRPr="00A76CAE">
        <w:rPr>
          <w:lang w:val="ru-RU"/>
        </w:rPr>
        <w:t xml:space="preserve">• </w:t>
      </w:r>
      <w:proofErr w:type="spellStart"/>
      <w:r w:rsidRPr="00A76CAE">
        <w:rPr>
          <w:lang w:val="ru-RU"/>
        </w:rPr>
        <w:t>ақпараттық</w:t>
      </w:r>
      <w:proofErr w:type="spellEnd"/>
      <w:r w:rsidRPr="00A76CAE">
        <w:rPr>
          <w:lang w:val="ru-RU"/>
        </w:rPr>
        <w:t xml:space="preserve"> </w:t>
      </w:r>
      <w:proofErr w:type="spellStart"/>
      <w:r w:rsidRPr="00A76CAE">
        <w:rPr>
          <w:lang w:val="ru-RU"/>
        </w:rPr>
        <w:t>стендтер</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техникалық</w:t>
      </w:r>
      <w:proofErr w:type="spellEnd"/>
      <w:r w:rsidRPr="00A76CAE">
        <w:rPr>
          <w:lang w:val="ru-RU"/>
        </w:rPr>
        <w:t xml:space="preserve"> </w:t>
      </w:r>
      <w:proofErr w:type="spellStart"/>
      <w:r w:rsidRPr="00A76CAE">
        <w:rPr>
          <w:lang w:val="ru-RU"/>
        </w:rPr>
        <w:t>құралдар</w:t>
      </w:r>
      <w:proofErr w:type="spellEnd"/>
      <w:r w:rsidRPr="00A76CAE">
        <w:rPr>
          <w:lang w:val="ru-RU"/>
        </w:rPr>
        <w:t xml:space="preserve"> (бар </w:t>
      </w:r>
      <w:proofErr w:type="spellStart"/>
      <w:r w:rsidRPr="00A76CAE">
        <w:rPr>
          <w:lang w:val="ru-RU"/>
        </w:rPr>
        <w:t>болса</w:t>
      </w:r>
      <w:proofErr w:type="spellEnd"/>
      <w:r w:rsidRPr="00A76CAE">
        <w:rPr>
          <w:lang w:val="ru-RU"/>
        </w:rPr>
        <w:t>).</w:t>
      </w:r>
    </w:p>
    <w:p w14:paraId="6BF00DF0" w14:textId="77777777" w:rsidR="00D53DD4" w:rsidRPr="00A76CAE" w:rsidRDefault="00D53DD4" w:rsidP="00D53DD4">
      <w:pPr>
        <w:jc w:val="both"/>
        <w:rPr>
          <w:b/>
          <w:lang w:val="ru-RU"/>
        </w:rPr>
      </w:pPr>
      <w:proofErr w:type="spellStart"/>
      <w:r w:rsidRPr="00A76CAE">
        <w:rPr>
          <w:b/>
          <w:lang w:val="ru-RU"/>
        </w:rPr>
        <w:t>Санитарлық-гигиеналық</w:t>
      </w:r>
      <w:proofErr w:type="spellEnd"/>
      <w:r w:rsidRPr="00A76CAE">
        <w:rPr>
          <w:b/>
          <w:lang w:val="ru-RU"/>
        </w:rPr>
        <w:t xml:space="preserve"> </w:t>
      </w:r>
      <w:proofErr w:type="spellStart"/>
      <w:r w:rsidRPr="00A76CAE">
        <w:rPr>
          <w:b/>
          <w:lang w:val="ru-RU"/>
        </w:rPr>
        <w:t>шарттар</w:t>
      </w:r>
      <w:proofErr w:type="spellEnd"/>
    </w:p>
    <w:p w14:paraId="73539CD5" w14:textId="77777777" w:rsidR="00D53DD4" w:rsidRPr="00A76CAE" w:rsidRDefault="00D53DD4" w:rsidP="00D53DD4">
      <w:pPr>
        <w:jc w:val="both"/>
        <w:rPr>
          <w:lang w:val="ru-RU"/>
        </w:rPr>
      </w:pPr>
      <w:proofErr w:type="spellStart"/>
      <w:r w:rsidRPr="00A76CAE">
        <w:rPr>
          <w:lang w:val="ru-RU"/>
        </w:rPr>
        <w:t>Қызмет</w:t>
      </w:r>
      <w:proofErr w:type="spellEnd"/>
      <w:r w:rsidRPr="00A76CAE">
        <w:rPr>
          <w:lang w:val="ru-RU"/>
        </w:rPr>
        <w:t xml:space="preserve"> ҚР </w:t>
      </w:r>
      <w:proofErr w:type="spellStart"/>
      <w:r w:rsidRPr="00A76CAE">
        <w:rPr>
          <w:lang w:val="ru-RU"/>
        </w:rPr>
        <w:t>заңнамасында</w:t>
      </w:r>
      <w:proofErr w:type="spellEnd"/>
      <w:r w:rsidRPr="00A76CAE">
        <w:rPr>
          <w:lang w:val="ru-RU"/>
        </w:rPr>
        <w:t xml:space="preserve"> </w:t>
      </w:r>
      <w:proofErr w:type="spellStart"/>
      <w:r w:rsidRPr="00A76CAE">
        <w:rPr>
          <w:lang w:val="ru-RU"/>
        </w:rPr>
        <w:t>белгіленген</w:t>
      </w:r>
      <w:proofErr w:type="spellEnd"/>
      <w:r w:rsidRPr="00A76CAE">
        <w:rPr>
          <w:lang w:val="ru-RU"/>
        </w:rPr>
        <w:t xml:space="preserve"> </w:t>
      </w:r>
      <w:proofErr w:type="spellStart"/>
      <w:r w:rsidRPr="00A76CAE">
        <w:rPr>
          <w:lang w:val="ru-RU"/>
        </w:rPr>
        <w:t>санитарлық-эпидемиологиялық</w:t>
      </w:r>
      <w:proofErr w:type="spellEnd"/>
      <w:r w:rsidRPr="00A76CAE">
        <w:rPr>
          <w:lang w:val="ru-RU"/>
        </w:rPr>
        <w:t xml:space="preserve"> </w:t>
      </w:r>
      <w:proofErr w:type="spellStart"/>
      <w:r w:rsidRPr="00A76CAE">
        <w:rPr>
          <w:lang w:val="ru-RU"/>
        </w:rPr>
        <w:t>талаптарға</w:t>
      </w:r>
      <w:proofErr w:type="spellEnd"/>
      <w:r w:rsidRPr="00A76CAE">
        <w:rPr>
          <w:lang w:val="ru-RU"/>
        </w:rPr>
        <w:t xml:space="preserve"> </w:t>
      </w:r>
      <w:proofErr w:type="spellStart"/>
      <w:r w:rsidRPr="00A76CAE">
        <w:rPr>
          <w:lang w:val="ru-RU"/>
        </w:rPr>
        <w:t>сәйкес</w:t>
      </w:r>
      <w:proofErr w:type="spellEnd"/>
      <w:r w:rsidRPr="00A76CAE">
        <w:rPr>
          <w:lang w:val="ru-RU"/>
        </w:rPr>
        <w:t xml:space="preserve"> </w:t>
      </w:r>
      <w:proofErr w:type="spellStart"/>
      <w:r w:rsidRPr="00A76CAE">
        <w:rPr>
          <w:lang w:val="ru-RU"/>
        </w:rPr>
        <w:t>жүзеге</w:t>
      </w:r>
      <w:proofErr w:type="spellEnd"/>
      <w:r w:rsidRPr="00A76CAE">
        <w:rPr>
          <w:lang w:val="ru-RU"/>
        </w:rPr>
        <w:t xml:space="preserve"> </w:t>
      </w:r>
      <w:proofErr w:type="spellStart"/>
      <w:r w:rsidRPr="00A76CAE">
        <w:rPr>
          <w:lang w:val="ru-RU"/>
        </w:rPr>
        <w:t>асырылады</w:t>
      </w:r>
      <w:proofErr w:type="spellEnd"/>
      <w:r w:rsidRPr="00A76CAE">
        <w:rPr>
          <w:lang w:val="ru-RU"/>
        </w:rPr>
        <w:t xml:space="preserve">. </w:t>
      </w:r>
      <w:proofErr w:type="spellStart"/>
      <w:r w:rsidRPr="00A76CAE">
        <w:rPr>
          <w:lang w:val="ru-RU"/>
        </w:rPr>
        <w:t>Қауіпсіз</w:t>
      </w:r>
      <w:proofErr w:type="spellEnd"/>
      <w:r w:rsidRPr="00A76CAE">
        <w:rPr>
          <w:lang w:val="ru-RU"/>
        </w:rPr>
        <w:t xml:space="preserve"> </w:t>
      </w:r>
      <w:proofErr w:type="spellStart"/>
      <w:r w:rsidRPr="00A76CAE">
        <w:rPr>
          <w:lang w:val="ru-RU"/>
        </w:rPr>
        <w:t>тұру</w:t>
      </w:r>
      <w:proofErr w:type="spellEnd"/>
      <w:r w:rsidRPr="00A76CAE">
        <w:rPr>
          <w:lang w:val="ru-RU"/>
        </w:rPr>
        <w:t xml:space="preserve"> </w:t>
      </w:r>
      <w:proofErr w:type="spellStart"/>
      <w:r w:rsidRPr="00A76CAE">
        <w:rPr>
          <w:lang w:val="ru-RU"/>
        </w:rPr>
        <w:t>жағдайы</w:t>
      </w:r>
      <w:proofErr w:type="spellEnd"/>
      <w:r w:rsidRPr="00A76CAE">
        <w:rPr>
          <w:lang w:val="ru-RU"/>
        </w:rPr>
        <w:t xml:space="preserve">, </w:t>
      </w:r>
      <w:proofErr w:type="spellStart"/>
      <w:r w:rsidRPr="00A76CAE">
        <w:rPr>
          <w:lang w:val="ru-RU"/>
        </w:rPr>
        <w:t>тамақ</w:t>
      </w:r>
      <w:proofErr w:type="spellEnd"/>
      <w:r w:rsidRPr="00A76CAE">
        <w:rPr>
          <w:lang w:val="ru-RU"/>
        </w:rPr>
        <w:t xml:space="preserve"> </w:t>
      </w:r>
      <w:proofErr w:type="spellStart"/>
      <w:r w:rsidRPr="00A76CAE">
        <w:rPr>
          <w:lang w:val="ru-RU"/>
        </w:rPr>
        <w:t>сапасын</w:t>
      </w:r>
      <w:proofErr w:type="spellEnd"/>
      <w:r w:rsidRPr="00A76CAE">
        <w:rPr>
          <w:lang w:val="ru-RU"/>
        </w:rPr>
        <w:t xml:space="preserve"> </w:t>
      </w:r>
      <w:proofErr w:type="spellStart"/>
      <w:r w:rsidRPr="00A76CAE">
        <w:rPr>
          <w:lang w:val="ru-RU"/>
        </w:rPr>
        <w:t>бақылау</w:t>
      </w:r>
      <w:proofErr w:type="spellEnd"/>
      <w:r w:rsidRPr="00A76CAE">
        <w:rPr>
          <w:lang w:val="ru-RU"/>
        </w:rPr>
        <w:t xml:space="preserve">, </w:t>
      </w:r>
      <w:proofErr w:type="spellStart"/>
      <w:r w:rsidRPr="00A76CAE">
        <w:rPr>
          <w:lang w:val="ru-RU"/>
        </w:rPr>
        <w:t>ауызсу</w:t>
      </w:r>
      <w:proofErr w:type="spellEnd"/>
      <w:r w:rsidRPr="00A76CAE">
        <w:rPr>
          <w:lang w:val="ru-RU"/>
        </w:rPr>
        <w:t xml:space="preserve"> </w:t>
      </w:r>
      <w:proofErr w:type="spellStart"/>
      <w:r w:rsidRPr="00A76CAE">
        <w:rPr>
          <w:lang w:val="ru-RU"/>
        </w:rPr>
        <w:t>режимі</w:t>
      </w:r>
      <w:proofErr w:type="spellEnd"/>
      <w:r w:rsidRPr="00A76CAE">
        <w:rPr>
          <w:lang w:val="ru-RU"/>
        </w:rPr>
        <w:t xml:space="preserve">, </w:t>
      </w:r>
      <w:proofErr w:type="spellStart"/>
      <w:r w:rsidRPr="00A76CAE">
        <w:rPr>
          <w:lang w:val="ru-RU"/>
        </w:rPr>
        <w:t>жеке</w:t>
      </w:r>
      <w:proofErr w:type="spellEnd"/>
      <w:r w:rsidRPr="00A76CAE">
        <w:rPr>
          <w:lang w:val="ru-RU"/>
        </w:rPr>
        <w:t xml:space="preserve"> </w:t>
      </w:r>
      <w:proofErr w:type="spellStart"/>
      <w:r>
        <w:rPr>
          <w:lang w:val="ru-RU"/>
        </w:rPr>
        <w:t>тазалық</w:t>
      </w:r>
      <w:proofErr w:type="spellEnd"/>
      <w:r>
        <w:rPr>
          <w:lang w:val="ru-RU"/>
        </w:rPr>
        <w:t xml:space="preserve"> </w:t>
      </w:r>
      <w:proofErr w:type="spellStart"/>
      <w:r w:rsidRPr="00A76CAE">
        <w:rPr>
          <w:lang w:val="ru-RU"/>
        </w:rPr>
        <w:t>нормаларын</w:t>
      </w:r>
      <w:proofErr w:type="spellEnd"/>
      <w:r w:rsidRPr="00A76CAE">
        <w:rPr>
          <w:lang w:val="ru-RU"/>
        </w:rPr>
        <w:t xml:space="preserve"> </w:t>
      </w:r>
      <w:proofErr w:type="spellStart"/>
      <w:r w:rsidRPr="00A76CAE">
        <w:rPr>
          <w:lang w:val="ru-RU"/>
        </w:rPr>
        <w:t>сақтау</w:t>
      </w:r>
      <w:proofErr w:type="spellEnd"/>
      <w:r w:rsidRPr="00A76CAE">
        <w:rPr>
          <w:lang w:val="ru-RU"/>
        </w:rPr>
        <w:t xml:space="preserve">, </w:t>
      </w:r>
      <w:proofErr w:type="spellStart"/>
      <w:r w:rsidRPr="00A76CAE">
        <w:rPr>
          <w:lang w:val="ru-RU"/>
        </w:rPr>
        <w:t>үй-жайларды</w:t>
      </w:r>
      <w:proofErr w:type="spellEnd"/>
      <w:r w:rsidRPr="00A76CAE">
        <w:rPr>
          <w:lang w:val="ru-RU"/>
        </w:rPr>
        <w:t xml:space="preserve"> </w:t>
      </w:r>
      <w:proofErr w:type="spellStart"/>
      <w:r w:rsidRPr="00A76CAE">
        <w:rPr>
          <w:lang w:val="ru-RU"/>
        </w:rPr>
        <w:t>желдету</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санитарлық</w:t>
      </w:r>
      <w:proofErr w:type="spellEnd"/>
      <w:r w:rsidRPr="00A76CAE">
        <w:rPr>
          <w:lang w:val="ru-RU"/>
        </w:rPr>
        <w:t xml:space="preserve"> </w:t>
      </w:r>
      <w:proofErr w:type="spellStart"/>
      <w:r w:rsidRPr="00A76CAE">
        <w:rPr>
          <w:lang w:val="ru-RU"/>
        </w:rPr>
        <w:t>өңдеу</w:t>
      </w:r>
      <w:proofErr w:type="spellEnd"/>
      <w:r w:rsidRPr="00A76CAE">
        <w:rPr>
          <w:lang w:val="ru-RU"/>
        </w:rPr>
        <w:t xml:space="preserve">, </w:t>
      </w:r>
      <w:proofErr w:type="spellStart"/>
      <w:r w:rsidRPr="00A76CAE">
        <w:rPr>
          <w:lang w:val="ru-RU"/>
        </w:rPr>
        <w:t>медициналық</w:t>
      </w:r>
      <w:proofErr w:type="spellEnd"/>
      <w:r w:rsidRPr="00A76CAE">
        <w:rPr>
          <w:lang w:val="ru-RU"/>
        </w:rPr>
        <w:t xml:space="preserve"> </w:t>
      </w:r>
      <w:proofErr w:type="spellStart"/>
      <w:r w:rsidRPr="00A76CAE">
        <w:rPr>
          <w:lang w:val="ru-RU"/>
        </w:rPr>
        <w:t>бақылау</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Pr>
          <w:lang w:val="ru-RU"/>
        </w:rPr>
        <w:t>алдын</w:t>
      </w:r>
      <w:proofErr w:type="spellEnd"/>
      <w:r>
        <w:rPr>
          <w:lang w:val="ru-RU"/>
        </w:rPr>
        <w:t xml:space="preserve"> </w:t>
      </w:r>
      <w:proofErr w:type="spellStart"/>
      <w:r>
        <w:rPr>
          <w:lang w:val="ru-RU"/>
        </w:rPr>
        <w:t>алу</w:t>
      </w:r>
      <w:proofErr w:type="spellEnd"/>
      <w:r w:rsidRPr="00A76CAE">
        <w:rPr>
          <w:lang w:val="ru-RU"/>
        </w:rPr>
        <w:t xml:space="preserve"> </w:t>
      </w:r>
      <w:proofErr w:type="spellStart"/>
      <w:r w:rsidRPr="00A76CAE">
        <w:rPr>
          <w:lang w:val="ru-RU"/>
        </w:rPr>
        <w:t>шаралар</w:t>
      </w:r>
      <w:proofErr w:type="spellEnd"/>
      <w:r w:rsidRPr="00A76CAE">
        <w:rPr>
          <w:lang w:val="ru-RU"/>
        </w:rPr>
        <w:t xml:space="preserve"> </w:t>
      </w:r>
      <w:proofErr w:type="spellStart"/>
      <w:r w:rsidRPr="00A76CAE">
        <w:rPr>
          <w:lang w:val="ru-RU"/>
        </w:rPr>
        <w:t>қамтамасыз</w:t>
      </w:r>
      <w:proofErr w:type="spellEnd"/>
      <w:r w:rsidRPr="00A76CAE">
        <w:rPr>
          <w:lang w:val="ru-RU"/>
        </w:rPr>
        <w:t xml:space="preserve"> </w:t>
      </w:r>
      <w:proofErr w:type="spellStart"/>
      <w:r w:rsidRPr="00A76CAE">
        <w:rPr>
          <w:lang w:val="ru-RU"/>
        </w:rPr>
        <w:t>етіледі</w:t>
      </w:r>
      <w:proofErr w:type="spellEnd"/>
      <w:r w:rsidRPr="00A76CAE">
        <w:rPr>
          <w:lang w:val="ru-RU"/>
        </w:rPr>
        <w:t>.</w:t>
      </w:r>
    </w:p>
    <w:p w14:paraId="69B47FE7" w14:textId="77777777" w:rsidR="00D53DD4" w:rsidRPr="00A76CAE" w:rsidRDefault="00D53DD4" w:rsidP="00D53DD4">
      <w:pPr>
        <w:jc w:val="both"/>
        <w:rPr>
          <w:b/>
          <w:lang w:val="ru-RU"/>
        </w:rPr>
      </w:pPr>
      <w:proofErr w:type="spellStart"/>
      <w:r w:rsidRPr="00A76CAE">
        <w:rPr>
          <w:b/>
          <w:lang w:val="ru-RU"/>
        </w:rPr>
        <w:t>Күн</w:t>
      </w:r>
      <w:proofErr w:type="spellEnd"/>
      <w:r w:rsidRPr="00A76CAE">
        <w:rPr>
          <w:b/>
          <w:lang w:val="ru-RU"/>
        </w:rPr>
        <w:t xml:space="preserve"> </w:t>
      </w:r>
      <w:proofErr w:type="spellStart"/>
      <w:r w:rsidRPr="00A76CAE">
        <w:rPr>
          <w:b/>
          <w:lang w:val="ru-RU"/>
        </w:rPr>
        <w:t>тәртібі</w:t>
      </w:r>
      <w:proofErr w:type="spellEnd"/>
      <w:r w:rsidRPr="00A76CAE">
        <w:rPr>
          <w:b/>
          <w:lang w:val="ru-RU"/>
        </w:rPr>
        <w:t xml:space="preserve">, </w:t>
      </w:r>
      <w:proofErr w:type="spellStart"/>
      <w:r w:rsidRPr="00A76CAE">
        <w:rPr>
          <w:b/>
          <w:lang w:val="ru-RU"/>
        </w:rPr>
        <w:t>тамақтану</w:t>
      </w:r>
      <w:proofErr w:type="spellEnd"/>
      <w:r w:rsidRPr="00A76CAE">
        <w:rPr>
          <w:b/>
          <w:lang w:val="ru-RU"/>
        </w:rPr>
        <w:t xml:space="preserve"> </w:t>
      </w:r>
      <w:proofErr w:type="spellStart"/>
      <w:r w:rsidRPr="00A76CAE">
        <w:rPr>
          <w:b/>
          <w:lang w:val="ru-RU"/>
        </w:rPr>
        <w:t>және</w:t>
      </w:r>
      <w:proofErr w:type="spellEnd"/>
      <w:r w:rsidRPr="00A76CAE">
        <w:rPr>
          <w:b/>
          <w:lang w:val="ru-RU"/>
        </w:rPr>
        <w:t xml:space="preserve"> </w:t>
      </w:r>
      <w:proofErr w:type="spellStart"/>
      <w:r w:rsidRPr="00A76CAE">
        <w:rPr>
          <w:b/>
          <w:lang w:val="ru-RU"/>
        </w:rPr>
        <w:t>демалыс</w:t>
      </w:r>
      <w:proofErr w:type="spellEnd"/>
    </w:p>
    <w:p w14:paraId="4C9BA9BE" w14:textId="77777777" w:rsidR="00D53DD4" w:rsidRPr="00A76CAE" w:rsidRDefault="00D53DD4" w:rsidP="00D53DD4">
      <w:pPr>
        <w:jc w:val="both"/>
        <w:rPr>
          <w:lang w:val="ru-RU"/>
        </w:rPr>
      </w:pPr>
      <w:proofErr w:type="spellStart"/>
      <w:r w:rsidRPr="00A76CAE">
        <w:rPr>
          <w:lang w:val="ru-RU"/>
        </w:rPr>
        <w:t>Күн</w:t>
      </w:r>
      <w:proofErr w:type="spellEnd"/>
      <w:r w:rsidRPr="00A76CAE">
        <w:rPr>
          <w:lang w:val="ru-RU"/>
        </w:rPr>
        <w:t xml:space="preserve"> </w:t>
      </w:r>
      <w:proofErr w:type="spellStart"/>
      <w:r w:rsidRPr="00A76CAE">
        <w:rPr>
          <w:lang w:val="ru-RU"/>
        </w:rPr>
        <w:t>тәртібі</w:t>
      </w:r>
      <w:proofErr w:type="spellEnd"/>
      <w:r w:rsidRPr="00A76CAE">
        <w:rPr>
          <w:lang w:val="ru-RU"/>
        </w:rPr>
        <w:t xml:space="preserve"> </w:t>
      </w:r>
      <w:proofErr w:type="spellStart"/>
      <w:r w:rsidRPr="00A76CAE">
        <w:rPr>
          <w:lang w:val="ru-RU"/>
        </w:rPr>
        <w:t>ұйқы</w:t>
      </w:r>
      <w:proofErr w:type="spellEnd"/>
      <w:r w:rsidRPr="00A76CAE">
        <w:rPr>
          <w:lang w:val="ru-RU"/>
        </w:rPr>
        <w:t xml:space="preserve">, </w:t>
      </w:r>
      <w:proofErr w:type="spellStart"/>
      <w:r w:rsidRPr="00A76CAE">
        <w:rPr>
          <w:lang w:val="ru-RU"/>
        </w:rPr>
        <w:t>тамақтану</w:t>
      </w:r>
      <w:proofErr w:type="spellEnd"/>
      <w:r w:rsidRPr="00A76CAE">
        <w:rPr>
          <w:lang w:val="ru-RU"/>
        </w:rPr>
        <w:t xml:space="preserve">, </w:t>
      </w:r>
      <w:proofErr w:type="spellStart"/>
      <w:r w:rsidRPr="00A76CAE">
        <w:rPr>
          <w:lang w:val="ru-RU"/>
        </w:rPr>
        <w:t>білім</w:t>
      </w:r>
      <w:proofErr w:type="spellEnd"/>
      <w:r w:rsidRPr="00A76CAE">
        <w:rPr>
          <w:lang w:val="ru-RU"/>
        </w:rPr>
        <w:t xml:space="preserve"> беру </w:t>
      </w:r>
      <w:proofErr w:type="spellStart"/>
      <w:r w:rsidRPr="00A76CAE">
        <w:rPr>
          <w:lang w:val="ru-RU"/>
        </w:rPr>
        <w:t>іс-шаралары</w:t>
      </w:r>
      <w:proofErr w:type="spellEnd"/>
      <w:r w:rsidRPr="00A76CAE">
        <w:rPr>
          <w:lang w:val="ru-RU"/>
        </w:rPr>
        <w:t xml:space="preserve">, </w:t>
      </w:r>
      <w:proofErr w:type="spellStart"/>
      <w:r w:rsidRPr="00A76CAE">
        <w:rPr>
          <w:lang w:val="ru-RU"/>
        </w:rPr>
        <w:t>сауықтыру</w:t>
      </w:r>
      <w:proofErr w:type="spellEnd"/>
      <w:r w:rsidRPr="00A76CAE">
        <w:rPr>
          <w:lang w:val="ru-RU"/>
        </w:rPr>
        <w:t xml:space="preserve"> </w:t>
      </w:r>
      <w:proofErr w:type="spellStart"/>
      <w:r w:rsidRPr="00A76CAE">
        <w:rPr>
          <w:lang w:val="ru-RU"/>
        </w:rPr>
        <w:t>белсенділігі</w:t>
      </w:r>
      <w:proofErr w:type="spellEnd"/>
      <w:r w:rsidRPr="00A76CAE">
        <w:rPr>
          <w:lang w:val="ru-RU"/>
        </w:rPr>
        <w:t xml:space="preserve">, </w:t>
      </w:r>
      <w:proofErr w:type="spellStart"/>
      <w:r w:rsidRPr="00A76CAE">
        <w:rPr>
          <w:lang w:val="ru-RU"/>
        </w:rPr>
        <w:t>демалыс</w:t>
      </w:r>
      <w:proofErr w:type="spellEnd"/>
      <w:r w:rsidRPr="00A76CAE">
        <w:rPr>
          <w:lang w:val="ru-RU"/>
        </w:rPr>
        <w:t xml:space="preserve">, </w:t>
      </w:r>
      <w:proofErr w:type="spellStart"/>
      <w:r w:rsidRPr="00A76CAE">
        <w:rPr>
          <w:lang w:val="ru-RU"/>
        </w:rPr>
        <w:t>серуен</w:t>
      </w:r>
      <w:proofErr w:type="spellEnd"/>
      <w:r w:rsidRPr="00A76CAE">
        <w:rPr>
          <w:lang w:val="ru-RU"/>
        </w:rPr>
        <w:t xml:space="preserve">, бос </w:t>
      </w:r>
      <w:proofErr w:type="spellStart"/>
      <w:r w:rsidRPr="00A76CAE">
        <w:rPr>
          <w:lang w:val="ru-RU"/>
        </w:rPr>
        <w:t>уақыт</w:t>
      </w:r>
      <w:proofErr w:type="spellEnd"/>
      <w:r w:rsidRPr="00A76CAE">
        <w:rPr>
          <w:lang w:val="ru-RU"/>
        </w:rPr>
        <w:t xml:space="preserve">, </w:t>
      </w:r>
      <w:proofErr w:type="spellStart"/>
      <w:r w:rsidRPr="00A76CAE">
        <w:rPr>
          <w:lang w:val="ru-RU"/>
        </w:rPr>
        <w:t>кешкі</w:t>
      </w:r>
      <w:proofErr w:type="spellEnd"/>
      <w:r w:rsidRPr="00A76CAE">
        <w:rPr>
          <w:lang w:val="ru-RU"/>
        </w:rPr>
        <w:t xml:space="preserve"> </w:t>
      </w:r>
      <w:proofErr w:type="spellStart"/>
      <w:r w:rsidRPr="00A76CAE">
        <w:rPr>
          <w:lang w:val="ru-RU"/>
        </w:rPr>
        <w:t>іс-шаралар</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Pr>
          <w:lang w:val="ru-RU"/>
        </w:rPr>
        <w:t>кері</w:t>
      </w:r>
      <w:proofErr w:type="spellEnd"/>
      <w:r>
        <w:rPr>
          <w:lang w:val="ru-RU"/>
        </w:rPr>
        <w:t xml:space="preserve"> </w:t>
      </w:r>
      <w:proofErr w:type="spellStart"/>
      <w:r>
        <w:rPr>
          <w:lang w:val="ru-RU"/>
        </w:rPr>
        <w:t>байланыстың</w:t>
      </w:r>
      <w:proofErr w:type="spellEnd"/>
      <w:r w:rsidRPr="00A76CAE">
        <w:rPr>
          <w:lang w:val="ru-RU"/>
        </w:rPr>
        <w:t xml:space="preserve"> </w:t>
      </w:r>
      <w:proofErr w:type="spellStart"/>
      <w:r w:rsidRPr="00A76CAE">
        <w:rPr>
          <w:lang w:val="ru-RU"/>
        </w:rPr>
        <w:t>ұтымды</w:t>
      </w:r>
      <w:proofErr w:type="spellEnd"/>
      <w:r w:rsidRPr="00A76CAE">
        <w:rPr>
          <w:lang w:val="ru-RU"/>
        </w:rPr>
        <w:t xml:space="preserve"> </w:t>
      </w:r>
      <w:proofErr w:type="spellStart"/>
      <w:r w:rsidRPr="00A76CAE">
        <w:rPr>
          <w:lang w:val="ru-RU"/>
        </w:rPr>
        <w:t>алмасуын</w:t>
      </w:r>
      <w:proofErr w:type="spellEnd"/>
      <w:r w:rsidRPr="00A76CAE">
        <w:rPr>
          <w:lang w:val="ru-RU"/>
        </w:rPr>
        <w:t xml:space="preserve"> </w:t>
      </w:r>
      <w:proofErr w:type="spellStart"/>
      <w:r w:rsidRPr="00A76CAE">
        <w:rPr>
          <w:lang w:val="ru-RU"/>
        </w:rPr>
        <w:t>көздейді</w:t>
      </w:r>
      <w:proofErr w:type="spellEnd"/>
      <w:r w:rsidRPr="00A76CAE">
        <w:rPr>
          <w:lang w:val="ru-RU"/>
        </w:rPr>
        <w:t>.</w:t>
      </w:r>
    </w:p>
    <w:p w14:paraId="0ACBBC49" w14:textId="7104A49F" w:rsidR="00D53DD4" w:rsidRDefault="00D53DD4" w:rsidP="00D53DD4">
      <w:pPr>
        <w:jc w:val="both"/>
        <w:rPr>
          <w:lang w:val="ru-RU"/>
        </w:rPr>
      </w:pPr>
      <w:proofErr w:type="spellStart"/>
      <w:r w:rsidRPr="00A76CAE">
        <w:rPr>
          <w:lang w:val="ru-RU"/>
        </w:rPr>
        <w:t>Тамақтану</w:t>
      </w:r>
      <w:proofErr w:type="spellEnd"/>
      <w:r w:rsidRPr="00A76CAE">
        <w:rPr>
          <w:lang w:val="ru-RU"/>
        </w:rPr>
        <w:t xml:space="preserve"> </w:t>
      </w:r>
      <w:proofErr w:type="spellStart"/>
      <w:r w:rsidRPr="00A76CAE">
        <w:rPr>
          <w:lang w:val="ru-RU"/>
        </w:rPr>
        <w:t>белгіленген</w:t>
      </w:r>
      <w:proofErr w:type="spellEnd"/>
      <w:r w:rsidRPr="00A76CAE">
        <w:rPr>
          <w:lang w:val="ru-RU"/>
        </w:rPr>
        <w:t xml:space="preserve"> </w:t>
      </w:r>
      <w:proofErr w:type="spellStart"/>
      <w:r w:rsidRPr="00A76CAE">
        <w:rPr>
          <w:lang w:val="ru-RU"/>
        </w:rPr>
        <w:t>нормаларға</w:t>
      </w:r>
      <w:proofErr w:type="spellEnd"/>
      <w:r w:rsidRPr="00A76CAE">
        <w:rPr>
          <w:lang w:val="ru-RU"/>
        </w:rPr>
        <w:t xml:space="preserve">, </w:t>
      </w:r>
      <w:proofErr w:type="spellStart"/>
      <w:r w:rsidRPr="00A76CAE">
        <w:rPr>
          <w:lang w:val="ru-RU"/>
        </w:rPr>
        <w:t>балалардың</w:t>
      </w:r>
      <w:proofErr w:type="spellEnd"/>
      <w:r w:rsidRPr="00A76CAE">
        <w:rPr>
          <w:lang w:val="ru-RU"/>
        </w:rPr>
        <w:t xml:space="preserve"> </w:t>
      </w:r>
      <w:proofErr w:type="spellStart"/>
      <w:r w:rsidRPr="00A76CAE">
        <w:rPr>
          <w:lang w:val="ru-RU"/>
        </w:rPr>
        <w:t>жас</w:t>
      </w:r>
      <w:proofErr w:type="spellEnd"/>
      <w:r w:rsidRPr="00A76CAE">
        <w:rPr>
          <w:lang w:val="ru-RU"/>
        </w:rPr>
        <w:t xml:space="preserve"> </w:t>
      </w:r>
      <w:proofErr w:type="spellStart"/>
      <w:r w:rsidRPr="00A76CAE">
        <w:rPr>
          <w:lang w:val="ru-RU"/>
        </w:rPr>
        <w:t>ерекшеліктеріне</w:t>
      </w:r>
      <w:proofErr w:type="spellEnd"/>
      <w:r w:rsidRPr="00A76CAE">
        <w:rPr>
          <w:lang w:val="ru-RU"/>
        </w:rPr>
        <w:t xml:space="preserve">, болу </w:t>
      </w:r>
      <w:proofErr w:type="spellStart"/>
      <w:r w:rsidRPr="00A76CAE">
        <w:rPr>
          <w:lang w:val="ru-RU"/>
        </w:rPr>
        <w:t>режиміне</w:t>
      </w:r>
      <w:proofErr w:type="spellEnd"/>
      <w:r w:rsidRPr="00A76CAE">
        <w:rPr>
          <w:lang w:val="ru-RU"/>
        </w:rPr>
        <w:t xml:space="preserve"> </w:t>
      </w:r>
      <w:proofErr w:type="spellStart"/>
      <w:r w:rsidRPr="00A76CAE">
        <w:rPr>
          <w:lang w:val="ru-RU"/>
        </w:rPr>
        <w:t>және</w:t>
      </w:r>
      <w:proofErr w:type="spellEnd"/>
      <w:r w:rsidRPr="00A76CAE">
        <w:rPr>
          <w:lang w:val="ru-RU"/>
        </w:rPr>
        <w:t xml:space="preserve"> </w:t>
      </w:r>
      <w:proofErr w:type="spellStart"/>
      <w:r w:rsidRPr="00A76CAE">
        <w:rPr>
          <w:lang w:val="ru-RU"/>
        </w:rPr>
        <w:t>санитарлық</w:t>
      </w:r>
      <w:proofErr w:type="spellEnd"/>
      <w:r w:rsidRPr="00A76CAE">
        <w:rPr>
          <w:lang w:val="ru-RU"/>
        </w:rPr>
        <w:t xml:space="preserve"> </w:t>
      </w:r>
      <w:proofErr w:type="spellStart"/>
      <w:r w:rsidRPr="00A76CAE">
        <w:rPr>
          <w:lang w:val="ru-RU"/>
        </w:rPr>
        <w:t>талаптарға</w:t>
      </w:r>
      <w:proofErr w:type="spellEnd"/>
      <w:r w:rsidRPr="00A76CAE">
        <w:rPr>
          <w:lang w:val="ru-RU"/>
        </w:rPr>
        <w:t xml:space="preserve"> </w:t>
      </w:r>
      <w:proofErr w:type="spellStart"/>
      <w:r w:rsidRPr="00A76CAE">
        <w:rPr>
          <w:lang w:val="ru-RU"/>
        </w:rPr>
        <w:t>сәйкес</w:t>
      </w:r>
      <w:proofErr w:type="spellEnd"/>
      <w:r w:rsidRPr="00A76CAE">
        <w:rPr>
          <w:lang w:val="ru-RU"/>
        </w:rPr>
        <w:t xml:space="preserve"> </w:t>
      </w:r>
      <w:proofErr w:type="spellStart"/>
      <w:r w:rsidRPr="00A76CAE">
        <w:rPr>
          <w:lang w:val="ru-RU"/>
        </w:rPr>
        <w:t>ұйымдастырылады</w:t>
      </w:r>
      <w:proofErr w:type="spellEnd"/>
      <w:r w:rsidRPr="00A76CAE">
        <w:rPr>
          <w:lang w:val="ru-RU"/>
        </w:rPr>
        <w:t xml:space="preserve">. Су </w:t>
      </w:r>
      <w:proofErr w:type="spellStart"/>
      <w:r w:rsidRPr="00A76CAE">
        <w:rPr>
          <w:lang w:val="ru-RU"/>
        </w:rPr>
        <w:t>ішу</w:t>
      </w:r>
      <w:proofErr w:type="spellEnd"/>
      <w:r w:rsidRPr="00A76CAE">
        <w:rPr>
          <w:lang w:val="ru-RU"/>
        </w:rPr>
        <w:t xml:space="preserve"> </w:t>
      </w:r>
      <w:proofErr w:type="spellStart"/>
      <w:r w:rsidR="00DD6E9B">
        <w:rPr>
          <w:lang w:val="ru-RU"/>
        </w:rPr>
        <w:t>әдебі</w:t>
      </w:r>
      <w:proofErr w:type="spellEnd"/>
      <w:r w:rsidRPr="00A76CAE">
        <w:rPr>
          <w:lang w:val="ru-RU"/>
        </w:rPr>
        <w:t xml:space="preserve"> </w:t>
      </w:r>
      <w:proofErr w:type="spellStart"/>
      <w:r w:rsidRPr="00A76CAE">
        <w:rPr>
          <w:lang w:val="ru-RU"/>
        </w:rPr>
        <w:t>күні</w:t>
      </w:r>
      <w:proofErr w:type="spellEnd"/>
      <w:r w:rsidRPr="00A76CAE">
        <w:rPr>
          <w:lang w:val="ru-RU"/>
        </w:rPr>
        <w:t xml:space="preserve"> </w:t>
      </w:r>
      <w:proofErr w:type="spellStart"/>
      <w:r w:rsidRPr="00A76CAE">
        <w:rPr>
          <w:lang w:val="ru-RU"/>
        </w:rPr>
        <w:t>бойы</w:t>
      </w:r>
      <w:proofErr w:type="spellEnd"/>
      <w:r w:rsidRPr="00A76CAE">
        <w:rPr>
          <w:lang w:val="ru-RU"/>
        </w:rPr>
        <w:t xml:space="preserve">, </w:t>
      </w:r>
      <w:proofErr w:type="spellStart"/>
      <w:r w:rsidRPr="00A76CAE">
        <w:rPr>
          <w:lang w:val="ru-RU"/>
        </w:rPr>
        <w:t>әсіресе</w:t>
      </w:r>
      <w:proofErr w:type="spellEnd"/>
      <w:r w:rsidRPr="00A76CAE">
        <w:rPr>
          <w:lang w:val="ru-RU"/>
        </w:rPr>
        <w:t xml:space="preserve"> </w:t>
      </w:r>
      <w:proofErr w:type="spellStart"/>
      <w:r w:rsidRPr="00A76CAE">
        <w:rPr>
          <w:lang w:val="ru-RU"/>
        </w:rPr>
        <w:t>спорттық-туристік</w:t>
      </w:r>
      <w:proofErr w:type="spellEnd"/>
      <w:r w:rsidRPr="00A76CAE">
        <w:rPr>
          <w:lang w:val="ru-RU"/>
        </w:rPr>
        <w:t xml:space="preserve"> </w:t>
      </w:r>
      <w:proofErr w:type="spellStart"/>
      <w:r w:rsidRPr="00A76CAE">
        <w:rPr>
          <w:lang w:val="ru-RU"/>
        </w:rPr>
        <w:t>іс-шаралар</w:t>
      </w:r>
      <w:proofErr w:type="spellEnd"/>
      <w:r w:rsidRPr="00A76CAE">
        <w:rPr>
          <w:lang w:val="ru-RU"/>
        </w:rPr>
        <w:t xml:space="preserve"> </w:t>
      </w:r>
      <w:proofErr w:type="spellStart"/>
      <w:r w:rsidRPr="00A76CAE">
        <w:rPr>
          <w:lang w:val="ru-RU"/>
        </w:rPr>
        <w:t>кезінде</w:t>
      </w:r>
      <w:proofErr w:type="spellEnd"/>
      <w:r w:rsidRPr="00A76CAE">
        <w:rPr>
          <w:lang w:val="ru-RU"/>
        </w:rPr>
        <w:t xml:space="preserve"> </w:t>
      </w:r>
      <w:proofErr w:type="spellStart"/>
      <w:r w:rsidRPr="00A76CAE">
        <w:rPr>
          <w:lang w:val="ru-RU"/>
        </w:rPr>
        <w:t>тұрақты</w:t>
      </w:r>
      <w:proofErr w:type="spellEnd"/>
      <w:r w:rsidRPr="00A76CAE">
        <w:rPr>
          <w:lang w:val="ru-RU"/>
        </w:rPr>
        <w:t xml:space="preserve"> </w:t>
      </w:r>
      <w:proofErr w:type="spellStart"/>
      <w:r w:rsidRPr="00A76CAE">
        <w:rPr>
          <w:lang w:val="ru-RU"/>
        </w:rPr>
        <w:t>қамтамасыз</w:t>
      </w:r>
      <w:proofErr w:type="spellEnd"/>
      <w:r w:rsidRPr="00A76CAE">
        <w:rPr>
          <w:lang w:val="ru-RU"/>
        </w:rPr>
        <w:t xml:space="preserve"> </w:t>
      </w:r>
      <w:proofErr w:type="spellStart"/>
      <w:r w:rsidRPr="00A76CAE">
        <w:rPr>
          <w:lang w:val="ru-RU"/>
        </w:rPr>
        <w:t>етіледі</w:t>
      </w:r>
      <w:proofErr w:type="spellEnd"/>
      <w:r w:rsidRPr="00A76CAE">
        <w:rPr>
          <w:lang w:val="ru-RU"/>
        </w:rPr>
        <w:t>.</w:t>
      </w:r>
    </w:p>
    <w:p w14:paraId="45030354" w14:textId="77777777" w:rsidR="00D53DD4" w:rsidRPr="00A81E3F" w:rsidRDefault="00D53DD4" w:rsidP="00D53DD4">
      <w:pPr>
        <w:jc w:val="both"/>
        <w:rPr>
          <w:lang w:val="ru-RU"/>
        </w:rPr>
      </w:pPr>
    </w:p>
    <w:tbl>
      <w:tblPr>
        <w:tblStyle w:val="aff0"/>
        <w:tblW w:w="0" w:type="auto"/>
        <w:jc w:val="center"/>
        <w:tblLook w:val="04A0" w:firstRow="1" w:lastRow="0" w:firstColumn="1" w:lastColumn="0" w:noHBand="0" w:noVBand="1"/>
      </w:tblPr>
      <w:tblGrid>
        <w:gridCol w:w="2835"/>
        <w:gridCol w:w="6803"/>
      </w:tblGrid>
      <w:tr w:rsidR="00D53DD4" w:rsidRPr="00FA38FF" w14:paraId="10D0F7E6" w14:textId="77777777" w:rsidTr="00E56216">
        <w:trPr>
          <w:tblHeader/>
          <w:jc w:val="center"/>
        </w:trPr>
        <w:tc>
          <w:tcPr>
            <w:tcW w:w="2835" w:type="dxa"/>
            <w:shd w:val="clear" w:color="auto" w:fill="D9EAD3"/>
          </w:tcPr>
          <w:p w14:paraId="1FA379F2" w14:textId="77777777" w:rsidR="00D53DD4" w:rsidRPr="00FA38FF" w:rsidRDefault="00D53DD4" w:rsidP="00E56216">
            <w:pPr>
              <w:ind w:firstLine="0"/>
              <w:jc w:val="center"/>
              <w:rPr>
                <w:b/>
                <w:lang w:val="ru-RU"/>
              </w:rPr>
            </w:pPr>
            <w:proofErr w:type="spellStart"/>
            <w:r w:rsidRPr="00FA38FF">
              <w:rPr>
                <w:b/>
                <w:lang w:val="ru-RU"/>
              </w:rPr>
              <w:t>Күн</w:t>
            </w:r>
            <w:proofErr w:type="spellEnd"/>
            <w:r w:rsidRPr="00FA38FF">
              <w:rPr>
                <w:b/>
                <w:lang w:val="ru-RU"/>
              </w:rPr>
              <w:t xml:space="preserve"> </w:t>
            </w:r>
            <w:proofErr w:type="spellStart"/>
            <w:r w:rsidRPr="00FA38FF">
              <w:rPr>
                <w:b/>
                <w:lang w:val="ru-RU"/>
              </w:rPr>
              <w:t>тәртібінің</w:t>
            </w:r>
            <w:proofErr w:type="spellEnd"/>
            <w:r w:rsidRPr="00FA38FF">
              <w:rPr>
                <w:b/>
                <w:lang w:val="ru-RU"/>
              </w:rPr>
              <w:t xml:space="preserve"> </w:t>
            </w:r>
            <w:proofErr w:type="spellStart"/>
            <w:r w:rsidRPr="00FA38FF">
              <w:rPr>
                <w:b/>
                <w:lang w:val="ru-RU"/>
              </w:rPr>
              <w:t>элементі</w:t>
            </w:r>
            <w:proofErr w:type="spellEnd"/>
          </w:p>
        </w:tc>
        <w:tc>
          <w:tcPr>
            <w:tcW w:w="6803" w:type="dxa"/>
            <w:shd w:val="clear" w:color="auto" w:fill="D9EAD3"/>
          </w:tcPr>
          <w:p w14:paraId="5D89F6E1" w14:textId="77777777" w:rsidR="00D53DD4" w:rsidRPr="00FA38FF" w:rsidRDefault="00D53DD4" w:rsidP="00E56216">
            <w:pPr>
              <w:ind w:firstLine="0"/>
              <w:jc w:val="center"/>
              <w:rPr>
                <w:b/>
                <w:lang w:val="ru-RU"/>
              </w:rPr>
            </w:pPr>
            <w:proofErr w:type="spellStart"/>
            <w:r w:rsidRPr="00FA38FF">
              <w:rPr>
                <w:b/>
                <w:lang w:val="ru-RU"/>
              </w:rPr>
              <w:t>Үлгілік</w:t>
            </w:r>
            <w:proofErr w:type="spellEnd"/>
            <w:r w:rsidRPr="00FA38FF">
              <w:rPr>
                <w:b/>
                <w:lang w:val="ru-RU"/>
              </w:rPr>
              <w:t xml:space="preserve"> </w:t>
            </w:r>
            <w:proofErr w:type="spellStart"/>
            <w:r w:rsidRPr="00FA38FF">
              <w:rPr>
                <w:b/>
                <w:lang w:val="ru-RU"/>
              </w:rPr>
              <w:t>мазмұны</w:t>
            </w:r>
            <w:proofErr w:type="spellEnd"/>
          </w:p>
        </w:tc>
      </w:tr>
      <w:tr w:rsidR="00D53DD4" w:rsidRPr="00FA38FF" w14:paraId="3A805000" w14:textId="77777777" w:rsidTr="00E56216">
        <w:trPr>
          <w:jc w:val="center"/>
        </w:trPr>
        <w:tc>
          <w:tcPr>
            <w:tcW w:w="2835" w:type="dxa"/>
          </w:tcPr>
          <w:p w14:paraId="3BC2E415" w14:textId="77777777" w:rsidR="00D53DD4" w:rsidRDefault="00D53DD4" w:rsidP="00E56216">
            <w:pPr>
              <w:ind w:firstLine="0"/>
            </w:pPr>
            <w:proofErr w:type="spellStart"/>
            <w:r>
              <w:t>Таңертең</w:t>
            </w:r>
            <w:proofErr w:type="spellEnd"/>
          </w:p>
        </w:tc>
        <w:tc>
          <w:tcPr>
            <w:tcW w:w="6803" w:type="dxa"/>
          </w:tcPr>
          <w:p w14:paraId="3EB4D5F1" w14:textId="77777777" w:rsidR="00D53DD4" w:rsidRPr="00FA38FF" w:rsidRDefault="00D53DD4" w:rsidP="00E56216">
            <w:pPr>
              <w:ind w:firstLine="0"/>
              <w:jc w:val="both"/>
            </w:pPr>
            <w:proofErr w:type="spellStart"/>
            <w:r>
              <w:t>Тұру</w:t>
            </w:r>
            <w:proofErr w:type="spellEnd"/>
            <w:r>
              <w:t xml:space="preserve">, </w:t>
            </w:r>
            <w:proofErr w:type="spellStart"/>
            <w:r>
              <w:t>жеке</w:t>
            </w:r>
            <w:proofErr w:type="spellEnd"/>
            <w:r>
              <w:t xml:space="preserve"> </w:t>
            </w:r>
            <w:r>
              <w:rPr>
                <w:lang w:val="kk-KZ"/>
              </w:rPr>
              <w:t>тазалық сақтау шаралары</w:t>
            </w:r>
            <w:r>
              <w:t xml:space="preserve">, </w:t>
            </w:r>
            <w:proofErr w:type="spellStart"/>
            <w:r>
              <w:t>таңертеңгі</w:t>
            </w:r>
            <w:proofErr w:type="spellEnd"/>
            <w:r>
              <w:t xml:space="preserve"> жаттығу, </w:t>
            </w:r>
            <w:proofErr w:type="spellStart"/>
            <w:r>
              <w:t>таңғы</w:t>
            </w:r>
            <w:proofErr w:type="spellEnd"/>
            <w:r>
              <w:t xml:space="preserve"> </w:t>
            </w:r>
            <w:proofErr w:type="spellStart"/>
            <w:r>
              <w:t>ас</w:t>
            </w:r>
            <w:proofErr w:type="spellEnd"/>
            <w:r>
              <w:t xml:space="preserve">, </w:t>
            </w:r>
            <w:proofErr w:type="spellStart"/>
            <w:r>
              <w:t>сапқа</w:t>
            </w:r>
            <w:proofErr w:type="spellEnd"/>
            <w:r>
              <w:t xml:space="preserve"> </w:t>
            </w:r>
            <w:proofErr w:type="spellStart"/>
            <w:r>
              <w:t>тұру</w:t>
            </w:r>
            <w:proofErr w:type="spellEnd"/>
            <w:r>
              <w:t xml:space="preserve"> </w:t>
            </w:r>
            <w:proofErr w:type="spellStart"/>
            <w:r>
              <w:t>немесе</w:t>
            </w:r>
            <w:proofErr w:type="spellEnd"/>
            <w:r>
              <w:t xml:space="preserve"> </w:t>
            </w:r>
            <w:proofErr w:type="spellStart"/>
            <w:r>
              <w:t>жасақ</w:t>
            </w:r>
            <w:proofErr w:type="spellEnd"/>
            <w:r>
              <w:t xml:space="preserve"> </w:t>
            </w:r>
            <w:proofErr w:type="spellStart"/>
            <w:r>
              <w:t>жиналысы</w:t>
            </w:r>
            <w:proofErr w:type="spellEnd"/>
            <w:r>
              <w:t>.</w:t>
            </w:r>
          </w:p>
        </w:tc>
      </w:tr>
      <w:tr w:rsidR="00D53DD4" w:rsidRPr="00FA38FF" w14:paraId="58C5FED8" w14:textId="77777777" w:rsidTr="00E56216">
        <w:trPr>
          <w:jc w:val="center"/>
        </w:trPr>
        <w:tc>
          <w:tcPr>
            <w:tcW w:w="2835" w:type="dxa"/>
          </w:tcPr>
          <w:p w14:paraId="6789D47B" w14:textId="77777777" w:rsidR="00D53DD4" w:rsidRDefault="00D53DD4" w:rsidP="00E56216">
            <w:pPr>
              <w:ind w:firstLine="0"/>
            </w:pPr>
            <w:proofErr w:type="spellStart"/>
            <w:r>
              <w:t>Күннің</w:t>
            </w:r>
            <w:proofErr w:type="spellEnd"/>
            <w:r>
              <w:t xml:space="preserve"> </w:t>
            </w:r>
            <w:proofErr w:type="spellStart"/>
            <w:r>
              <w:t>бірінші</w:t>
            </w:r>
            <w:proofErr w:type="spellEnd"/>
            <w:r>
              <w:t xml:space="preserve"> </w:t>
            </w:r>
            <w:proofErr w:type="spellStart"/>
            <w:r>
              <w:lastRenderedPageBreak/>
              <w:t>жартысы</w:t>
            </w:r>
            <w:proofErr w:type="spellEnd"/>
          </w:p>
        </w:tc>
        <w:tc>
          <w:tcPr>
            <w:tcW w:w="6803" w:type="dxa"/>
          </w:tcPr>
          <w:p w14:paraId="2DA973A3" w14:textId="77777777" w:rsidR="00D53DD4" w:rsidRPr="00FA38FF" w:rsidRDefault="00D53DD4" w:rsidP="00E56216">
            <w:pPr>
              <w:ind w:firstLine="0"/>
              <w:jc w:val="both"/>
            </w:pPr>
            <w:proofErr w:type="spellStart"/>
            <w:r>
              <w:lastRenderedPageBreak/>
              <w:t>Дамытушы</w:t>
            </w:r>
            <w:proofErr w:type="spellEnd"/>
            <w:r>
              <w:t xml:space="preserve"> </w:t>
            </w:r>
            <w:proofErr w:type="spellStart"/>
            <w:r>
              <w:t>және</w:t>
            </w:r>
            <w:proofErr w:type="spellEnd"/>
            <w:r>
              <w:t xml:space="preserve"> </w:t>
            </w:r>
            <w:proofErr w:type="spellStart"/>
            <w:r>
              <w:t>практикалық-бағдарлы</w:t>
            </w:r>
            <w:proofErr w:type="spellEnd"/>
            <w:r>
              <w:t xml:space="preserve"> </w:t>
            </w:r>
            <w:proofErr w:type="spellStart"/>
            <w:r>
              <w:t>сабақтар</w:t>
            </w:r>
            <w:proofErr w:type="spellEnd"/>
            <w:r>
              <w:t xml:space="preserve">, </w:t>
            </w:r>
            <w:proofErr w:type="spellStart"/>
            <w:r>
              <w:lastRenderedPageBreak/>
              <w:t>нұсқа</w:t>
            </w:r>
            <w:proofErr w:type="spellEnd"/>
            <w:r>
              <w:rPr>
                <w:lang w:val="kk-KZ"/>
              </w:rPr>
              <w:t>улықтар</w:t>
            </w:r>
            <w:r>
              <w:t xml:space="preserve">, </w:t>
            </w:r>
            <w:proofErr w:type="spellStart"/>
            <w:r>
              <w:t>туристік</w:t>
            </w:r>
            <w:proofErr w:type="spellEnd"/>
            <w:r>
              <w:t xml:space="preserve"> </w:t>
            </w:r>
            <w:proofErr w:type="spellStart"/>
            <w:r>
              <w:t>және</w:t>
            </w:r>
            <w:proofErr w:type="spellEnd"/>
            <w:r>
              <w:t xml:space="preserve"> </w:t>
            </w:r>
            <w:proofErr w:type="spellStart"/>
            <w:r>
              <w:t>жобалық</w:t>
            </w:r>
            <w:proofErr w:type="spellEnd"/>
            <w:r>
              <w:t xml:space="preserve"> </w:t>
            </w:r>
            <w:proofErr w:type="spellStart"/>
            <w:r>
              <w:t>тапсырмалар</w:t>
            </w:r>
            <w:proofErr w:type="spellEnd"/>
            <w:r>
              <w:t>.</w:t>
            </w:r>
          </w:p>
        </w:tc>
      </w:tr>
      <w:tr w:rsidR="00D53DD4" w:rsidRPr="00FA38FF" w14:paraId="6D0CD8B6" w14:textId="77777777" w:rsidTr="00E56216">
        <w:trPr>
          <w:jc w:val="center"/>
        </w:trPr>
        <w:tc>
          <w:tcPr>
            <w:tcW w:w="2835" w:type="dxa"/>
          </w:tcPr>
          <w:p w14:paraId="3ECE7B03" w14:textId="77777777" w:rsidR="00D53DD4" w:rsidRDefault="00D53DD4" w:rsidP="00E56216">
            <w:pPr>
              <w:ind w:firstLine="0"/>
            </w:pPr>
            <w:proofErr w:type="spellStart"/>
            <w:r>
              <w:lastRenderedPageBreak/>
              <w:t>Күндіз</w:t>
            </w:r>
            <w:proofErr w:type="spellEnd"/>
          </w:p>
        </w:tc>
        <w:tc>
          <w:tcPr>
            <w:tcW w:w="6803" w:type="dxa"/>
          </w:tcPr>
          <w:p w14:paraId="1251F411" w14:textId="77777777" w:rsidR="00D53DD4" w:rsidRPr="00FA38FF" w:rsidRDefault="00D53DD4" w:rsidP="00E56216">
            <w:pPr>
              <w:ind w:firstLine="0"/>
              <w:jc w:val="both"/>
            </w:pPr>
            <w:proofErr w:type="spellStart"/>
            <w:r>
              <w:t>Түскі</w:t>
            </w:r>
            <w:proofErr w:type="spellEnd"/>
            <w:r>
              <w:t xml:space="preserve"> </w:t>
            </w:r>
            <w:proofErr w:type="spellStart"/>
            <w:r>
              <w:t>ас</w:t>
            </w:r>
            <w:proofErr w:type="spellEnd"/>
            <w:r>
              <w:t xml:space="preserve">, </w:t>
            </w:r>
            <w:proofErr w:type="spellStart"/>
            <w:r>
              <w:t>демалыс</w:t>
            </w:r>
            <w:proofErr w:type="spellEnd"/>
            <w:r>
              <w:t xml:space="preserve">, </w:t>
            </w:r>
            <w:proofErr w:type="spellStart"/>
            <w:r>
              <w:t>тыныш</w:t>
            </w:r>
            <w:proofErr w:type="spellEnd"/>
            <w:r>
              <w:t xml:space="preserve"> </w:t>
            </w:r>
            <w:proofErr w:type="spellStart"/>
            <w:r>
              <w:t>уақыт</w:t>
            </w:r>
            <w:proofErr w:type="spellEnd"/>
            <w:r>
              <w:t xml:space="preserve"> </w:t>
            </w:r>
            <w:proofErr w:type="spellStart"/>
            <w:r>
              <w:t>немесе</w:t>
            </w:r>
            <w:proofErr w:type="spellEnd"/>
            <w:r>
              <w:t xml:space="preserve"> </w:t>
            </w:r>
            <w:proofErr w:type="spellStart"/>
            <w:r>
              <w:t>тыныш</w:t>
            </w:r>
            <w:proofErr w:type="spellEnd"/>
            <w:r>
              <w:t xml:space="preserve"> </w:t>
            </w:r>
            <w:proofErr w:type="spellStart"/>
            <w:r>
              <w:t>сипаттағы</w:t>
            </w:r>
            <w:proofErr w:type="spellEnd"/>
            <w:r>
              <w:t xml:space="preserve"> </w:t>
            </w:r>
            <w:proofErr w:type="spellStart"/>
            <w:r>
              <w:t>қызмет</w:t>
            </w:r>
            <w:proofErr w:type="spellEnd"/>
            <w:r>
              <w:t>.</w:t>
            </w:r>
          </w:p>
        </w:tc>
      </w:tr>
      <w:tr w:rsidR="00D53DD4" w:rsidRPr="00FA38FF" w14:paraId="1E676843" w14:textId="77777777" w:rsidTr="00E56216">
        <w:trPr>
          <w:jc w:val="center"/>
        </w:trPr>
        <w:tc>
          <w:tcPr>
            <w:tcW w:w="2835" w:type="dxa"/>
          </w:tcPr>
          <w:p w14:paraId="20E2A239" w14:textId="77777777" w:rsidR="00D53DD4" w:rsidRDefault="00D53DD4" w:rsidP="00E56216">
            <w:pPr>
              <w:ind w:firstLine="0"/>
            </w:pPr>
            <w:proofErr w:type="spellStart"/>
            <w:r>
              <w:t>Күннің</w:t>
            </w:r>
            <w:proofErr w:type="spellEnd"/>
            <w:r>
              <w:t xml:space="preserve"> </w:t>
            </w:r>
            <w:proofErr w:type="spellStart"/>
            <w:r>
              <w:t>екінші</w:t>
            </w:r>
            <w:proofErr w:type="spellEnd"/>
            <w:r>
              <w:t xml:space="preserve"> </w:t>
            </w:r>
            <w:proofErr w:type="spellStart"/>
            <w:r>
              <w:t>жартысы</w:t>
            </w:r>
            <w:proofErr w:type="spellEnd"/>
          </w:p>
        </w:tc>
        <w:tc>
          <w:tcPr>
            <w:tcW w:w="6803" w:type="dxa"/>
          </w:tcPr>
          <w:p w14:paraId="317631F6" w14:textId="77777777" w:rsidR="00D53DD4" w:rsidRPr="00FA38FF" w:rsidRDefault="00D53DD4" w:rsidP="00E56216">
            <w:pPr>
              <w:ind w:firstLine="0"/>
              <w:jc w:val="both"/>
            </w:pPr>
            <w:proofErr w:type="spellStart"/>
            <w:r>
              <w:rPr>
                <w:lang w:val="ru-RU"/>
              </w:rPr>
              <w:t>Тәжірибелік</w:t>
            </w:r>
            <w:proofErr w:type="spellEnd"/>
            <w:r w:rsidRPr="00FA38FF">
              <w:t xml:space="preserve"> </w:t>
            </w:r>
            <w:proofErr w:type="spellStart"/>
            <w:r w:rsidRPr="00FA38FF">
              <w:rPr>
                <w:lang w:val="ru-RU"/>
              </w:rPr>
              <w:t>сабақтар</w:t>
            </w:r>
            <w:proofErr w:type="spellEnd"/>
            <w:r w:rsidRPr="00FA38FF">
              <w:t xml:space="preserve">, </w:t>
            </w:r>
            <w:proofErr w:type="spellStart"/>
            <w:r w:rsidRPr="00FA38FF">
              <w:rPr>
                <w:lang w:val="ru-RU"/>
              </w:rPr>
              <w:t>спорттық</w:t>
            </w:r>
            <w:proofErr w:type="spellEnd"/>
            <w:r w:rsidRPr="00FA38FF">
              <w:t xml:space="preserve">, </w:t>
            </w:r>
            <w:proofErr w:type="spellStart"/>
            <w:r w:rsidRPr="00FA38FF">
              <w:rPr>
                <w:lang w:val="ru-RU"/>
              </w:rPr>
              <w:t>туристік</w:t>
            </w:r>
            <w:proofErr w:type="spellEnd"/>
            <w:r w:rsidRPr="00FA38FF">
              <w:t xml:space="preserve">, </w:t>
            </w:r>
            <w:proofErr w:type="spellStart"/>
            <w:r w:rsidRPr="00FA38FF">
              <w:rPr>
                <w:lang w:val="ru-RU"/>
              </w:rPr>
              <w:t>өлкетан</w:t>
            </w:r>
            <w:r>
              <w:rPr>
                <w:lang w:val="ru-RU"/>
              </w:rPr>
              <w:t>ымдық</w:t>
            </w:r>
            <w:proofErr w:type="spellEnd"/>
            <w:r w:rsidRPr="00FA38FF">
              <w:t xml:space="preserve"> </w:t>
            </w:r>
            <w:proofErr w:type="spellStart"/>
            <w:r w:rsidRPr="00FA38FF">
              <w:rPr>
                <w:lang w:val="ru-RU"/>
              </w:rPr>
              <w:t>немесе</w:t>
            </w:r>
            <w:proofErr w:type="spellEnd"/>
            <w:r w:rsidRPr="00FA38FF">
              <w:t xml:space="preserve"> </w:t>
            </w:r>
            <w:proofErr w:type="spellStart"/>
            <w:r w:rsidRPr="00FA38FF">
              <w:rPr>
                <w:lang w:val="ru-RU"/>
              </w:rPr>
              <w:t>экологиялық</w:t>
            </w:r>
            <w:proofErr w:type="spellEnd"/>
            <w:r w:rsidRPr="00FA38FF">
              <w:t xml:space="preserve"> </w:t>
            </w:r>
            <w:proofErr w:type="spellStart"/>
            <w:r w:rsidRPr="00FA38FF">
              <w:rPr>
                <w:lang w:val="ru-RU"/>
              </w:rPr>
              <w:t>іс</w:t>
            </w:r>
            <w:proofErr w:type="spellEnd"/>
            <w:r w:rsidRPr="00FA38FF">
              <w:t>-</w:t>
            </w:r>
            <w:proofErr w:type="spellStart"/>
            <w:r w:rsidRPr="00FA38FF">
              <w:rPr>
                <w:lang w:val="ru-RU"/>
              </w:rPr>
              <w:t>шаралар</w:t>
            </w:r>
            <w:proofErr w:type="spellEnd"/>
            <w:r w:rsidRPr="00FA38FF">
              <w:t>.</w:t>
            </w:r>
          </w:p>
        </w:tc>
      </w:tr>
      <w:tr w:rsidR="00D53DD4" w:rsidRPr="00FA38FF" w14:paraId="72FA5D01" w14:textId="77777777" w:rsidTr="00E56216">
        <w:trPr>
          <w:jc w:val="center"/>
        </w:trPr>
        <w:tc>
          <w:tcPr>
            <w:tcW w:w="2835" w:type="dxa"/>
          </w:tcPr>
          <w:p w14:paraId="0017872B" w14:textId="77777777" w:rsidR="00D53DD4" w:rsidRDefault="00D53DD4" w:rsidP="00E56216">
            <w:pPr>
              <w:ind w:firstLine="0"/>
            </w:pPr>
            <w:proofErr w:type="spellStart"/>
            <w:r>
              <w:t>Кеш</w:t>
            </w:r>
            <w:proofErr w:type="spellEnd"/>
          </w:p>
        </w:tc>
        <w:tc>
          <w:tcPr>
            <w:tcW w:w="6803" w:type="dxa"/>
          </w:tcPr>
          <w:p w14:paraId="21A93246" w14:textId="77777777" w:rsidR="00D53DD4" w:rsidRPr="00FA38FF" w:rsidRDefault="00D53DD4" w:rsidP="00E56216">
            <w:pPr>
              <w:ind w:firstLine="0"/>
              <w:jc w:val="both"/>
            </w:pPr>
            <w:proofErr w:type="spellStart"/>
            <w:r>
              <w:t>Мәдени-демалыс</w:t>
            </w:r>
            <w:proofErr w:type="spellEnd"/>
            <w:r>
              <w:t xml:space="preserve"> </w:t>
            </w:r>
            <w:proofErr w:type="spellStart"/>
            <w:r>
              <w:t>немесе</w:t>
            </w:r>
            <w:proofErr w:type="spellEnd"/>
            <w:r>
              <w:t xml:space="preserve"> </w:t>
            </w:r>
            <w:proofErr w:type="spellStart"/>
            <w:r>
              <w:t>тәрбиелік</w:t>
            </w:r>
            <w:proofErr w:type="spellEnd"/>
            <w:r>
              <w:t xml:space="preserve"> </w:t>
            </w:r>
            <w:proofErr w:type="spellStart"/>
            <w:r>
              <w:t>іс-шара</w:t>
            </w:r>
            <w:proofErr w:type="spellEnd"/>
            <w:r>
              <w:t xml:space="preserve">, </w:t>
            </w:r>
            <w:r>
              <w:rPr>
                <w:lang w:val="kk-KZ"/>
              </w:rPr>
              <w:t>кері байланыс</w:t>
            </w:r>
            <w:r>
              <w:t xml:space="preserve">, </w:t>
            </w:r>
            <w:proofErr w:type="spellStart"/>
            <w:r>
              <w:t>ұйқыға</w:t>
            </w:r>
            <w:proofErr w:type="spellEnd"/>
            <w:r>
              <w:t xml:space="preserve"> </w:t>
            </w:r>
            <w:proofErr w:type="spellStart"/>
            <w:r>
              <w:t>дайындық</w:t>
            </w:r>
            <w:proofErr w:type="spellEnd"/>
            <w:r>
              <w:t>.</w:t>
            </w:r>
          </w:p>
        </w:tc>
      </w:tr>
    </w:tbl>
    <w:p w14:paraId="09CED1F9" w14:textId="77777777" w:rsidR="00D53DD4" w:rsidRPr="00FA38FF" w:rsidRDefault="00D53DD4" w:rsidP="00F41431">
      <w:pPr>
        <w:pStyle w:val="21"/>
      </w:pPr>
    </w:p>
    <w:p w14:paraId="5E59F26E" w14:textId="77777777" w:rsidR="00D53DD4" w:rsidRDefault="00D53DD4" w:rsidP="00D53DD4">
      <w:pPr>
        <w:jc w:val="both"/>
        <w:rPr>
          <w:rFonts w:cs="Times New Roman"/>
          <w:b/>
          <w:bCs/>
          <w:szCs w:val="28"/>
          <w:lang w:val="kk-KZ"/>
        </w:rPr>
      </w:pPr>
      <w:proofErr w:type="spellStart"/>
      <w:r w:rsidRPr="00FA38FF">
        <w:rPr>
          <w:rFonts w:cs="Times New Roman"/>
          <w:b/>
          <w:bCs/>
          <w:szCs w:val="28"/>
        </w:rPr>
        <w:t>Медициналық</w:t>
      </w:r>
      <w:proofErr w:type="spellEnd"/>
      <w:r w:rsidRPr="00FA38FF">
        <w:rPr>
          <w:rFonts w:cs="Times New Roman"/>
          <w:b/>
          <w:bCs/>
          <w:szCs w:val="28"/>
        </w:rPr>
        <w:t xml:space="preserve"> </w:t>
      </w:r>
      <w:proofErr w:type="spellStart"/>
      <w:r w:rsidRPr="00FA38FF">
        <w:rPr>
          <w:rFonts w:cs="Times New Roman"/>
          <w:b/>
          <w:bCs/>
          <w:szCs w:val="28"/>
        </w:rPr>
        <w:t>сүйемелдеу</w:t>
      </w:r>
      <w:proofErr w:type="spellEnd"/>
      <w:r w:rsidRPr="00FA38FF">
        <w:rPr>
          <w:rFonts w:cs="Times New Roman"/>
          <w:b/>
          <w:bCs/>
          <w:szCs w:val="28"/>
        </w:rPr>
        <w:t xml:space="preserve"> </w:t>
      </w:r>
      <w:proofErr w:type="spellStart"/>
      <w:r w:rsidRPr="00FA38FF">
        <w:rPr>
          <w:rFonts w:cs="Times New Roman"/>
          <w:b/>
          <w:bCs/>
          <w:szCs w:val="28"/>
        </w:rPr>
        <w:t>және</w:t>
      </w:r>
      <w:proofErr w:type="spellEnd"/>
      <w:r w:rsidRPr="00FA38FF">
        <w:rPr>
          <w:rFonts w:cs="Times New Roman"/>
          <w:b/>
          <w:bCs/>
          <w:szCs w:val="28"/>
        </w:rPr>
        <w:t xml:space="preserve"> </w:t>
      </w:r>
      <w:r>
        <w:rPr>
          <w:rFonts w:cs="Times New Roman"/>
          <w:b/>
          <w:bCs/>
          <w:szCs w:val="28"/>
          <w:lang w:val="kk-KZ"/>
        </w:rPr>
        <w:t>алдын алу</w:t>
      </w:r>
      <w:r w:rsidRPr="00FA38FF">
        <w:rPr>
          <w:rFonts w:cs="Times New Roman"/>
          <w:b/>
          <w:bCs/>
          <w:szCs w:val="28"/>
        </w:rPr>
        <w:t xml:space="preserve"> </w:t>
      </w:r>
      <w:proofErr w:type="spellStart"/>
      <w:r w:rsidRPr="00FA38FF">
        <w:rPr>
          <w:rFonts w:cs="Times New Roman"/>
          <w:b/>
          <w:bCs/>
          <w:szCs w:val="28"/>
        </w:rPr>
        <w:t>іс-шаралар</w:t>
      </w:r>
      <w:proofErr w:type="spellEnd"/>
      <w:r>
        <w:rPr>
          <w:rFonts w:cs="Times New Roman"/>
          <w:b/>
          <w:bCs/>
          <w:szCs w:val="28"/>
          <w:lang w:val="kk-KZ"/>
        </w:rPr>
        <w:t>ы</w:t>
      </w:r>
    </w:p>
    <w:p w14:paraId="3BB64FE9" w14:textId="77777777" w:rsidR="00D53DD4" w:rsidRPr="00204D35" w:rsidRDefault="00D53DD4" w:rsidP="00D53DD4">
      <w:pPr>
        <w:jc w:val="both"/>
        <w:rPr>
          <w:rFonts w:cs="Times New Roman"/>
          <w:szCs w:val="28"/>
          <w:lang w:val="kk-KZ"/>
        </w:rPr>
      </w:pPr>
      <w:r w:rsidRPr="00FA38FF">
        <w:rPr>
          <w:rFonts w:cs="Times New Roman"/>
          <w:szCs w:val="28"/>
          <w:lang w:val="kk-KZ"/>
        </w:rPr>
        <w:t xml:space="preserve">Медициналық сүйемелдеуді медициналық қызметкерлер Қазақстан Республикасының заңнамасы талаптарына сәйкес жүзеге асырады. </w:t>
      </w:r>
      <w:r w:rsidRPr="00204D35">
        <w:rPr>
          <w:rFonts w:cs="Times New Roman"/>
          <w:szCs w:val="28"/>
          <w:lang w:val="kk-KZ"/>
        </w:rPr>
        <w:t>Бағдарлама шеңберінде қатысушылардың денсаулық жағдайын бақылау, шамадан тыс шаршау мен жарақаттанудың алдын алу, жалпы жай-күйін қадағалау, қозғалыс белсенділігі жоғары іс-шараларды сүйемелдеу, балалардың медициналық көрсеткіштерін ескере отырып, рұқсат етілетін жүктеме туралы педагогтерді ақпараттандыру көзделеді.</w:t>
      </w:r>
    </w:p>
    <w:p w14:paraId="5C247157" w14:textId="77777777" w:rsidR="00D53DD4" w:rsidRPr="00204D35" w:rsidRDefault="00D53DD4" w:rsidP="00D53DD4">
      <w:pPr>
        <w:jc w:val="both"/>
        <w:rPr>
          <w:rFonts w:cs="Times New Roman"/>
          <w:b/>
          <w:bCs/>
          <w:szCs w:val="28"/>
          <w:lang w:val="kk-KZ"/>
        </w:rPr>
      </w:pPr>
      <w:r w:rsidRPr="00204D35">
        <w:rPr>
          <w:rFonts w:cs="Times New Roman"/>
          <w:b/>
          <w:bCs/>
          <w:szCs w:val="28"/>
          <w:lang w:val="kk-KZ"/>
        </w:rPr>
        <w:t>Кәмелетке толмағандардың өмірі мен денсаулығын қорғауды қамтамасыз ету</w:t>
      </w:r>
    </w:p>
    <w:p w14:paraId="7D1CEC52" w14:textId="134F8B87" w:rsidR="00D53DD4" w:rsidRPr="00204D35" w:rsidRDefault="00D53DD4" w:rsidP="00D53DD4">
      <w:pPr>
        <w:jc w:val="both"/>
        <w:rPr>
          <w:rFonts w:cs="Times New Roman"/>
          <w:szCs w:val="28"/>
          <w:lang w:val="kk-KZ"/>
        </w:rPr>
      </w:pPr>
      <w:r w:rsidRPr="00204D35">
        <w:rPr>
          <w:rFonts w:cs="Times New Roman"/>
          <w:szCs w:val="28"/>
          <w:lang w:val="kk-KZ"/>
        </w:rPr>
        <w:t>Қатысушылардың қауіпсіздігі Бағдарламаны іске асырудың міндетті шарты болып табылады. Ұйымда балалардың аумаққа кіруін бақылау, оларды педагог қызметкерлердің сүйемелдеуімен қамтамасыз ету, экскурсиялар, ормандағы, таудағы, су айдындарындағы және өзге де жерлердегі серуендер кезінде қауіпсіздік</w:t>
      </w:r>
      <w:r w:rsidR="00DD6E9B">
        <w:rPr>
          <w:rFonts w:cs="Times New Roman"/>
          <w:szCs w:val="28"/>
          <w:lang w:val="kk-KZ"/>
        </w:rPr>
        <w:t>ке</w:t>
      </w:r>
      <w:r w:rsidRPr="00204D35">
        <w:rPr>
          <w:rFonts w:cs="Times New Roman"/>
          <w:szCs w:val="28"/>
          <w:lang w:val="kk-KZ"/>
        </w:rPr>
        <w:t xml:space="preserve"> нұсқа</w:t>
      </w:r>
      <w:r>
        <w:rPr>
          <w:rFonts w:cs="Times New Roman"/>
          <w:szCs w:val="28"/>
          <w:lang w:val="kk-KZ"/>
        </w:rPr>
        <w:t>улықтар</w:t>
      </w:r>
      <w:r w:rsidRPr="00204D35">
        <w:rPr>
          <w:rFonts w:cs="Times New Roman"/>
          <w:szCs w:val="28"/>
          <w:lang w:val="kk-KZ"/>
        </w:rPr>
        <w:t xml:space="preserve"> өткізу, өрт және терроризмге қарсы қауіпсіздік талаптарын сақтау, спорттық, туристік, тәжірибелік және өзге де іс-шараларды қауіпсіз ұйымдастыру қамтамасыз етіледі. Барлық маршруттар мен іс-шаралар балалардың жас ерекшелігі, ауа райы жағдайы, медициналық көрсеткіштері және ұйымның мүмкіндіктері ескеріле отырып айқындалады.</w:t>
      </w:r>
    </w:p>
    <w:p w14:paraId="59A2FE33" w14:textId="77777777" w:rsidR="00D53DD4" w:rsidRPr="003F6B43" w:rsidRDefault="00D53DD4" w:rsidP="00D53DD4">
      <w:pPr>
        <w:jc w:val="both"/>
        <w:rPr>
          <w:rFonts w:cs="Times New Roman"/>
          <w:b/>
          <w:bCs/>
          <w:szCs w:val="28"/>
          <w:lang w:val="kk-KZ"/>
        </w:rPr>
      </w:pPr>
      <w:r w:rsidRPr="003F6B43">
        <w:rPr>
          <w:rFonts w:cs="Times New Roman"/>
          <w:b/>
          <w:bCs/>
          <w:szCs w:val="28"/>
          <w:lang w:val="kk-KZ"/>
        </w:rPr>
        <w:t>Жергілікті климаттық және табиғи ерекшеліктерді ескеру</w:t>
      </w:r>
    </w:p>
    <w:p w14:paraId="5CFEC078" w14:textId="77777777" w:rsidR="00D53DD4" w:rsidRPr="003F6B43" w:rsidRDefault="00D53DD4" w:rsidP="00D53DD4">
      <w:pPr>
        <w:jc w:val="both"/>
        <w:rPr>
          <w:rFonts w:cs="Times New Roman"/>
          <w:szCs w:val="28"/>
          <w:lang w:val="kk-KZ"/>
        </w:rPr>
      </w:pPr>
      <w:r w:rsidRPr="003F6B43">
        <w:rPr>
          <w:rFonts w:cs="Times New Roman"/>
          <w:szCs w:val="28"/>
          <w:lang w:val="kk-KZ"/>
        </w:rPr>
        <w:t>Іс-шараларды жоспарлау кезінде аумақтың климаттық, табиғи және аумақтық ерекшеліктері ескеріледі. Ыстық, желді, жаңбырлы немесе өзге де қолайсыз ауа райы жағдайында іс-шаралар қауіпсіз жабық үй-жайларға ауыстырылады немесе мазмұны жағынан баламалы қызмет түрлерімен алмастырылады. Ашық ауада, маршруттарда, су маңында, тауда, орманда және өзге де жерлерде болу ұзақтығы ауа райы жағдайына, балалардың жасына және медициналық ұсынымдарға сәйкес реттеледі.</w:t>
      </w:r>
    </w:p>
    <w:p w14:paraId="342AA28C" w14:textId="77777777" w:rsidR="00D53DD4" w:rsidRPr="003F6B43" w:rsidRDefault="00D53DD4" w:rsidP="00D53DD4">
      <w:pPr>
        <w:jc w:val="both"/>
        <w:rPr>
          <w:rFonts w:cs="Times New Roman"/>
          <w:b/>
          <w:bCs/>
          <w:szCs w:val="28"/>
          <w:lang w:val="kk-KZ"/>
        </w:rPr>
      </w:pPr>
      <w:r w:rsidRPr="003F6B43">
        <w:rPr>
          <w:rFonts w:cs="Times New Roman"/>
          <w:b/>
          <w:bCs/>
          <w:szCs w:val="28"/>
          <w:lang w:val="kk-KZ"/>
        </w:rPr>
        <w:t>Ерекше білім беру қажеттіліктері бар балалар үшін ортаға қолжетімділік пен қауіпсіздік</w:t>
      </w:r>
    </w:p>
    <w:p w14:paraId="62AA9E5D" w14:textId="77777777" w:rsidR="00D53DD4" w:rsidRPr="003F6B43" w:rsidRDefault="00D53DD4" w:rsidP="00D53DD4">
      <w:pPr>
        <w:jc w:val="both"/>
        <w:rPr>
          <w:rFonts w:cs="Times New Roman"/>
          <w:szCs w:val="28"/>
          <w:lang w:val="kk-KZ"/>
        </w:rPr>
      </w:pPr>
      <w:r w:rsidRPr="003F6B43">
        <w:rPr>
          <w:rFonts w:cs="Times New Roman"/>
          <w:szCs w:val="28"/>
          <w:lang w:val="kk-KZ"/>
        </w:rPr>
        <w:t xml:space="preserve">Ерекше білім беру қажеттіліктері бар балалар қатысқан жағдайда ұйым қолда бар жағдайлар шеңберінде ортаның қолжетімділігі мен қауіпсіздігін қамтамасыз етеді, қатысу формаларын бейімдейді, жеке педагогикалық </w:t>
      </w:r>
      <w:r w:rsidRPr="003F6B43">
        <w:rPr>
          <w:rFonts w:cs="Times New Roman"/>
          <w:szCs w:val="28"/>
          <w:lang w:val="kk-KZ"/>
        </w:rPr>
        <w:lastRenderedPageBreak/>
        <w:t>сүйемелдеуді ұйымдастырады, мамандардың ұсынымдарын, медициналық көрсеткіштерді және заңды өкілдер ұсынған ақпаратты ескереді.</w:t>
      </w:r>
    </w:p>
    <w:p w14:paraId="468A36E4" w14:textId="146B4D8F" w:rsidR="00D53DD4" w:rsidRDefault="00D53DD4" w:rsidP="00D53DD4">
      <w:pPr>
        <w:jc w:val="both"/>
        <w:rPr>
          <w:lang w:val="kk-KZ"/>
        </w:rPr>
      </w:pPr>
    </w:p>
    <w:p w14:paraId="738B24FD" w14:textId="3C16E709" w:rsidR="00525B0B" w:rsidRDefault="00525B0B" w:rsidP="00D53DD4">
      <w:pPr>
        <w:jc w:val="both"/>
        <w:rPr>
          <w:lang w:val="kk-KZ"/>
        </w:rPr>
      </w:pPr>
    </w:p>
    <w:p w14:paraId="55AA181D" w14:textId="77777777" w:rsidR="00525B0B" w:rsidRDefault="00525B0B" w:rsidP="00D53DD4">
      <w:pPr>
        <w:jc w:val="both"/>
        <w:rPr>
          <w:lang w:val="kk-KZ"/>
        </w:rPr>
      </w:pPr>
    </w:p>
    <w:p w14:paraId="3D3E5C20" w14:textId="77777777" w:rsidR="00C46C6A" w:rsidRPr="003F6B43" w:rsidRDefault="00C46C6A" w:rsidP="00D53DD4">
      <w:pPr>
        <w:jc w:val="both"/>
        <w:rPr>
          <w:lang w:val="kk-KZ"/>
        </w:rPr>
      </w:pPr>
    </w:p>
    <w:p w14:paraId="3F68B241" w14:textId="77777777" w:rsidR="00D53DD4" w:rsidRPr="003F6B43" w:rsidRDefault="00D53DD4" w:rsidP="00C46C6A">
      <w:pPr>
        <w:pStyle w:val="aff8"/>
        <w:spacing w:before="0" w:beforeAutospacing="0" w:after="0" w:afterAutospacing="0"/>
        <w:ind w:firstLine="709"/>
        <w:jc w:val="center"/>
        <w:rPr>
          <w:sz w:val="28"/>
          <w:szCs w:val="28"/>
          <w:lang w:val="kk-KZ"/>
        </w:rPr>
      </w:pPr>
      <w:r w:rsidRPr="003F6B43">
        <w:rPr>
          <w:rStyle w:val="af6"/>
          <w:sz w:val="28"/>
          <w:szCs w:val="28"/>
          <w:lang w:val="kk-KZ"/>
        </w:rPr>
        <w:t>7-бөлім. Кадрлық және әдістемелік қамтамасыз ету</w:t>
      </w:r>
    </w:p>
    <w:p w14:paraId="2E8B30E5" w14:textId="77777777" w:rsidR="00D53DD4" w:rsidRPr="003F6B43" w:rsidRDefault="00D53DD4" w:rsidP="00D53DD4">
      <w:pPr>
        <w:pStyle w:val="31"/>
        <w:spacing w:before="0" w:after="0"/>
        <w:ind w:firstLine="709"/>
        <w:jc w:val="both"/>
        <w:rPr>
          <w:rStyle w:val="af6"/>
          <w:b/>
          <w:bCs/>
          <w:szCs w:val="28"/>
          <w:lang w:val="kk-KZ"/>
        </w:rPr>
      </w:pPr>
    </w:p>
    <w:p w14:paraId="2CDF8D65" w14:textId="77777777" w:rsidR="00D53DD4" w:rsidRPr="003F6B43" w:rsidRDefault="00D53DD4" w:rsidP="00D53DD4">
      <w:pPr>
        <w:pStyle w:val="31"/>
        <w:spacing w:before="0" w:after="0"/>
        <w:ind w:firstLine="709"/>
        <w:jc w:val="both"/>
        <w:rPr>
          <w:szCs w:val="28"/>
          <w:lang w:val="kk-KZ"/>
        </w:rPr>
      </w:pPr>
      <w:r w:rsidRPr="003F6B43">
        <w:rPr>
          <w:rStyle w:val="af6"/>
          <w:b/>
          <w:bCs/>
          <w:szCs w:val="28"/>
          <w:lang w:val="kk-KZ"/>
        </w:rPr>
        <w:t>Кадрлық қамтамасыз ету</w:t>
      </w:r>
    </w:p>
    <w:p w14:paraId="17402B1E" w14:textId="77777777" w:rsidR="00D53DD4" w:rsidRPr="003F6B43" w:rsidRDefault="00D53DD4" w:rsidP="00D53DD4">
      <w:pPr>
        <w:pStyle w:val="aff8"/>
        <w:spacing w:before="0" w:beforeAutospacing="0" w:after="0" w:afterAutospacing="0"/>
        <w:ind w:firstLine="709"/>
        <w:jc w:val="both"/>
        <w:rPr>
          <w:sz w:val="28"/>
          <w:szCs w:val="28"/>
          <w:lang w:val="kk-KZ"/>
        </w:rPr>
      </w:pPr>
      <w:r w:rsidRPr="003F6B43">
        <w:rPr>
          <w:sz w:val="28"/>
          <w:szCs w:val="28"/>
          <w:lang w:val="kk-KZ"/>
        </w:rPr>
        <w:t>Бағдарламаны іске асыруды педагогикалық, медициналық, әкімшілік және ұйымның өзге де қызметкерлері қамтамасыз етеді.</w:t>
      </w:r>
    </w:p>
    <w:p w14:paraId="13C2E60F" w14:textId="77777777" w:rsidR="00D53DD4" w:rsidRPr="003F6B43" w:rsidRDefault="00D53DD4" w:rsidP="00D53DD4">
      <w:pPr>
        <w:pStyle w:val="aff8"/>
        <w:spacing w:before="0" w:beforeAutospacing="0" w:after="0" w:afterAutospacing="0"/>
        <w:ind w:firstLine="709"/>
        <w:jc w:val="both"/>
        <w:rPr>
          <w:sz w:val="28"/>
          <w:szCs w:val="28"/>
          <w:lang w:val="kk-KZ"/>
        </w:rPr>
      </w:pPr>
      <w:r w:rsidRPr="003F6B43">
        <w:rPr>
          <w:sz w:val="28"/>
          <w:szCs w:val="28"/>
          <w:lang w:val="kk-KZ"/>
        </w:rPr>
        <w:t xml:space="preserve">Бағдарламаны іске асыруға ұйым басшысы, басшының орынбасары немесе тәрбие жұмысына жауапты тұлға, әдіскер (болған жағдайда), тәрбиешілер, </w:t>
      </w:r>
      <w:r>
        <w:rPr>
          <w:sz w:val="28"/>
          <w:szCs w:val="28"/>
          <w:lang w:val="kk-KZ"/>
        </w:rPr>
        <w:t>тәлімгерлер</w:t>
      </w:r>
      <w:r w:rsidRPr="003F6B43">
        <w:rPr>
          <w:sz w:val="28"/>
          <w:szCs w:val="28"/>
          <w:lang w:val="kk-KZ"/>
        </w:rPr>
        <w:t>, қосымша білім беру педагогтері (болған жағдайда), дене шынықтыру-сауықтыру және спорттық-туристік қызметке жауапты нұсқаушы немесе тұлға, медициналық қызметкер, педагог-психолог (болған жағдайда), сондай-ақ тамақтандыруды, тұруды, қауіпсіздікті және шаруашылық сүйемелдеуді қамтамасыз ететін қызметкерлер тартылуы мүмкін.</w:t>
      </w:r>
    </w:p>
    <w:p w14:paraId="37007DDB" w14:textId="77777777" w:rsidR="00D53DD4" w:rsidRPr="003F6B43" w:rsidRDefault="00D53DD4" w:rsidP="00D53DD4">
      <w:pPr>
        <w:pStyle w:val="31"/>
        <w:spacing w:before="0" w:after="0"/>
        <w:ind w:firstLine="709"/>
        <w:jc w:val="both"/>
        <w:rPr>
          <w:szCs w:val="28"/>
          <w:lang w:val="kk-KZ"/>
        </w:rPr>
      </w:pPr>
      <w:r w:rsidRPr="003F6B43">
        <w:rPr>
          <w:rStyle w:val="af6"/>
          <w:b/>
          <w:bCs/>
          <w:szCs w:val="28"/>
          <w:lang w:val="kk-KZ"/>
        </w:rPr>
        <w:t>Спорттық-туристік бағыттың мазмұнын іске асыру</w:t>
      </w:r>
    </w:p>
    <w:p w14:paraId="28E8FB13" w14:textId="4D98A703" w:rsidR="00D53DD4" w:rsidRPr="003F6B43" w:rsidRDefault="00D53DD4" w:rsidP="00D53DD4">
      <w:pPr>
        <w:pStyle w:val="aff8"/>
        <w:spacing w:before="0" w:beforeAutospacing="0" w:after="0" w:afterAutospacing="0"/>
        <w:ind w:firstLine="709"/>
        <w:jc w:val="both"/>
        <w:rPr>
          <w:sz w:val="28"/>
          <w:szCs w:val="28"/>
          <w:lang w:val="kk-KZ"/>
        </w:rPr>
      </w:pPr>
      <w:r w:rsidRPr="003F6B43">
        <w:rPr>
          <w:sz w:val="28"/>
          <w:szCs w:val="28"/>
          <w:lang w:val="kk-KZ"/>
        </w:rPr>
        <w:t xml:space="preserve">Спорттық-туристік бағыттың мазмұны педагогикалық қызметкерлер арқылы қолжетімді және қауіпсіз жұмыс түрлері негізінде жүзеге асырылады: ойындар, практикумдар, </w:t>
      </w:r>
      <w:r w:rsidR="00195065" w:rsidRPr="00195065">
        <w:rPr>
          <w:lang w:val="kk-KZ"/>
        </w:rPr>
        <w:t>ББСО</w:t>
      </w:r>
      <w:r w:rsidRPr="003F6B43">
        <w:rPr>
          <w:sz w:val="28"/>
          <w:szCs w:val="28"/>
          <w:lang w:val="kk-KZ"/>
        </w:rPr>
        <w:t xml:space="preserve"> аумағындағы маршруттар, бақылаулар, шеберлік сыныптары, жобалық тапсырмалар, командалық станциялар және презентациялар.</w:t>
      </w:r>
    </w:p>
    <w:p w14:paraId="0CF4CA71" w14:textId="77777777" w:rsidR="00D53DD4" w:rsidRPr="003F6B43" w:rsidRDefault="00D53DD4" w:rsidP="00D53DD4">
      <w:pPr>
        <w:pStyle w:val="aff8"/>
        <w:spacing w:before="0" w:beforeAutospacing="0" w:after="0" w:afterAutospacing="0"/>
        <w:ind w:firstLine="709"/>
        <w:jc w:val="both"/>
        <w:rPr>
          <w:sz w:val="28"/>
          <w:szCs w:val="28"/>
          <w:lang w:val="kk-KZ"/>
        </w:rPr>
      </w:pPr>
      <w:r w:rsidRPr="003F6B43">
        <w:rPr>
          <w:sz w:val="28"/>
          <w:szCs w:val="28"/>
          <w:lang w:val="kk-KZ"/>
        </w:rPr>
        <w:t>Тиісті мамандар болған жағдайда, ұйым қатысушыларға түсетін рұқсат етілетін жүктемені арттырмай-ақ, жекелеген іс-шаралардың мазмұнын кеңейтуге құқылы.</w:t>
      </w:r>
    </w:p>
    <w:p w14:paraId="26070FEB" w14:textId="77777777" w:rsidR="00D53DD4" w:rsidRPr="003F6B43" w:rsidRDefault="00D53DD4" w:rsidP="00D53DD4">
      <w:pPr>
        <w:jc w:val="both"/>
        <w:rPr>
          <w:lang w:val="kk-KZ"/>
        </w:rPr>
      </w:pPr>
    </w:p>
    <w:tbl>
      <w:tblPr>
        <w:tblStyle w:val="aff0"/>
        <w:tblW w:w="0" w:type="auto"/>
        <w:jc w:val="center"/>
        <w:tblLook w:val="04A0" w:firstRow="1" w:lastRow="0" w:firstColumn="1" w:lastColumn="0" w:noHBand="0" w:noVBand="1"/>
      </w:tblPr>
      <w:tblGrid>
        <w:gridCol w:w="2835"/>
        <w:gridCol w:w="6803"/>
      </w:tblGrid>
      <w:tr w:rsidR="00D53DD4" w14:paraId="6AC411DE" w14:textId="77777777" w:rsidTr="00E56216">
        <w:trPr>
          <w:tblHeader/>
          <w:jc w:val="center"/>
        </w:trPr>
        <w:tc>
          <w:tcPr>
            <w:tcW w:w="2835" w:type="dxa"/>
            <w:shd w:val="clear" w:color="auto" w:fill="D9EAD3"/>
          </w:tcPr>
          <w:p w14:paraId="77FA6D0E" w14:textId="77777777" w:rsidR="00D53DD4" w:rsidRPr="0097677D" w:rsidRDefault="00D53DD4" w:rsidP="00E56216">
            <w:pPr>
              <w:ind w:firstLine="0"/>
              <w:jc w:val="center"/>
              <w:rPr>
                <w:b/>
                <w:bCs/>
                <w:sz w:val="24"/>
              </w:rPr>
            </w:pPr>
            <w:proofErr w:type="spellStart"/>
            <w:r w:rsidRPr="0097677D">
              <w:rPr>
                <w:rStyle w:val="af6"/>
              </w:rPr>
              <w:t>Бағдарламаны</w:t>
            </w:r>
            <w:proofErr w:type="spellEnd"/>
            <w:r w:rsidRPr="0097677D">
              <w:rPr>
                <w:rStyle w:val="af6"/>
              </w:rPr>
              <w:t xml:space="preserve"> </w:t>
            </w:r>
            <w:proofErr w:type="spellStart"/>
            <w:r w:rsidRPr="0097677D">
              <w:rPr>
                <w:rStyle w:val="af6"/>
              </w:rPr>
              <w:t>іске</w:t>
            </w:r>
            <w:proofErr w:type="spellEnd"/>
            <w:r w:rsidRPr="0097677D">
              <w:rPr>
                <w:rStyle w:val="af6"/>
              </w:rPr>
              <w:t xml:space="preserve"> </w:t>
            </w:r>
            <w:proofErr w:type="spellStart"/>
            <w:r w:rsidRPr="0097677D">
              <w:rPr>
                <w:rStyle w:val="af6"/>
              </w:rPr>
              <w:t>асыруға</w:t>
            </w:r>
            <w:proofErr w:type="spellEnd"/>
            <w:r w:rsidRPr="0097677D">
              <w:rPr>
                <w:rStyle w:val="af6"/>
              </w:rPr>
              <w:t xml:space="preserve"> </w:t>
            </w:r>
            <w:proofErr w:type="spellStart"/>
            <w:r w:rsidRPr="0097677D">
              <w:rPr>
                <w:rStyle w:val="af6"/>
              </w:rPr>
              <w:t>қатысушылар</w:t>
            </w:r>
            <w:proofErr w:type="spellEnd"/>
          </w:p>
          <w:p w14:paraId="5D36A540" w14:textId="77777777" w:rsidR="00D53DD4" w:rsidRPr="0097677D" w:rsidRDefault="00D53DD4" w:rsidP="00E56216">
            <w:pPr>
              <w:ind w:firstLine="0"/>
              <w:jc w:val="center"/>
              <w:rPr>
                <w:b/>
              </w:rPr>
            </w:pPr>
          </w:p>
        </w:tc>
        <w:tc>
          <w:tcPr>
            <w:tcW w:w="6803" w:type="dxa"/>
            <w:shd w:val="clear" w:color="auto" w:fill="D9EAD3"/>
          </w:tcPr>
          <w:p w14:paraId="146E6923" w14:textId="77777777" w:rsidR="00D53DD4" w:rsidRPr="0097677D" w:rsidRDefault="00D53DD4" w:rsidP="00E56216">
            <w:pPr>
              <w:ind w:firstLine="0"/>
              <w:jc w:val="center"/>
              <w:rPr>
                <w:b/>
                <w:lang w:val="kk-KZ"/>
              </w:rPr>
            </w:pPr>
            <w:proofErr w:type="spellStart"/>
            <w:r w:rsidRPr="0097677D">
              <w:rPr>
                <w:b/>
              </w:rPr>
              <w:t>Негізгі</w:t>
            </w:r>
            <w:proofErr w:type="spellEnd"/>
            <w:r w:rsidRPr="0097677D">
              <w:rPr>
                <w:b/>
              </w:rPr>
              <w:t xml:space="preserve"> </w:t>
            </w:r>
            <w:r>
              <w:rPr>
                <w:b/>
                <w:lang w:val="kk-KZ"/>
              </w:rPr>
              <w:t>міндеттер</w:t>
            </w:r>
          </w:p>
        </w:tc>
      </w:tr>
      <w:tr w:rsidR="00D53DD4" w:rsidRPr="0097677D" w14:paraId="1D58B950" w14:textId="77777777" w:rsidTr="00E56216">
        <w:trPr>
          <w:jc w:val="center"/>
        </w:trPr>
        <w:tc>
          <w:tcPr>
            <w:tcW w:w="2835" w:type="dxa"/>
          </w:tcPr>
          <w:p w14:paraId="7EEE6DA7" w14:textId="77777777" w:rsidR="00D53DD4" w:rsidRDefault="00D53DD4" w:rsidP="00E56216">
            <w:pPr>
              <w:ind w:firstLine="0"/>
            </w:pPr>
            <w:proofErr w:type="spellStart"/>
            <w:r>
              <w:t>Ұйым</w:t>
            </w:r>
            <w:proofErr w:type="spellEnd"/>
            <w:r>
              <w:t xml:space="preserve"> </w:t>
            </w:r>
            <w:proofErr w:type="spellStart"/>
            <w:r>
              <w:t>басшысы</w:t>
            </w:r>
            <w:proofErr w:type="spellEnd"/>
          </w:p>
        </w:tc>
        <w:tc>
          <w:tcPr>
            <w:tcW w:w="6803" w:type="dxa"/>
          </w:tcPr>
          <w:p w14:paraId="1BF1911D" w14:textId="77777777" w:rsidR="00D53DD4" w:rsidRPr="0097677D" w:rsidRDefault="00D53DD4" w:rsidP="00E56216">
            <w:pPr>
              <w:ind w:firstLine="0"/>
              <w:jc w:val="both"/>
            </w:pPr>
            <w:proofErr w:type="spellStart"/>
            <w:r>
              <w:t>Бағдарламаны</w:t>
            </w:r>
            <w:proofErr w:type="spellEnd"/>
            <w:r>
              <w:t xml:space="preserve"> </w:t>
            </w:r>
            <w:proofErr w:type="spellStart"/>
            <w:r>
              <w:t>іске</w:t>
            </w:r>
            <w:proofErr w:type="spellEnd"/>
            <w:r>
              <w:t xml:space="preserve"> </w:t>
            </w:r>
            <w:proofErr w:type="spellStart"/>
            <w:r>
              <w:t>асыруға</w:t>
            </w:r>
            <w:proofErr w:type="spellEnd"/>
            <w:r>
              <w:t xml:space="preserve"> </w:t>
            </w:r>
            <w:proofErr w:type="spellStart"/>
            <w:r>
              <w:t>жалпы</w:t>
            </w:r>
            <w:proofErr w:type="spellEnd"/>
            <w:r>
              <w:t xml:space="preserve"> </w:t>
            </w:r>
            <w:proofErr w:type="spellStart"/>
            <w:r>
              <w:t>басшылық</w:t>
            </w:r>
            <w:proofErr w:type="spellEnd"/>
            <w:r>
              <w:t xml:space="preserve"> </w:t>
            </w:r>
            <w:proofErr w:type="spellStart"/>
            <w:r>
              <w:t>жасау</w:t>
            </w:r>
            <w:proofErr w:type="spellEnd"/>
            <w:r>
              <w:t xml:space="preserve">, </w:t>
            </w:r>
            <w:proofErr w:type="spellStart"/>
            <w:r>
              <w:t>қажетті</w:t>
            </w:r>
            <w:proofErr w:type="spellEnd"/>
            <w:r>
              <w:t xml:space="preserve"> </w:t>
            </w:r>
            <w:proofErr w:type="spellStart"/>
            <w:r>
              <w:t>жағдайларды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қауіпсіздікті</w:t>
            </w:r>
            <w:proofErr w:type="spellEnd"/>
            <w:r>
              <w:t xml:space="preserve"> </w:t>
            </w:r>
            <w:proofErr w:type="spellStart"/>
            <w:r>
              <w:t>бақылау</w:t>
            </w:r>
            <w:proofErr w:type="spellEnd"/>
            <w:r>
              <w:t xml:space="preserve">, </w:t>
            </w:r>
            <w:proofErr w:type="spellStart"/>
            <w:r>
              <w:t>қызметкерлер</w:t>
            </w:r>
            <w:proofErr w:type="spellEnd"/>
            <w:r>
              <w:t xml:space="preserve"> </w:t>
            </w:r>
            <w:proofErr w:type="spellStart"/>
            <w:r>
              <w:t>жұмысын</w:t>
            </w:r>
            <w:proofErr w:type="spellEnd"/>
            <w:r>
              <w:t xml:space="preserve"> </w:t>
            </w:r>
            <w:proofErr w:type="spellStart"/>
            <w:r>
              <w:t>үйлестіру</w:t>
            </w:r>
            <w:proofErr w:type="spellEnd"/>
            <w:r>
              <w:t>.</w:t>
            </w:r>
          </w:p>
        </w:tc>
      </w:tr>
      <w:tr w:rsidR="00D53DD4" w:rsidRPr="0097677D" w14:paraId="681D718B" w14:textId="77777777" w:rsidTr="00E56216">
        <w:trPr>
          <w:jc w:val="center"/>
        </w:trPr>
        <w:tc>
          <w:tcPr>
            <w:tcW w:w="2835" w:type="dxa"/>
          </w:tcPr>
          <w:p w14:paraId="6FC9F93E" w14:textId="77777777" w:rsidR="00D53DD4" w:rsidRPr="0097677D" w:rsidRDefault="00D53DD4" w:rsidP="00E56216">
            <w:pPr>
              <w:ind w:firstLine="0"/>
              <w:rPr>
                <w:b/>
              </w:rPr>
            </w:pPr>
            <w:proofErr w:type="spellStart"/>
            <w:r w:rsidRPr="0097677D">
              <w:rPr>
                <w:rStyle w:val="af6"/>
                <w:b w:val="0"/>
              </w:rPr>
              <w:t>Басшының</w:t>
            </w:r>
            <w:proofErr w:type="spellEnd"/>
            <w:r w:rsidRPr="0097677D">
              <w:rPr>
                <w:rStyle w:val="af6"/>
                <w:b w:val="0"/>
              </w:rPr>
              <w:t xml:space="preserve"> </w:t>
            </w:r>
            <w:proofErr w:type="spellStart"/>
            <w:r w:rsidRPr="0097677D">
              <w:rPr>
                <w:rStyle w:val="af6"/>
                <w:b w:val="0"/>
              </w:rPr>
              <w:t>орынбасары</w:t>
            </w:r>
            <w:proofErr w:type="spellEnd"/>
            <w:r w:rsidRPr="0097677D">
              <w:rPr>
                <w:rStyle w:val="af6"/>
                <w:b w:val="0"/>
              </w:rPr>
              <w:t xml:space="preserve"> / </w:t>
            </w:r>
            <w:proofErr w:type="spellStart"/>
            <w:r w:rsidRPr="0097677D">
              <w:rPr>
                <w:rStyle w:val="af6"/>
                <w:b w:val="0"/>
              </w:rPr>
              <w:t>жауапты</w:t>
            </w:r>
            <w:proofErr w:type="spellEnd"/>
            <w:r w:rsidRPr="0097677D">
              <w:rPr>
                <w:rStyle w:val="af6"/>
                <w:b w:val="0"/>
              </w:rPr>
              <w:t xml:space="preserve"> </w:t>
            </w:r>
            <w:proofErr w:type="spellStart"/>
            <w:r w:rsidRPr="0097677D">
              <w:rPr>
                <w:rStyle w:val="af6"/>
                <w:b w:val="0"/>
              </w:rPr>
              <w:t>тұлға</w:t>
            </w:r>
            <w:proofErr w:type="spellEnd"/>
          </w:p>
        </w:tc>
        <w:tc>
          <w:tcPr>
            <w:tcW w:w="6803" w:type="dxa"/>
          </w:tcPr>
          <w:p w14:paraId="326BAECB" w14:textId="77777777" w:rsidR="00D53DD4" w:rsidRPr="0097677D" w:rsidRDefault="00D53DD4" w:rsidP="00E56216">
            <w:pPr>
              <w:ind w:firstLine="0"/>
              <w:jc w:val="both"/>
            </w:pPr>
            <w:proofErr w:type="spellStart"/>
            <w:r>
              <w:t>Тәрбие</w:t>
            </w:r>
            <w:proofErr w:type="spellEnd"/>
            <w:r>
              <w:t xml:space="preserve">, </w:t>
            </w:r>
            <w:proofErr w:type="spellStart"/>
            <w:r>
              <w:t>білім</w:t>
            </w:r>
            <w:proofErr w:type="spellEnd"/>
            <w:r>
              <w:t xml:space="preserve"> </w:t>
            </w:r>
            <w:proofErr w:type="spellStart"/>
            <w:r>
              <w:t>беру</w:t>
            </w:r>
            <w:proofErr w:type="spellEnd"/>
            <w:r>
              <w:t xml:space="preserve"> </w:t>
            </w:r>
            <w:proofErr w:type="spellStart"/>
            <w:r>
              <w:t>және</w:t>
            </w:r>
            <w:proofErr w:type="spellEnd"/>
            <w:r>
              <w:t xml:space="preserve"> </w:t>
            </w:r>
            <w:proofErr w:type="spellStart"/>
            <w:r>
              <w:t>спорттық-туристік</w:t>
            </w:r>
            <w:proofErr w:type="spellEnd"/>
            <w:r>
              <w:t xml:space="preserve"> </w:t>
            </w:r>
            <w:proofErr w:type="spellStart"/>
            <w:r>
              <w:t>қызметті</w:t>
            </w:r>
            <w:proofErr w:type="spellEnd"/>
            <w:r>
              <w:t xml:space="preserve"> </w:t>
            </w:r>
            <w:proofErr w:type="spellStart"/>
            <w:r>
              <w:t>үйлестіру</w:t>
            </w:r>
            <w:proofErr w:type="spellEnd"/>
            <w:r>
              <w:t xml:space="preserve">, </w:t>
            </w:r>
            <w:proofErr w:type="spellStart"/>
            <w:r>
              <w:t>жоспар-кестенің</w:t>
            </w:r>
            <w:proofErr w:type="spellEnd"/>
            <w:r>
              <w:t xml:space="preserve"> </w:t>
            </w:r>
            <w:proofErr w:type="spellStart"/>
            <w:r>
              <w:t>орындалуын</w:t>
            </w:r>
            <w:proofErr w:type="spellEnd"/>
            <w:r>
              <w:t xml:space="preserve"> </w:t>
            </w:r>
            <w:proofErr w:type="spellStart"/>
            <w:r>
              <w:t>бақылау</w:t>
            </w:r>
            <w:proofErr w:type="spellEnd"/>
            <w:r>
              <w:t xml:space="preserve">, </w:t>
            </w:r>
            <w:proofErr w:type="spellStart"/>
            <w:r>
              <w:t>ауысым</w:t>
            </w:r>
            <w:proofErr w:type="spellEnd"/>
            <w:r>
              <w:t xml:space="preserve"> </w:t>
            </w:r>
            <w:proofErr w:type="spellStart"/>
            <w:r>
              <w:t>қорытындыларын</w:t>
            </w:r>
            <w:proofErr w:type="spellEnd"/>
            <w:r>
              <w:t xml:space="preserve"> </w:t>
            </w:r>
            <w:proofErr w:type="spellStart"/>
            <w:r>
              <w:t>ұйымдастыру</w:t>
            </w:r>
            <w:proofErr w:type="spellEnd"/>
            <w:r>
              <w:t>.</w:t>
            </w:r>
          </w:p>
        </w:tc>
      </w:tr>
      <w:tr w:rsidR="00D53DD4" w:rsidRPr="0097677D" w14:paraId="11FDDA5D" w14:textId="77777777" w:rsidTr="00E56216">
        <w:trPr>
          <w:jc w:val="center"/>
        </w:trPr>
        <w:tc>
          <w:tcPr>
            <w:tcW w:w="2835" w:type="dxa"/>
          </w:tcPr>
          <w:p w14:paraId="4C99CC7E" w14:textId="77777777" w:rsidR="00D53DD4" w:rsidRPr="0097677D" w:rsidRDefault="00D53DD4" w:rsidP="00E56216">
            <w:pPr>
              <w:ind w:firstLine="0"/>
              <w:rPr>
                <w:b/>
              </w:rPr>
            </w:pPr>
            <w:proofErr w:type="spellStart"/>
            <w:r w:rsidRPr="0097677D">
              <w:rPr>
                <w:rStyle w:val="af6"/>
                <w:b w:val="0"/>
              </w:rPr>
              <w:t>Әдіскер</w:t>
            </w:r>
            <w:proofErr w:type="spellEnd"/>
            <w:r w:rsidRPr="0097677D">
              <w:rPr>
                <w:rStyle w:val="af6"/>
                <w:b w:val="0"/>
              </w:rPr>
              <w:t xml:space="preserve"> (</w:t>
            </w:r>
            <w:proofErr w:type="spellStart"/>
            <w:r w:rsidRPr="0097677D">
              <w:rPr>
                <w:rStyle w:val="af6"/>
                <w:b w:val="0"/>
              </w:rPr>
              <w:t>болған</w:t>
            </w:r>
            <w:proofErr w:type="spellEnd"/>
            <w:r w:rsidRPr="0097677D">
              <w:rPr>
                <w:rStyle w:val="af6"/>
                <w:b w:val="0"/>
              </w:rPr>
              <w:t xml:space="preserve"> </w:t>
            </w:r>
            <w:proofErr w:type="spellStart"/>
            <w:r w:rsidRPr="0097677D">
              <w:rPr>
                <w:rStyle w:val="af6"/>
                <w:b w:val="0"/>
              </w:rPr>
              <w:t>жағдайда</w:t>
            </w:r>
            <w:proofErr w:type="spellEnd"/>
            <w:r w:rsidRPr="0097677D">
              <w:rPr>
                <w:rStyle w:val="af6"/>
                <w:b w:val="0"/>
              </w:rPr>
              <w:t>)</w:t>
            </w:r>
          </w:p>
        </w:tc>
        <w:tc>
          <w:tcPr>
            <w:tcW w:w="6803" w:type="dxa"/>
          </w:tcPr>
          <w:p w14:paraId="4346E64C" w14:textId="77777777" w:rsidR="00D53DD4" w:rsidRPr="0097677D" w:rsidRDefault="00D53DD4" w:rsidP="00E56216">
            <w:pPr>
              <w:ind w:firstLine="0"/>
              <w:jc w:val="both"/>
            </w:pPr>
            <w:proofErr w:type="spellStart"/>
            <w:r>
              <w:t>Әдістемелік</w:t>
            </w:r>
            <w:proofErr w:type="spellEnd"/>
            <w:r>
              <w:t xml:space="preserve"> </w:t>
            </w:r>
            <w:proofErr w:type="spellStart"/>
            <w:r>
              <w:t>сүйемелдеуді</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материалдар</w:t>
            </w:r>
            <w:proofErr w:type="spellEnd"/>
            <w:r>
              <w:t xml:space="preserve"> </w:t>
            </w:r>
            <w:proofErr w:type="spellStart"/>
            <w:r>
              <w:t>дайындау</w:t>
            </w:r>
            <w:proofErr w:type="spellEnd"/>
            <w:r>
              <w:t xml:space="preserve">, </w:t>
            </w:r>
            <w:proofErr w:type="spellStart"/>
            <w:r>
              <w:t>педагогтерге</w:t>
            </w:r>
            <w:proofErr w:type="spellEnd"/>
            <w:r>
              <w:t xml:space="preserve"> </w:t>
            </w:r>
            <w:proofErr w:type="spellStart"/>
            <w:r>
              <w:t>кеңес</w:t>
            </w:r>
            <w:proofErr w:type="spellEnd"/>
            <w:r>
              <w:t xml:space="preserve"> </w:t>
            </w:r>
            <w:proofErr w:type="spellStart"/>
            <w:r>
              <w:t>беру</w:t>
            </w:r>
            <w:proofErr w:type="spellEnd"/>
            <w:r>
              <w:t xml:space="preserve">, </w:t>
            </w:r>
            <w:proofErr w:type="spellStart"/>
            <w:r>
              <w:t>Бағдарламаның</w:t>
            </w:r>
            <w:proofErr w:type="spellEnd"/>
            <w:r>
              <w:t xml:space="preserve"> </w:t>
            </w:r>
            <w:proofErr w:type="spellStart"/>
            <w:r>
              <w:t>іске</w:t>
            </w:r>
            <w:proofErr w:type="spellEnd"/>
            <w:r>
              <w:t xml:space="preserve"> </w:t>
            </w:r>
            <w:proofErr w:type="spellStart"/>
            <w:r>
              <w:t>асырылуын</w:t>
            </w:r>
            <w:proofErr w:type="spellEnd"/>
            <w:r>
              <w:t xml:space="preserve"> </w:t>
            </w:r>
            <w:proofErr w:type="spellStart"/>
            <w:r>
              <w:t>талдау</w:t>
            </w:r>
            <w:proofErr w:type="spellEnd"/>
            <w:r>
              <w:t>.</w:t>
            </w:r>
          </w:p>
        </w:tc>
      </w:tr>
      <w:tr w:rsidR="00D53DD4" w:rsidRPr="0097677D" w14:paraId="1B2F6533" w14:textId="77777777" w:rsidTr="00E56216">
        <w:trPr>
          <w:jc w:val="center"/>
        </w:trPr>
        <w:tc>
          <w:tcPr>
            <w:tcW w:w="2835" w:type="dxa"/>
          </w:tcPr>
          <w:p w14:paraId="52AED2B6" w14:textId="77777777" w:rsidR="00D53DD4" w:rsidRDefault="00D53DD4" w:rsidP="00E56216">
            <w:pPr>
              <w:ind w:firstLine="0"/>
            </w:pPr>
            <w:proofErr w:type="spellStart"/>
            <w:r>
              <w:t>Тәрбиешілер</w:t>
            </w:r>
            <w:proofErr w:type="spellEnd"/>
            <w:r>
              <w:t xml:space="preserve"> </w:t>
            </w:r>
            <w:proofErr w:type="spellStart"/>
            <w:r>
              <w:t>және</w:t>
            </w:r>
            <w:proofErr w:type="spellEnd"/>
            <w:r>
              <w:t xml:space="preserve"> </w:t>
            </w:r>
            <w:proofErr w:type="spellStart"/>
            <w:r>
              <w:lastRenderedPageBreak/>
              <w:t>вожатыйлар</w:t>
            </w:r>
            <w:proofErr w:type="spellEnd"/>
          </w:p>
        </w:tc>
        <w:tc>
          <w:tcPr>
            <w:tcW w:w="6803" w:type="dxa"/>
          </w:tcPr>
          <w:p w14:paraId="17D68169" w14:textId="77777777" w:rsidR="00D53DD4" w:rsidRPr="0097677D" w:rsidRDefault="00D53DD4" w:rsidP="00E56216">
            <w:pPr>
              <w:ind w:firstLine="0"/>
              <w:jc w:val="both"/>
            </w:pPr>
            <w:r>
              <w:rPr>
                <w:lang w:val="kk-KZ"/>
              </w:rPr>
              <w:lastRenderedPageBreak/>
              <w:t>Жасақтарды</w:t>
            </w:r>
            <w:r>
              <w:t xml:space="preserve"> </w:t>
            </w:r>
            <w:proofErr w:type="spellStart"/>
            <w:r>
              <w:t>сүйемелдеу</w:t>
            </w:r>
            <w:proofErr w:type="spellEnd"/>
            <w:r>
              <w:t xml:space="preserve">, </w:t>
            </w:r>
            <w:proofErr w:type="spellStart"/>
            <w:r>
              <w:t>күнделікті</w:t>
            </w:r>
            <w:proofErr w:type="spellEnd"/>
            <w:r>
              <w:t xml:space="preserve"> </w:t>
            </w:r>
            <w:proofErr w:type="spellStart"/>
            <w:r>
              <w:t>қызметті</w:t>
            </w:r>
            <w:proofErr w:type="spellEnd"/>
            <w:r>
              <w:t xml:space="preserve"> </w:t>
            </w:r>
            <w:proofErr w:type="spellStart"/>
            <w:r>
              <w:lastRenderedPageBreak/>
              <w:t>ұйымдастыру</w:t>
            </w:r>
            <w:proofErr w:type="spellEnd"/>
            <w:r>
              <w:t xml:space="preserve">, </w:t>
            </w:r>
            <w:proofErr w:type="spellStart"/>
            <w:r>
              <w:t>іс-шаралар</w:t>
            </w:r>
            <w:proofErr w:type="spellEnd"/>
            <w:r>
              <w:t xml:space="preserve"> </w:t>
            </w:r>
            <w:proofErr w:type="spellStart"/>
            <w:r>
              <w:t>өткізу</w:t>
            </w:r>
            <w:proofErr w:type="spellEnd"/>
            <w:r>
              <w:t xml:space="preserve">, </w:t>
            </w:r>
            <w:proofErr w:type="spellStart"/>
            <w:r>
              <w:t>тәртіп</w:t>
            </w:r>
            <w:proofErr w:type="spellEnd"/>
            <w:r>
              <w:t xml:space="preserve"> </w:t>
            </w:r>
            <w:proofErr w:type="spellStart"/>
            <w:r>
              <w:t>пен</w:t>
            </w:r>
            <w:proofErr w:type="spellEnd"/>
            <w:r>
              <w:t xml:space="preserve"> </w:t>
            </w:r>
            <w:proofErr w:type="spellStart"/>
            <w:r>
              <w:t>психологиялық</w:t>
            </w:r>
            <w:proofErr w:type="spellEnd"/>
            <w:r>
              <w:t xml:space="preserve"> </w:t>
            </w:r>
            <w:proofErr w:type="spellStart"/>
            <w:r>
              <w:t>ахуалды</w:t>
            </w:r>
            <w:proofErr w:type="spellEnd"/>
            <w:r>
              <w:t xml:space="preserve"> </w:t>
            </w:r>
            <w:proofErr w:type="spellStart"/>
            <w:r>
              <w:t>қолдау</w:t>
            </w:r>
            <w:proofErr w:type="spellEnd"/>
            <w:r>
              <w:t>.</w:t>
            </w:r>
          </w:p>
        </w:tc>
      </w:tr>
      <w:tr w:rsidR="00D53DD4" w:rsidRPr="00655EAC" w14:paraId="26C9B537" w14:textId="77777777" w:rsidTr="00E56216">
        <w:trPr>
          <w:jc w:val="center"/>
        </w:trPr>
        <w:tc>
          <w:tcPr>
            <w:tcW w:w="2835" w:type="dxa"/>
          </w:tcPr>
          <w:p w14:paraId="044A1705" w14:textId="77777777" w:rsidR="00D53DD4" w:rsidRPr="0097677D" w:rsidRDefault="00D53DD4" w:rsidP="00E56216">
            <w:pPr>
              <w:ind w:firstLine="0"/>
              <w:rPr>
                <w:lang w:val="ru-RU"/>
              </w:rPr>
            </w:pPr>
            <w:proofErr w:type="spellStart"/>
            <w:r w:rsidRPr="0097677D">
              <w:rPr>
                <w:lang w:val="ru-RU"/>
              </w:rPr>
              <w:lastRenderedPageBreak/>
              <w:t>Спорттық-туристік</w:t>
            </w:r>
            <w:proofErr w:type="spellEnd"/>
            <w:r w:rsidRPr="0097677D">
              <w:rPr>
                <w:lang w:val="ru-RU"/>
              </w:rPr>
              <w:t xml:space="preserve"> </w:t>
            </w:r>
            <w:proofErr w:type="spellStart"/>
            <w:r w:rsidRPr="0097677D">
              <w:rPr>
                <w:lang w:val="ru-RU"/>
              </w:rPr>
              <w:t>қызметке</w:t>
            </w:r>
            <w:proofErr w:type="spellEnd"/>
            <w:r w:rsidRPr="0097677D">
              <w:rPr>
                <w:lang w:val="ru-RU"/>
              </w:rPr>
              <w:t xml:space="preserve"> </w:t>
            </w:r>
            <w:proofErr w:type="spellStart"/>
            <w:r w:rsidRPr="0097677D">
              <w:rPr>
                <w:lang w:val="ru-RU"/>
              </w:rPr>
              <w:t>жауапты</w:t>
            </w:r>
            <w:proofErr w:type="spellEnd"/>
            <w:r w:rsidRPr="0097677D">
              <w:rPr>
                <w:lang w:val="ru-RU"/>
              </w:rPr>
              <w:t xml:space="preserve"> </w:t>
            </w:r>
            <w:proofErr w:type="spellStart"/>
            <w:r w:rsidRPr="0097677D">
              <w:rPr>
                <w:lang w:val="ru-RU"/>
              </w:rPr>
              <w:t>тұлға</w:t>
            </w:r>
            <w:proofErr w:type="spellEnd"/>
          </w:p>
        </w:tc>
        <w:tc>
          <w:tcPr>
            <w:tcW w:w="6803" w:type="dxa"/>
          </w:tcPr>
          <w:p w14:paraId="2961C4DA" w14:textId="77777777" w:rsidR="00D53DD4" w:rsidRPr="0097677D" w:rsidRDefault="00D53DD4" w:rsidP="00E56216">
            <w:pPr>
              <w:ind w:firstLine="0"/>
              <w:jc w:val="both"/>
              <w:rPr>
                <w:lang w:val="ru-RU"/>
              </w:rPr>
            </w:pPr>
            <w:proofErr w:type="spellStart"/>
            <w:r w:rsidRPr="0097677D">
              <w:rPr>
                <w:lang w:val="ru-RU"/>
              </w:rPr>
              <w:t>Таңғы</w:t>
            </w:r>
            <w:proofErr w:type="spellEnd"/>
            <w:r w:rsidRPr="0097677D">
              <w:rPr>
                <w:lang w:val="ru-RU"/>
              </w:rPr>
              <w:t xml:space="preserve"> </w:t>
            </w:r>
            <w:proofErr w:type="spellStart"/>
            <w:r w:rsidRPr="0097677D">
              <w:rPr>
                <w:lang w:val="ru-RU"/>
              </w:rPr>
              <w:t>жаттығуларды</w:t>
            </w:r>
            <w:proofErr w:type="spellEnd"/>
            <w:r w:rsidRPr="0097677D">
              <w:rPr>
                <w:lang w:val="ru-RU"/>
              </w:rPr>
              <w:t xml:space="preserve">, </w:t>
            </w:r>
            <w:proofErr w:type="spellStart"/>
            <w:r w:rsidRPr="0097677D">
              <w:rPr>
                <w:lang w:val="ru-RU"/>
              </w:rPr>
              <w:t>ойындарды</w:t>
            </w:r>
            <w:proofErr w:type="spellEnd"/>
            <w:r w:rsidRPr="0097677D">
              <w:rPr>
                <w:lang w:val="ru-RU"/>
              </w:rPr>
              <w:t xml:space="preserve">, </w:t>
            </w:r>
            <w:proofErr w:type="spellStart"/>
            <w:r w:rsidRPr="0097677D">
              <w:rPr>
                <w:lang w:val="ru-RU"/>
              </w:rPr>
              <w:t>эстафеталарды</w:t>
            </w:r>
            <w:proofErr w:type="spellEnd"/>
            <w:r w:rsidRPr="0097677D">
              <w:rPr>
                <w:lang w:val="ru-RU"/>
              </w:rPr>
              <w:t xml:space="preserve">, </w:t>
            </w:r>
            <w:proofErr w:type="spellStart"/>
            <w:r w:rsidRPr="0097677D">
              <w:rPr>
                <w:lang w:val="ru-RU"/>
              </w:rPr>
              <w:t>маршруттарды</w:t>
            </w:r>
            <w:proofErr w:type="spellEnd"/>
            <w:r w:rsidRPr="0097677D">
              <w:rPr>
                <w:lang w:val="ru-RU"/>
              </w:rPr>
              <w:t xml:space="preserve">, </w:t>
            </w:r>
            <w:proofErr w:type="spellStart"/>
            <w:r w:rsidRPr="0097677D">
              <w:rPr>
                <w:lang w:val="ru-RU"/>
              </w:rPr>
              <w:t>туристік</w:t>
            </w:r>
            <w:proofErr w:type="spellEnd"/>
            <w:r w:rsidRPr="0097677D">
              <w:rPr>
                <w:lang w:val="ru-RU"/>
              </w:rPr>
              <w:t xml:space="preserve"> </w:t>
            </w:r>
            <w:proofErr w:type="spellStart"/>
            <w:r w:rsidRPr="0097677D">
              <w:rPr>
                <w:lang w:val="ru-RU"/>
              </w:rPr>
              <w:t>станцияларды</w:t>
            </w:r>
            <w:proofErr w:type="spellEnd"/>
            <w:r w:rsidRPr="0097677D">
              <w:rPr>
                <w:lang w:val="ru-RU"/>
              </w:rPr>
              <w:t xml:space="preserve"> </w:t>
            </w:r>
            <w:proofErr w:type="spellStart"/>
            <w:r w:rsidRPr="0097677D">
              <w:rPr>
                <w:lang w:val="ru-RU"/>
              </w:rPr>
              <w:t>және</w:t>
            </w:r>
            <w:proofErr w:type="spellEnd"/>
            <w:r w:rsidRPr="0097677D">
              <w:rPr>
                <w:lang w:val="ru-RU"/>
              </w:rPr>
              <w:t xml:space="preserve"> </w:t>
            </w:r>
            <w:proofErr w:type="spellStart"/>
            <w:r w:rsidRPr="0097677D">
              <w:rPr>
                <w:lang w:val="ru-RU"/>
              </w:rPr>
              <w:t>спорттық</w:t>
            </w:r>
            <w:proofErr w:type="spellEnd"/>
            <w:r w:rsidRPr="0097677D">
              <w:rPr>
                <w:lang w:val="ru-RU"/>
              </w:rPr>
              <w:t xml:space="preserve"> </w:t>
            </w:r>
            <w:proofErr w:type="spellStart"/>
            <w:r w:rsidRPr="0097677D">
              <w:rPr>
                <w:lang w:val="ru-RU"/>
              </w:rPr>
              <w:t>іс-шараларды</w:t>
            </w:r>
            <w:proofErr w:type="spellEnd"/>
            <w:r w:rsidRPr="0097677D">
              <w:rPr>
                <w:lang w:val="ru-RU"/>
              </w:rPr>
              <w:t xml:space="preserve"> </w:t>
            </w:r>
            <w:proofErr w:type="spellStart"/>
            <w:r w:rsidRPr="0097677D">
              <w:rPr>
                <w:lang w:val="ru-RU"/>
              </w:rPr>
              <w:t>қауіпсіздік</w:t>
            </w:r>
            <w:proofErr w:type="spellEnd"/>
            <w:r w:rsidRPr="0097677D">
              <w:rPr>
                <w:lang w:val="ru-RU"/>
              </w:rPr>
              <w:t xml:space="preserve"> пен </w:t>
            </w:r>
            <w:proofErr w:type="spellStart"/>
            <w:r w:rsidRPr="0097677D">
              <w:rPr>
                <w:lang w:val="ru-RU"/>
              </w:rPr>
              <w:t>жас</w:t>
            </w:r>
            <w:proofErr w:type="spellEnd"/>
            <w:r w:rsidRPr="0097677D">
              <w:rPr>
                <w:lang w:val="ru-RU"/>
              </w:rPr>
              <w:t xml:space="preserve"> </w:t>
            </w:r>
            <w:proofErr w:type="spellStart"/>
            <w:r w:rsidRPr="0097677D">
              <w:rPr>
                <w:lang w:val="ru-RU"/>
              </w:rPr>
              <w:t>ерекшеліктерін</w:t>
            </w:r>
            <w:proofErr w:type="spellEnd"/>
            <w:r w:rsidRPr="0097677D">
              <w:rPr>
                <w:lang w:val="ru-RU"/>
              </w:rPr>
              <w:t xml:space="preserve"> </w:t>
            </w:r>
            <w:proofErr w:type="spellStart"/>
            <w:r w:rsidRPr="0097677D">
              <w:rPr>
                <w:lang w:val="ru-RU"/>
              </w:rPr>
              <w:t>ескере</w:t>
            </w:r>
            <w:proofErr w:type="spellEnd"/>
            <w:r w:rsidRPr="0097677D">
              <w:rPr>
                <w:lang w:val="ru-RU"/>
              </w:rPr>
              <w:t xml:space="preserve"> </w:t>
            </w:r>
            <w:proofErr w:type="spellStart"/>
            <w:r w:rsidRPr="0097677D">
              <w:rPr>
                <w:lang w:val="ru-RU"/>
              </w:rPr>
              <w:t>отырып</w:t>
            </w:r>
            <w:proofErr w:type="spellEnd"/>
            <w:r w:rsidRPr="0097677D">
              <w:rPr>
                <w:lang w:val="ru-RU"/>
              </w:rPr>
              <w:t xml:space="preserve"> </w:t>
            </w:r>
            <w:proofErr w:type="spellStart"/>
            <w:r w:rsidRPr="0097677D">
              <w:rPr>
                <w:lang w:val="ru-RU"/>
              </w:rPr>
              <w:t>ұйымдастыру</w:t>
            </w:r>
            <w:proofErr w:type="spellEnd"/>
            <w:r w:rsidRPr="0097677D">
              <w:rPr>
                <w:lang w:val="ru-RU"/>
              </w:rPr>
              <w:t>.</w:t>
            </w:r>
          </w:p>
        </w:tc>
      </w:tr>
      <w:tr w:rsidR="00D53DD4" w:rsidRPr="0097677D" w14:paraId="76E3E66F" w14:textId="77777777" w:rsidTr="00E56216">
        <w:trPr>
          <w:jc w:val="center"/>
        </w:trPr>
        <w:tc>
          <w:tcPr>
            <w:tcW w:w="2835" w:type="dxa"/>
          </w:tcPr>
          <w:p w14:paraId="2339C68A" w14:textId="77777777" w:rsidR="00D53DD4" w:rsidRDefault="00D53DD4" w:rsidP="00E56216">
            <w:pPr>
              <w:ind w:firstLine="0"/>
            </w:pPr>
            <w:proofErr w:type="spellStart"/>
            <w:r>
              <w:t>Медициналық</w:t>
            </w:r>
            <w:proofErr w:type="spellEnd"/>
            <w:r>
              <w:t xml:space="preserve"> </w:t>
            </w:r>
            <w:proofErr w:type="spellStart"/>
            <w:r>
              <w:t>қызметкер</w:t>
            </w:r>
            <w:proofErr w:type="spellEnd"/>
          </w:p>
        </w:tc>
        <w:tc>
          <w:tcPr>
            <w:tcW w:w="6803" w:type="dxa"/>
          </w:tcPr>
          <w:p w14:paraId="7A826183" w14:textId="77777777" w:rsidR="00D53DD4" w:rsidRPr="0097677D" w:rsidRDefault="00D53DD4" w:rsidP="00E56216">
            <w:pPr>
              <w:ind w:firstLine="0"/>
              <w:jc w:val="both"/>
            </w:pPr>
            <w:proofErr w:type="spellStart"/>
            <w:r>
              <w:t>Медициналық</w:t>
            </w:r>
            <w:proofErr w:type="spellEnd"/>
            <w:r>
              <w:t xml:space="preserve"> </w:t>
            </w:r>
            <w:proofErr w:type="spellStart"/>
            <w:r>
              <w:t>бақылау</w:t>
            </w:r>
            <w:proofErr w:type="spellEnd"/>
            <w:r>
              <w:t xml:space="preserve"> </w:t>
            </w:r>
            <w:proofErr w:type="spellStart"/>
            <w:r>
              <w:t>жүргізу</w:t>
            </w:r>
            <w:proofErr w:type="spellEnd"/>
            <w:r>
              <w:t xml:space="preserve">, </w:t>
            </w:r>
            <w:proofErr w:type="spellStart"/>
            <w:r>
              <w:t>профилактикалық</w:t>
            </w:r>
            <w:proofErr w:type="spellEnd"/>
            <w:r>
              <w:t xml:space="preserve"> </w:t>
            </w:r>
            <w:proofErr w:type="spellStart"/>
            <w:r>
              <w:t>іс-шаралар</w:t>
            </w:r>
            <w:proofErr w:type="spellEnd"/>
            <w:r>
              <w:t xml:space="preserve">, </w:t>
            </w:r>
            <w:proofErr w:type="spellStart"/>
            <w:r>
              <w:t>алғашқы</w:t>
            </w:r>
            <w:proofErr w:type="spellEnd"/>
            <w:r>
              <w:t xml:space="preserve"> </w:t>
            </w:r>
            <w:proofErr w:type="spellStart"/>
            <w:r>
              <w:t>көмек</w:t>
            </w:r>
            <w:proofErr w:type="spellEnd"/>
            <w:r>
              <w:t xml:space="preserve"> </w:t>
            </w:r>
            <w:proofErr w:type="spellStart"/>
            <w:r>
              <w:t>көрсету</w:t>
            </w:r>
            <w:proofErr w:type="spellEnd"/>
            <w:r>
              <w:t xml:space="preserve">, </w:t>
            </w:r>
            <w:proofErr w:type="spellStart"/>
            <w:r>
              <w:t>санитарлық</w:t>
            </w:r>
            <w:proofErr w:type="spellEnd"/>
            <w:r>
              <w:t>-</w:t>
            </w:r>
            <w:r>
              <w:rPr>
                <w:lang w:val="kk-KZ"/>
              </w:rPr>
              <w:t>тазалық сақтау</w:t>
            </w:r>
            <w:r>
              <w:t xml:space="preserve"> </w:t>
            </w:r>
            <w:proofErr w:type="spellStart"/>
            <w:r>
              <w:t>жағдайды</w:t>
            </w:r>
            <w:proofErr w:type="spellEnd"/>
            <w:r>
              <w:t xml:space="preserve"> </w:t>
            </w:r>
            <w:proofErr w:type="spellStart"/>
            <w:r>
              <w:t>және</w:t>
            </w:r>
            <w:proofErr w:type="spellEnd"/>
            <w:r>
              <w:t xml:space="preserve"> </w:t>
            </w:r>
            <w:proofErr w:type="spellStart"/>
            <w:r>
              <w:t>балалардың</w:t>
            </w:r>
            <w:proofErr w:type="spellEnd"/>
            <w:r>
              <w:t xml:space="preserve"> </w:t>
            </w:r>
            <w:proofErr w:type="spellStart"/>
            <w:r>
              <w:t>денсаулық</w:t>
            </w:r>
            <w:proofErr w:type="spellEnd"/>
            <w:r>
              <w:t xml:space="preserve"> </w:t>
            </w:r>
            <w:proofErr w:type="spellStart"/>
            <w:r>
              <w:t>жағдайын</w:t>
            </w:r>
            <w:proofErr w:type="spellEnd"/>
            <w:r>
              <w:t xml:space="preserve"> </w:t>
            </w:r>
            <w:proofErr w:type="spellStart"/>
            <w:r>
              <w:t>бақылау</w:t>
            </w:r>
            <w:proofErr w:type="spellEnd"/>
            <w:r>
              <w:t>.</w:t>
            </w:r>
          </w:p>
        </w:tc>
      </w:tr>
      <w:tr w:rsidR="00D53DD4" w:rsidRPr="0097677D" w14:paraId="12B16C03" w14:textId="77777777" w:rsidTr="00E56216">
        <w:trPr>
          <w:jc w:val="center"/>
        </w:trPr>
        <w:tc>
          <w:tcPr>
            <w:tcW w:w="2835" w:type="dxa"/>
          </w:tcPr>
          <w:p w14:paraId="200C164E" w14:textId="77777777" w:rsidR="00D53DD4" w:rsidRDefault="00D53DD4" w:rsidP="00E56216">
            <w:pPr>
              <w:ind w:firstLine="0"/>
            </w:pPr>
            <w:proofErr w:type="spellStart"/>
            <w:r>
              <w:t>Педагог-психолог</w:t>
            </w:r>
            <w:proofErr w:type="spellEnd"/>
            <w:r>
              <w:t xml:space="preserve"> (</w:t>
            </w:r>
            <w:proofErr w:type="spellStart"/>
            <w:r>
              <w:t>болған</w:t>
            </w:r>
            <w:proofErr w:type="spellEnd"/>
            <w:r>
              <w:t xml:space="preserve"> </w:t>
            </w:r>
            <w:proofErr w:type="spellStart"/>
            <w:r>
              <w:t>жағдайда</w:t>
            </w:r>
            <w:proofErr w:type="spellEnd"/>
            <w:r>
              <w:t>)</w:t>
            </w:r>
          </w:p>
        </w:tc>
        <w:tc>
          <w:tcPr>
            <w:tcW w:w="6803" w:type="dxa"/>
          </w:tcPr>
          <w:p w14:paraId="0AC06A0F" w14:textId="77777777" w:rsidR="00D53DD4" w:rsidRPr="0097677D" w:rsidRDefault="00D53DD4" w:rsidP="00E56216">
            <w:pPr>
              <w:ind w:firstLine="0"/>
              <w:jc w:val="both"/>
            </w:pPr>
            <w:proofErr w:type="spellStart"/>
            <w:r>
              <w:t>Бейімделуге</w:t>
            </w:r>
            <w:proofErr w:type="spellEnd"/>
            <w:r>
              <w:t xml:space="preserve"> </w:t>
            </w:r>
            <w:proofErr w:type="spellStart"/>
            <w:r>
              <w:t>қолдау</w:t>
            </w:r>
            <w:proofErr w:type="spellEnd"/>
            <w:r>
              <w:t xml:space="preserve"> </w:t>
            </w:r>
            <w:proofErr w:type="spellStart"/>
            <w:r>
              <w:t>көрсету</w:t>
            </w:r>
            <w:proofErr w:type="spellEnd"/>
            <w:r>
              <w:t xml:space="preserve">, </w:t>
            </w:r>
            <w:proofErr w:type="spellStart"/>
            <w:r>
              <w:t>жанжалдардың</w:t>
            </w:r>
            <w:proofErr w:type="spellEnd"/>
            <w:r>
              <w:t xml:space="preserve"> </w:t>
            </w:r>
            <w:proofErr w:type="spellStart"/>
            <w:r>
              <w:t>алдын</w:t>
            </w:r>
            <w:proofErr w:type="spellEnd"/>
            <w:r>
              <w:t xml:space="preserve"> </w:t>
            </w:r>
            <w:proofErr w:type="spellStart"/>
            <w:r>
              <w:t>алу</w:t>
            </w:r>
            <w:proofErr w:type="spellEnd"/>
            <w:r>
              <w:t xml:space="preserve">, </w:t>
            </w:r>
            <w:proofErr w:type="spellStart"/>
            <w:r>
              <w:t>эмоционалдық</w:t>
            </w:r>
            <w:proofErr w:type="spellEnd"/>
            <w:r>
              <w:t xml:space="preserve"> </w:t>
            </w:r>
            <w:proofErr w:type="spellStart"/>
            <w:r>
              <w:t>жағдайды</w:t>
            </w:r>
            <w:proofErr w:type="spellEnd"/>
            <w:r>
              <w:t xml:space="preserve"> </w:t>
            </w:r>
            <w:proofErr w:type="spellStart"/>
            <w:r>
              <w:t>бақылау</w:t>
            </w:r>
            <w:proofErr w:type="spellEnd"/>
            <w:r>
              <w:t xml:space="preserve">, </w:t>
            </w:r>
            <w:proofErr w:type="spellStart"/>
            <w:r>
              <w:t>педагогтерге</w:t>
            </w:r>
            <w:proofErr w:type="spellEnd"/>
            <w:r>
              <w:t xml:space="preserve"> </w:t>
            </w:r>
            <w:proofErr w:type="spellStart"/>
            <w:r>
              <w:t>кеңес</w:t>
            </w:r>
            <w:proofErr w:type="spellEnd"/>
            <w:r>
              <w:t xml:space="preserve"> </w:t>
            </w:r>
            <w:proofErr w:type="spellStart"/>
            <w:r>
              <w:t>беру</w:t>
            </w:r>
            <w:proofErr w:type="spellEnd"/>
            <w:r>
              <w:t>.</w:t>
            </w:r>
          </w:p>
        </w:tc>
      </w:tr>
    </w:tbl>
    <w:p w14:paraId="3B896929" w14:textId="77777777" w:rsidR="00D53DD4" w:rsidRPr="0097677D" w:rsidRDefault="00D53DD4" w:rsidP="00F41431">
      <w:pPr>
        <w:pStyle w:val="21"/>
      </w:pPr>
    </w:p>
    <w:p w14:paraId="21941AF8" w14:textId="77777777" w:rsidR="00D53DD4" w:rsidRPr="003F6B43" w:rsidRDefault="00D53DD4" w:rsidP="00D53DD4">
      <w:pPr>
        <w:jc w:val="both"/>
        <w:rPr>
          <w:rFonts w:eastAsiaTheme="majorEastAsia" w:cstheme="majorBidi"/>
          <w:b/>
          <w:bCs/>
          <w:szCs w:val="26"/>
        </w:rPr>
      </w:pPr>
      <w:proofErr w:type="spellStart"/>
      <w:r w:rsidRPr="00FA38FF">
        <w:rPr>
          <w:rFonts w:eastAsiaTheme="majorEastAsia" w:cstheme="majorBidi"/>
          <w:b/>
          <w:bCs/>
          <w:szCs w:val="26"/>
          <w:lang w:val="ru-RU"/>
        </w:rPr>
        <w:t>Әдістемелік</w:t>
      </w:r>
      <w:proofErr w:type="spellEnd"/>
      <w:r w:rsidRPr="003F6B43">
        <w:rPr>
          <w:rFonts w:eastAsiaTheme="majorEastAsia" w:cstheme="majorBidi"/>
          <w:b/>
          <w:bCs/>
          <w:szCs w:val="26"/>
        </w:rPr>
        <w:t xml:space="preserve"> </w:t>
      </w:r>
      <w:proofErr w:type="spellStart"/>
      <w:r w:rsidRPr="00FA38FF">
        <w:rPr>
          <w:rFonts w:eastAsiaTheme="majorEastAsia" w:cstheme="majorBidi"/>
          <w:b/>
          <w:bCs/>
          <w:szCs w:val="26"/>
          <w:lang w:val="ru-RU"/>
        </w:rPr>
        <w:t>қамтамасыз</w:t>
      </w:r>
      <w:proofErr w:type="spellEnd"/>
      <w:r w:rsidRPr="003F6B43">
        <w:rPr>
          <w:rFonts w:eastAsiaTheme="majorEastAsia" w:cstheme="majorBidi"/>
          <w:b/>
          <w:bCs/>
          <w:szCs w:val="26"/>
        </w:rPr>
        <w:t xml:space="preserve"> </w:t>
      </w:r>
      <w:proofErr w:type="spellStart"/>
      <w:r w:rsidRPr="00FA38FF">
        <w:rPr>
          <w:rFonts w:eastAsiaTheme="majorEastAsia" w:cstheme="majorBidi"/>
          <w:b/>
          <w:bCs/>
          <w:szCs w:val="26"/>
          <w:lang w:val="ru-RU"/>
        </w:rPr>
        <w:t>ету</w:t>
      </w:r>
      <w:proofErr w:type="spellEnd"/>
    </w:p>
    <w:p w14:paraId="49DB6419" w14:textId="77777777" w:rsidR="00D53DD4" w:rsidRPr="003F6B43" w:rsidRDefault="00D53DD4" w:rsidP="00D53DD4">
      <w:pPr>
        <w:jc w:val="both"/>
        <w:rPr>
          <w:rFonts w:eastAsiaTheme="majorEastAsia" w:cstheme="majorBidi"/>
          <w:bCs/>
          <w:szCs w:val="26"/>
        </w:rPr>
      </w:pPr>
      <w:proofErr w:type="spellStart"/>
      <w:r w:rsidRPr="00FA38FF">
        <w:rPr>
          <w:rFonts w:eastAsiaTheme="majorEastAsia" w:cstheme="majorBidi"/>
          <w:bCs/>
          <w:szCs w:val="26"/>
          <w:lang w:val="ru-RU"/>
        </w:rPr>
        <w:t>Бағдарламаның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әдістемелік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қамтамасыз</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етілуі</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ауысым</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мазмұнын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сапалы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іске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асыруды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қамтамасыз</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ететін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ұйымдастырушылық</w:t>
      </w:r>
      <w:proofErr w:type="spellEnd"/>
      <w:r w:rsidRPr="003F6B43">
        <w:rPr>
          <w:rFonts w:eastAsiaTheme="majorEastAsia" w:cstheme="majorBidi"/>
          <w:bCs/>
          <w:szCs w:val="26"/>
        </w:rPr>
        <w:t>-</w:t>
      </w:r>
      <w:proofErr w:type="spellStart"/>
      <w:r w:rsidRPr="00FA38FF">
        <w:rPr>
          <w:rFonts w:eastAsiaTheme="majorEastAsia" w:cstheme="majorBidi"/>
          <w:bCs/>
          <w:szCs w:val="26"/>
          <w:lang w:val="ru-RU"/>
        </w:rPr>
        <w:t>педагогикалық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дидактикалық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нұсқаулық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диагностикалық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материалдар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жүйесін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құрайды</w:t>
      </w:r>
      <w:proofErr w:type="spellEnd"/>
      <w:r w:rsidRPr="003F6B43">
        <w:rPr>
          <w:rFonts w:eastAsiaTheme="majorEastAsia" w:cstheme="majorBidi"/>
          <w:bCs/>
          <w:szCs w:val="26"/>
        </w:rPr>
        <w:t>.</w:t>
      </w:r>
    </w:p>
    <w:p w14:paraId="009C0248" w14:textId="77777777"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12 </w:t>
      </w:r>
      <w:proofErr w:type="spellStart"/>
      <w:r w:rsidRPr="00FA38FF">
        <w:rPr>
          <w:rFonts w:eastAsiaTheme="majorEastAsia" w:cstheme="majorBidi"/>
          <w:bCs/>
          <w:szCs w:val="26"/>
          <w:lang w:val="ru-RU"/>
        </w:rPr>
        <w:t>күндік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ауысымның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жоспар</w:t>
      </w:r>
      <w:proofErr w:type="spellEnd"/>
      <w:r w:rsidRPr="003F6B43">
        <w:rPr>
          <w:rFonts w:eastAsiaTheme="majorEastAsia" w:cstheme="majorBidi"/>
          <w:bCs/>
          <w:szCs w:val="26"/>
        </w:rPr>
        <w:t>-</w:t>
      </w:r>
      <w:proofErr w:type="spellStart"/>
      <w:r w:rsidRPr="00FA38FF">
        <w:rPr>
          <w:rFonts w:eastAsiaTheme="majorEastAsia" w:cstheme="majorBidi"/>
          <w:bCs/>
          <w:szCs w:val="26"/>
          <w:lang w:val="ru-RU"/>
        </w:rPr>
        <w:t>кестесі</w:t>
      </w:r>
      <w:proofErr w:type="spellEnd"/>
      <w:r w:rsidRPr="003F6B43">
        <w:rPr>
          <w:rFonts w:eastAsiaTheme="majorEastAsia" w:cstheme="majorBidi"/>
          <w:bCs/>
          <w:szCs w:val="26"/>
        </w:rPr>
        <w:t>;</w:t>
      </w:r>
    </w:p>
    <w:p w14:paraId="7C10268C" w14:textId="77777777"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proofErr w:type="spellStart"/>
      <w:r w:rsidRPr="00FA38FF">
        <w:rPr>
          <w:rFonts w:eastAsiaTheme="majorEastAsia" w:cstheme="majorBidi"/>
          <w:bCs/>
          <w:szCs w:val="26"/>
          <w:lang w:val="ru-RU"/>
        </w:rPr>
        <w:t>спорттық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туристік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өлкетану</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экологиялық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тәрбиелік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іс</w:t>
      </w:r>
      <w:proofErr w:type="spellEnd"/>
      <w:r w:rsidRPr="003F6B43">
        <w:rPr>
          <w:rFonts w:eastAsiaTheme="majorEastAsia" w:cstheme="majorBidi"/>
          <w:bCs/>
          <w:szCs w:val="26"/>
        </w:rPr>
        <w:t>-</w:t>
      </w:r>
      <w:proofErr w:type="spellStart"/>
      <w:r w:rsidRPr="00FA38FF">
        <w:rPr>
          <w:rFonts w:eastAsiaTheme="majorEastAsia" w:cstheme="majorBidi"/>
          <w:bCs/>
          <w:szCs w:val="26"/>
          <w:lang w:val="ru-RU"/>
        </w:rPr>
        <w:t>шаралардың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ойындардың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квесттердің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шеберлік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сыныптарының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тренингтердің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сценарийлері</w:t>
      </w:r>
      <w:proofErr w:type="spellEnd"/>
      <w:r w:rsidRPr="003F6B43">
        <w:rPr>
          <w:rFonts w:eastAsiaTheme="majorEastAsia" w:cstheme="majorBidi"/>
          <w:bCs/>
          <w:szCs w:val="26"/>
        </w:rPr>
        <w:t>;</w:t>
      </w:r>
    </w:p>
    <w:p w14:paraId="12A3B104" w14:textId="77777777"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proofErr w:type="spellStart"/>
      <w:r w:rsidRPr="00FA38FF">
        <w:rPr>
          <w:rFonts w:eastAsiaTheme="majorEastAsia" w:cstheme="majorBidi"/>
          <w:bCs/>
          <w:szCs w:val="26"/>
          <w:lang w:val="ru-RU"/>
        </w:rPr>
        <w:t>туристік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станциялар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бағдарлау</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командалық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маршр</w:t>
      </w:r>
      <w:r>
        <w:rPr>
          <w:rFonts w:eastAsiaTheme="majorEastAsia" w:cstheme="majorBidi"/>
          <w:bCs/>
          <w:szCs w:val="26"/>
          <w:lang w:val="ru-RU"/>
        </w:rPr>
        <w:t>уттар</w:t>
      </w:r>
      <w:proofErr w:type="spellEnd"/>
      <w:r w:rsidRPr="003F6B43">
        <w:rPr>
          <w:rFonts w:eastAsiaTheme="majorEastAsia" w:cstheme="majorBidi"/>
          <w:bCs/>
          <w:szCs w:val="26"/>
        </w:rPr>
        <w:t xml:space="preserve">, </w:t>
      </w:r>
      <w:proofErr w:type="spellStart"/>
      <w:r>
        <w:rPr>
          <w:rFonts w:eastAsiaTheme="majorEastAsia" w:cstheme="majorBidi"/>
          <w:bCs/>
          <w:szCs w:val="26"/>
          <w:lang w:val="ru-RU"/>
        </w:rPr>
        <w:t>экологиялық</w:t>
      </w:r>
      <w:proofErr w:type="spellEnd"/>
      <w:r w:rsidRPr="003F6B43">
        <w:rPr>
          <w:rFonts w:eastAsiaTheme="majorEastAsia" w:cstheme="majorBidi"/>
          <w:bCs/>
          <w:szCs w:val="26"/>
        </w:rPr>
        <w:t xml:space="preserve"> </w:t>
      </w:r>
      <w:proofErr w:type="spellStart"/>
      <w:r>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Pr>
          <w:rFonts w:eastAsiaTheme="majorEastAsia" w:cstheme="majorBidi"/>
          <w:bCs/>
          <w:szCs w:val="26"/>
          <w:lang w:val="ru-RU"/>
        </w:rPr>
        <w:t>өлкетанымдық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бақылауларға</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арналған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тапсырма</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карточкалары</w:t>
      </w:r>
      <w:proofErr w:type="spellEnd"/>
      <w:r w:rsidRPr="003F6B43">
        <w:rPr>
          <w:rFonts w:eastAsiaTheme="majorEastAsia" w:cstheme="majorBidi"/>
          <w:bCs/>
          <w:szCs w:val="26"/>
        </w:rPr>
        <w:t>;</w:t>
      </w:r>
    </w:p>
    <w:p w14:paraId="2CCA918A" w14:textId="14C108EA"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proofErr w:type="spellStart"/>
      <w:r w:rsidRPr="00FA38FF">
        <w:rPr>
          <w:rFonts w:eastAsiaTheme="majorEastAsia" w:cstheme="majorBidi"/>
          <w:bCs/>
          <w:szCs w:val="26"/>
          <w:lang w:val="ru-RU"/>
        </w:rPr>
        <w:t>қауіпсіздік</w:t>
      </w:r>
      <w:r w:rsidR="00DD6E9B">
        <w:rPr>
          <w:rFonts w:eastAsiaTheme="majorEastAsia" w:cstheme="majorBidi"/>
          <w:bCs/>
          <w:szCs w:val="26"/>
          <w:lang w:val="ru-RU"/>
        </w:rPr>
        <w:t>тің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нұсқаулық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материалдар</w:t>
      </w:r>
      <w:r w:rsidR="00DD6E9B">
        <w:rPr>
          <w:rFonts w:eastAsiaTheme="majorEastAsia" w:cstheme="majorBidi"/>
          <w:bCs/>
          <w:szCs w:val="26"/>
          <w:lang w:val="ru-RU"/>
        </w:rPr>
        <w:t>ы</w:t>
      </w:r>
      <w:proofErr w:type="spellEnd"/>
      <w:r w:rsidRPr="003F6B43">
        <w:rPr>
          <w:rFonts w:eastAsiaTheme="majorEastAsia" w:cstheme="majorBidi"/>
          <w:bCs/>
          <w:szCs w:val="26"/>
        </w:rPr>
        <w:t>;</w:t>
      </w:r>
    </w:p>
    <w:p w14:paraId="723E1F9D" w14:textId="34217C72"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proofErr w:type="spellStart"/>
      <w:r w:rsidRPr="00FA38FF">
        <w:rPr>
          <w:rFonts w:eastAsiaTheme="majorEastAsia" w:cstheme="majorBidi"/>
          <w:bCs/>
          <w:szCs w:val="26"/>
          <w:lang w:val="ru-RU"/>
        </w:rPr>
        <w:t>салауатты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өмір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салты</w:t>
      </w:r>
      <w:proofErr w:type="spellEnd"/>
      <w:r w:rsidRPr="003F6B43">
        <w:rPr>
          <w:rFonts w:eastAsiaTheme="majorEastAsia" w:cstheme="majorBidi"/>
          <w:bCs/>
          <w:szCs w:val="26"/>
        </w:rPr>
        <w:t xml:space="preserve">, </w:t>
      </w:r>
      <w:r w:rsidRPr="00FA38FF">
        <w:rPr>
          <w:rFonts w:eastAsiaTheme="majorEastAsia" w:cstheme="majorBidi"/>
          <w:bCs/>
          <w:szCs w:val="26"/>
          <w:lang w:val="ru-RU"/>
        </w:rPr>
        <w:t>су</w:t>
      </w:r>
      <w:r w:rsidRPr="003F6B43">
        <w:rPr>
          <w:rFonts w:eastAsiaTheme="majorEastAsia" w:cstheme="majorBidi"/>
          <w:bCs/>
          <w:szCs w:val="26"/>
        </w:rPr>
        <w:t xml:space="preserve"> </w:t>
      </w:r>
      <w:proofErr w:type="spellStart"/>
      <w:r w:rsidRPr="00FA38FF">
        <w:rPr>
          <w:rFonts w:eastAsiaTheme="majorEastAsia" w:cstheme="majorBidi"/>
          <w:bCs/>
          <w:szCs w:val="26"/>
          <w:lang w:val="ru-RU"/>
        </w:rPr>
        <w:t>ішу</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режимі</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жеке</w:t>
      </w:r>
      <w:proofErr w:type="spellEnd"/>
      <w:r w:rsidRPr="003F6B43">
        <w:rPr>
          <w:rFonts w:eastAsiaTheme="majorEastAsia" w:cstheme="majorBidi"/>
          <w:bCs/>
          <w:szCs w:val="26"/>
        </w:rPr>
        <w:t xml:space="preserve"> </w:t>
      </w:r>
      <w:proofErr w:type="spellStart"/>
      <w:r>
        <w:rPr>
          <w:rFonts w:eastAsiaTheme="majorEastAsia" w:cstheme="majorBidi"/>
          <w:bCs/>
          <w:szCs w:val="26"/>
          <w:lang w:val="ru-RU"/>
        </w:rPr>
        <w:t>тазалық</w:t>
      </w:r>
      <w:proofErr w:type="spellEnd"/>
      <w:r w:rsidRPr="003F6B43">
        <w:rPr>
          <w:rFonts w:eastAsiaTheme="majorEastAsia" w:cstheme="majorBidi"/>
          <w:bCs/>
          <w:szCs w:val="26"/>
        </w:rPr>
        <w:t xml:space="preserve"> </w:t>
      </w:r>
      <w:proofErr w:type="spellStart"/>
      <w:r>
        <w:rPr>
          <w:rFonts w:eastAsiaTheme="majorEastAsia" w:cstheme="majorBidi"/>
          <w:bCs/>
          <w:szCs w:val="26"/>
          <w:lang w:val="ru-RU"/>
        </w:rPr>
        <w:t>сақтау</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маршруттағы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қауіпсіздік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экологиялық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мәдениет</w:t>
      </w:r>
      <w:r w:rsidR="00DD6E9B">
        <w:rPr>
          <w:rFonts w:eastAsiaTheme="majorEastAsia" w:cstheme="majorBidi"/>
          <w:bCs/>
          <w:szCs w:val="26"/>
          <w:lang w:val="ru-RU"/>
        </w:rPr>
        <w:t>тің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жадынамалар</w:t>
      </w:r>
      <w:proofErr w:type="spellEnd"/>
      <w:r w:rsidRPr="003F6B43">
        <w:rPr>
          <w:rFonts w:eastAsiaTheme="majorEastAsia" w:cstheme="majorBidi"/>
          <w:bCs/>
          <w:szCs w:val="26"/>
        </w:rPr>
        <w:t>;</w:t>
      </w:r>
    </w:p>
    <w:p w14:paraId="544FCAFC" w14:textId="77777777"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proofErr w:type="spellStart"/>
      <w:r w:rsidRPr="00FA38FF">
        <w:rPr>
          <w:rFonts w:eastAsiaTheme="majorEastAsia" w:cstheme="majorBidi"/>
          <w:bCs/>
          <w:szCs w:val="26"/>
          <w:lang w:val="ru-RU"/>
        </w:rPr>
        <w:t>педагогикалық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бақылау</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карталары</w:t>
      </w:r>
      <w:proofErr w:type="spellEnd"/>
      <w:r w:rsidRPr="003F6B43">
        <w:rPr>
          <w:rFonts w:eastAsiaTheme="majorEastAsia" w:cstheme="majorBidi"/>
          <w:bCs/>
          <w:szCs w:val="26"/>
        </w:rPr>
        <w:t>;</w:t>
      </w:r>
    </w:p>
    <w:p w14:paraId="142B169E" w14:textId="77777777"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proofErr w:type="spellStart"/>
      <w:r w:rsidRPr="00FA38FF">
        <w:rPr>
          <w:rFonts w:eastAsiaTheme="majorEastAsia" w:cstheme="majorBidi"/>
          <w:bCs/>
          <w:szCs w:val="26"/>
          <w:lang w:val="ru-RU"/>
        </w:rPr>
        <w:t>қатысушылар</w:t>
      </w:r>
      <w:proofErr w:type="spellEnd"/>
      <w:r w:rsidRPr="003F6B43">
        <w:rPr>
          <w:rFonts w:eastAsiaTheme="majorEastAsia" w:cstheme="majorBidi"/>
          <w:bCs/>
          <w:szCs w:val="26"/>
        </w:rPr>
        <w:t xml:space="preserve"> </w:t>
      </w:r>
      <w:r w:rsidRPr="00FA38FF">
        <w:rPr>
          <w:rFonts w:eastAsiaTheme="majorEastAsia" w:cstheme="majorBidi"/>
          <w:bCs/>
          <w:szCs w:val="26"/>
          <w:lang w:val="ru-RU"/>
        </w:rPr>
        <w:t>мен</w:t>
      </w:r>
      <w:r w:rsidRPr="003F6B43">
        <w:rPr>
          <w:rFonts w:eastAsiaTheme="majorEastAsia" w:cstheme="majorBidi"/>
          <w:bCs/>
          <w:szCs w:val="26"/>
        </w:rPr>
        <w:t xml:space="preserve"> </w:t>
      </w:r>
      <w:proofErr w:type="spellStart"/>
      <w:r w:rsidRPr="00FA38FF">
        <w:rPr>
          <w:rFonts w:eastAsiaTheme="majorEastAsia" w:cstheme="majorBidi"/>
          <w:bCs/>
          <w:szCs w:val="26"/>
          <w:lang w:val="ru-RU"/>
        </w:rPr>
        <w:t>ата</w:t>
      </w:r>
      <w:proofErr w:type="spellEnd"/>
      <w:r w:rsidRPr="003F6B43">
        <w:rPr>
          <w:rFonts w:eastAsiaTheme="majorEastAsia" w:cstheme="majorBidi"/>
          <w:bCs/>
          <w:szCs w:val="26"/>
        </w:rPr>
        <w:t>-</w:t>
      </w:r>
      <w:proofErr w:type="spellStart"/>
      <w:r w:rsidRPr="00FA38FF">
        <w:rPr>
          <w:rFonts w:eastAsiaTheme="majorEastAsia" w:cstheme="majorBidi"/>
          <w:bCs/>
          <w:szCs w:val="26"/>
          <w:lang w:val="ru-RU"/>
        </w:rPr>
        <w:t>аналарға</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арналған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сауалнамалар</w:t>
      </w:r>
      <w:proofErr w:type="spellEnd"/>
      <w:r w:rsidRPr="003F6B43">
        <w:rPr>
          <w:rFonts w:eastAsiaTheme="majorEastAsia" w:cstheme="majorBidi"/>
          <w:bCs/>
          <w:szCs w:val="26"/>
        </w:rPr>
        <w:t>;</w:t>
      </w:r>
    </w:p>
    <w:p w14:paraId="540F628B" w14:textId="7C6D57F0"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r w:rsidRPr="00FA38FF">
        <w:rPr>
          <w:rFonts w:eastAsiaTheme="majorEastAsia" w:cstheme="majorBidi"/>
          <w:bCs/>
          <w:szCs w:val="26"/>
          <w:lang w:val="ru-RU"/>
        </w:rPr>
        <w:t>маршрут</w:t>
      </w:r>
      <w:r w:rsidRPr="003F6B43">
        <w:rPr>
          <w:rFonts w:eastAsiaTheme="majorEastAsia" w:cstheme="majorBidi"/>
          <w:bCs/>
          <w:szCs w:val="26"/>
        </w:rPr>
        <w:t xml:space="preserve"> </w:t>
      </w:r>
      <w:proofErr w:type="spellStart"/>
      <w:r w:rsidRPr="00FA38FF">
        <w:rPr>
          <w:rFonts w:eastAsiaTheme="majorEastAsia" w:cstheme="majorBidi"/>
          <w:bCs/>
          <w:szCs w:val="26"/>
          <w:lang w:val="ru-RU"/>
        </w:rPr>
        <w:t>парақтарының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жобалық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паспорттардың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карталардың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жадынамалардың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презентациялардың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sidR="00DD6E9B">
        <w:rPr>
          <w:rFonts w:eastAsiaTheme="majorEastAsia" w:cstheme="majorBidi"/>
          <w:bCs/>
          <w:szCs w:val="26"/>
          <w:lang w:val="ru-RU"/>
        </w:rPr>
        <w:t>кері</w:t>
      </w:r>
      <w:proofErr w:type="spellEnd"/>
      <w:r w:rsidR="00DD6E9B" w:rsidRPr="00DD6E9B">
        <w:rPr>
          <w:rFonts w:eastAsiaTheme="majorEastAsia" w:cstheme="majorBidi"/>
          <w:bCs/>
          <w:szCs w:val="26"/>
        </w:rPr>
        <w:t xml:space="preserve"> </w:t>
      </w:r>
      <w:r w:rsidR="00DD6E9B">
        <w:rPr>
          <w:rFonts w:eastAsiaTheme="majorEastAsia" w:cstheme="majorBidi"/>
          <w:bCs/>
          <w:szCs w:val="26"/>
          <w:lang w:val="kk-KZ"/>
        </w:rPr>
        <w:t>байланыс</w:t>
      </w:r>
      <w:r w:rsidRPr="003F6B43">
        <w:rPr>
          <w:rFonts w:eastAsiaTheme="majorEastAsia" w:cstheme="majorBidi"/>
          <w:bCs/>
          <w:szCs w:val="26"/>
        </w:rPr>
        <w:t xml:space="preserve"> </w:t>
      </w:r>
      <w:proofErr w:type="spellStart"/>
      <w:r w:rsidRPr="00FA38FF">
        <w:rPr>
          <w:rFonts w:eastAsiaTheme="majorEastAsia" w:cstheme="majorBidi"/>
          <w:bCs/>
          <w:szCs w:val="26"/>
          <w:lang w:val="ru-RU"/>
        </w:rPr>
        <w:t>парақтардың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үлгілері</w:t>
      </w:r>
      <w:proofErr w:type="spellEnd"/>
      <w:r w:rsidRPr="003F6B43">
        <w:rPr>
          <w:rFonts w:eastAsiaTheme="majorEastAsia" w:cstheme="majorBidi"/>
          <w:bCs/>
          <w:szCs w:val="26"/>
        </w:rPr>
        <w:t>;</w:t>
      </w:r>
    </w:p>
    <w:p w14:paraId="6D4462B5" w14:textId="77777777" w:rsidR="00D53DD4" w:rsidRPr="003F6B43" w:rsidRDefault="00D53DD4" w:rsidP="00D53DD4">
      <w:pPr>
        <w:jc w:val="both"/>
        <w:rPr>
          <w:rFonts w:eastAsiaTheme="majorEastAsia" w:cstheme="majorBidi"/>
          <w:bCs/>
          <w:szCs w:val="26"/>
        </w:rPr>
      </w:pPr>
      <w:r w:rsidRPr="003F6B43">
        <w:rPr>
          <w:rFonts w:eastAsiaTheme="majorEastAsia" w:cstheme="majorBidi"/>
          <w:bCs/>
          <w:szCs w:val="26"/>
        </w:rPr>
        <w:t xml:space="preserve">• </w:t>
      </w:r>
      <w:proofErr w:type="spellStart"/>
      <w:r w:rsidRPr="00FA38FF">
        <w:rPr>
          <w:rFonts w:eastAsiaTheme="majorEastAsia" w:cstheme="majorBidi"/>
          <w:bCs/>
          <w:szCs w:val="26"/>
          <w:lang w:val="ru-RU"/>
        </w:rPr>
        <w:t>балалардың</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өзін</w:t>
      </w:r>
      <w:proofErr w:type="spellEnd"/>
      <w:r w:rsidRPr="003F6B43">
        <w:rPr>
          <w:rFonts w:eastAsiaTheme="majorEastAsia" w:cstheme="majorBidi"/>
          <w:bCs/>
          <w:szCs w:val="26"/>
        </w:rPr>
        <w:t>-</w:t>
      </w:r>
      <w:proofErr w:type="spellStart"/>
      <w:r w:rsidRPr="00FA38FF">
        <w:rPr>
          <w:rFonts w:eastAsiaTheme="majorEastAsia" w:cstheme="majorBidi"/>
          <w:bCs/>
          <w:szCs w:val="26"/>
          <w:lang w:val="ru-RU"/>
        </w:rPr>
        <w:t>өзі</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басқаруын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командалық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жұмысты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ұйымдастыруға</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арналған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материалдар</w:t>
      </w:r>
      <w:proofErr w:type="spellEnd"/>
      <w:r w:rsidRPr="003F6B43">
        <w:rPr>
          <w:rFonts w:eastAsiaTheme="majorEastAsia" w:cstheme="majorBidi"/>
          <w:bCs/>
          <w:szCs w:val="26"/>
        </w:rPr>
        <w:t>.</w:t>
      </w:r>
    </w:p>
    <w:p w14:paraId="738BAF63" w14:textId="77777777" w:rsidR="00D53DD4" w:rsidRPr="003F6B43" w:rsidRDefault="00D53DD4" w:rsidP="00D53DD4">
      <w:pPr>
        <w:jc w:val="both"/>
        <w:rPr>
          <w:rFonts w:eastAsiaTheme="majorEastAsia" w:cstheme="majorBidi"/>
          <w:bCs/>
          <w:szCs w:val="26"/>
        </w:rPr>
      </w:pPr>
    </w:p>
    <w:p w14:paraId="50D4700F" w14:textId="77777777" w:rsidR="00D53DD4" w:rsidRPr="003F6B43" w:rsidRDefault="00D53DD4" w:rsidP="00D53DD4">
      <w:pPr>
        <w:jc w:val="both"/>
        <w:rPr>
          <w:rFonts w:eastAsiaTheme="majorEastAsia" w:cstheme="majorBidi"/>
          <w:b/>
          <w:bCs/>
          <w:szCs w:val="26"/>
        </w:rPr>
      </w:pPr>
      <w:proofErr w:type="spellStart"/>
      <w:r w:rsidRPr="00FA38FF">
        <w:rPr>
          <w:rFonts w:eastAsiaTheme="majorEastAsia" w:cstheme="majorBidi"/>
          <w:b/>
          <w:bCs/>
          <w:szCs w:val="26"/>
          <w:lang w:val="ru-RU"/>
        </w:rPr>
        <w:t>Қолданылатын</w:t>
      </w:r>
      <w:proofErr w:type="spellEnd"/>
      <w:r w:rsidRPr="003F6B43">
        <w:rPr>
          <w:rFonts w:eastAsiaTheme="majorEastAsia" w:cstheme="majorBidi"/>
          <w:b/>
          <w:bCs/>
          <w:szCs w:val="26"/>
        </w:rPr>
        <w:t xml:space="preserve"> </w:t>
      </w:r>
      <w:proofErr w:type="spellStart"/>
      <w:r w:rsidRPr="00FA38FF">
        <w:rPr>
          <w:rFonts w:eastAsiaTheme="majorEastAsia" w:cstheme="majorBidi"/>
          <w:b/>
          <w:bCs/>
          <w:szCs w:val="26"/>
          <w:lang w:val="ru-RU"/>
        </w:rPr>
        <w:t>әдістемелер</w:t>
      </w:r>
      <w:proofErr w:type="spellEnd"/>
      <w:r w:rsidRPr="003F6B43">
        <w:rPr>
          <w:rFonts w:eastAsiaTheme="majorEastAsia" w:cstheme="majorBidi"/>
          <w:b/>
          <w:bCs/>
          <w:szCs w:val="26"/>
        </w:rPr>
        <w:t xml:space="preserve">, </w:t>
      </w:r>
      <w:proofErr w:type="spellStart"/>
      <w:r w:rsidRPr="00FA38FF">
        <w:rPr>
          <w:rFonts w:eastAsiaTheme="majorEastAsia" w:cstheme="majorBidi"/>
          <w:b/>
          <w:bCs/>
          <w:szCs w:val="26"/>
          <w:lang w:val="ru-RU"/>
        </w:rPr>
        <w:t>технологиялар</w:t>
      </w:r>
      <w:proofErr w:type="spellEnd"/>
      <w:r w:rsidRPr="003F6B43">
        <w:rPr>
          <w:rFonts w:eastAsiaTheme="majorEastAsia" w:cstheme="majorBidi"/>
          <w:b/>
          <w:bCs/>
          <w:szCs w:val="26"/>
        </w:rPr>
        <w:t xml:space="preserve"> </w:t>
      </w:r>
      <w:proofErr w:type="spellStart"/>
      <w:r w:rsidRPr="00FA38FF">
        <w:rPr>
          <w:rFonts w:eastAsiaTheme="majorEastAsia" w:cstheme="majorBidi"/>
          <w:b/>
          <w:bCs/>
          <w:szCs w:val="26"/>
          <w:lang w:val="ru-RU"/>
        </w:rPr>
        <w:t>және</w:t>
      </w:r>
      <w:proofErr w:type="spellEnd"/>
      <w:r w:rsidRPr="003F6B43">
        <w:rPr>
          <w:rFonts w:eastAsiaTheme="majorEastAsia" w:cstheme="majorBidi"/>
          <w:b/>
          <w:bCs/>
          <w:szCs w:val="26"/>
        </w:rPr>
        <w:t xml:space="preserve"> </w:t>
      </w:r>
      <w:proofErr w:type="spellStart"/>
      <w:r w:rsidRPr="00FA38FF">
        <w:rPr>
          <w:rFonts w:eastAsiaTheme="majorEastAsia" w:cstheme="majorBidi"/>
          <w:b/>
          <w:bCs/>
          <w:szCs w:val="26"/>
          <w:lang w:val="ru-RU"/>
        </w:rPr>
        <w:t>жұмыс</w:t>
      </w:r>
      <w:proofErr w:type="spellEnd"/>
      <w:r w:rsidRPr="003F6B43">
        <w:rPr>
          <w:rFonts w:eastAsiaTheme="majorEastAsia" w:cstheme="majorBidi"/>
          <w:b/>
          <w:bCs/>
          <w:szCs w:val="26"/>
        </w:rPr>
        <w:t xml:space="preserve"> </w:t>
      </w:r>
      <w:proofErr w:type="spellStart"/>
      <w:r w:rsidRPr="00FA38FF">
        <w:rPr>
          <w:rFonts w:eastAsiaTheme="majorEastAsia" w:cstheme="majorBidi"/>
          <w:b/>
          <w:bCs/>
          <w:szCs w:val="26"/>
          <w:lang w:val="ru-RU"/>
        </w:rPr>
        <w:t>түрлері</w:t>
      </w:r>
      <w:proofErr w:type="spellEnd"/>
    </w:p>
    <w:p w14:paraId="0DA5CC73" w14:textId="77777777" w:rsidR="00D53DD4" w:rsidRPr="003F6B43" w:rsidRDefault="00D53DD4" w:rsidP="00D53DD4">
      <w:pPr>
        <w:jc w:val="both"/>
        <w:rPr>
          <w:rFonts w:eastAsiaTheme="majorEastAsia" w:cstheme="majorBidi"/>
          <w:bCs/>
          <w:szCs w:val="26"/>
        </w:rPr>
      </w:pPr>
      <w:proofErr w:type="spellStart"/>
      <w:r w:rsidRPr="00FA38FF">
        <w:rPr>
          <w:rFonts w:eastAsiaTheme="majorEastAsia" w:cstheme="majorBidi"/>
          <w:bCs/>
          <w:szCs w:val="26"/>
          <w:lang w:val="ru-RU"/>
        </w:rPr>
        <w:t>Бағдарламаны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іске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асыруда</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ойын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жобалық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зерттеу</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тренингтік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денсаулықты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сақтауға</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бағытталған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коммуникативтік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туристік</w:t>
      </w:r>
      <w:proofErr w:type="spellEnd"/>
      <w:r w:rsidRPr="003F6B43">
        <w:rPr>
          <w:rFonts w:eastAsiaTheme="majorEastAsia" w:cstheme="majorBidi"/>
          <w:bCs/>
          <w:szCs w:val="26"/>
        </w:rPr>
        <w:t>-</w:t>
      </w:r>
      <w:proofErr w:type="spellStart"/>
      <w:r w:rsidRPr="00FA38FF">
        <w:rPr>
          <w:rFonts w:eastAsiaTheme="majorEastAsia" w:cstheme="majorBidi"/>
          <w:bCs/>
          <w:szCs w:val="26"/>
          <w:lang w:val="ru-RU"/>
        </w:rPr>
        <w:t>өлкетан</w:t>
      </w:r>
      <w:r>
        <w:rPr>
          <w:rFonts w:eastAsiaTheme="majorEastAsia" w:cstheme="majorBidi"/>
          <w:bCs/>
          <w:szCs w:val="26"/>
          <w:lang w:val="ru-RU"/>
        </w:rPr>
        <w:t>ымдық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lastRenderedPageBreak/>
        <w:t>интерактивті</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практикалық</w:t>
      </w:r>
      <w:proofErr w:type="spellEnd"/>
      <w:r w:rsidRPr="003F6B43">
        <w:rPr>
          <w:rFonts w:eastAsiaTheme="majorEastAsia" w:cstheme="majorBidi"/>
          <w:bCs/>
          <w:szCs w:val="26"/>
        </w:rPr>
        <w:t>-</w:t>
      </w:r>
      <w:proofErr w:type="spellStart"/>
      <w:r w:rsidRPr="00FA38FF">
        <w:rPr>
          <w:rFonts w:eastAsiaTheme="majorEastAsia" w:cstheme="majorBidi"/>
          <w:bCs/>
          <w:szCs w:val="26"/>
          <w:lang w:val="ru-RU"/>
        </w:rPr>
        <w:t>бағдарланған</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педагогикалық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технологиялар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қолданылады</w:t>
      </w:r>
      <w:proofErr w:type="spellEnd"/>
      <w:r w:rsidRPr="003F6B43">
        <w:rPr>
          <w:rFonts w:eastAsiaTheme="majorEastAsia" w:cstheme="majorBidi"/>
          <w:bCs/>
          <w:szCs w:val="26"/>
        </w:rPr>
        <w:t>.</w:t>
      </w:r>
    </w:p>
    <w:p w14:paraId="2CA11DFD" w14:textId="77777777" w:rsidR="00D53DD4" w:rsidRPr="003F6B43" w:rsidRDefault="00D53DD4" w:rsidP="00D53DD4">
      <w:pPr>
        <w:jc w:val="both"/>
      </w:pPr>
      <w:proofErr w:type="spellStart"/>
      <w:r w:rsidRPr="00FA38FF">
        <w:rPr>
          <w:rFonts w:eastAsiaTheme="majorEastAsia" w:cstheme="majorBidi"/>
          <w:bCs/>
          <w:szCs w:val="26"/>
          <w:lang w:val="ru-RU"/>
        </w:rPr>
        <w:t>Негізгі</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жұмыс</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түрлеріне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сабақтар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шеберлік</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сыныптары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практикумдар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квесттер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маршруттық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ойындар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тренингтер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әңгімелесулер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жарыстар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спорттық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станциялар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бақылаулар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жобалық</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сессиялар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презентациялар</w:t>
      </w:r>
      <w:proofErr w:type="spellEnd"/>
      <w:r w:rsidRPr="003F6B43">
        <w:rPr>
          <w:rFonts w:eastAsiaTheme="majorEastAsia" w:cstheme="majorBidi"/>
          <w:bCs/>
          <w:szCs w:val="26"/>
        </w:rPr>
        <w:t xml:space="preserve">, </w:t>
      </w:r>
      <w:proofErr w:type="spellStart"/>
      <w:r>
        <w:rPr>
          <w:rFonts w:eastAsiaTheme="majorEastAsia" w:cstheme="majorBidi"/>
          <w:bCs/>
          <w:szCs w:val="26"/>
          <w:lang w:val="ru-RU"/>
        </w:rPr>
        <w:t>кері</w:t>
      </w:r>
      <w:proofErr w:type="spellEnd"/>
      <w:r w:rsidRPr="003F6B43">
        <w:rPr>
          <w:rFonts w:eastAsiaTheme="majorEastAsia" w:cstheme="majorBidi"/>
          <w:bCs/>
          <w:szCs w:val="26"/>
        </w:rPr>
        <w:t xml:space="preserve"> </w:t>
      </w:r>
      <w:proofErr w:type="spellStart"/>
      <w:r>
        <w:rPr>
          <w:rFonts w:eastAsiaTheme="majorEastAsia" w:cstheme="majorBidi"/>
          <w:bCs/>
          <w:szCs w:val="26"/>
          <w:lang w:val="ru-RU"/>
        </w:rPr>
        <w:t>байланы</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шеңберлер</w:t>
      </w:r>
      <w:r>
        <w:rPr>
          <w:rFonts w:eastAsiaTheme="majorEastAsia" w:cstheme="majorBidi"/>
          <w:bCs/>
          <w:szCs w:val="26"/>
          <w:lang w:val="ru-RU"/>
        </w:rPr>
        <w:t>і</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және</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фестивальдер</w:t>
      </w:r>
      <w:proofErr w:type="spellEnd"/>
      <w:r w:rsidRPr="003F6B43">
        <w:rPr>
          <w:rFonts w:eastAsiaTheme="majorEastAsia" w:cstheme="majorBidi"/>
          <w:bCs/>
          <w:szCs w:val="26"/>
        </w:rPr>
        <w:t xml:space="preserve"> </w:t>
      </w:r>
      <w:proofErr w:type="spellStart"/>
      <w:r w:rsidRPr="00FA38FF">
        <w:rPr>
          <w:rFonts w:eastAsiaTheme="majorEastAsia" w:cstheme="majorBidi"/>
          <w:bCs/>
          <w:szCs w:val="26"/>
          <w:lang w:val="ru-RU"/>
        </w:rPr>
        <w:t>жатады</w:t>
      </w:r>
      <w:proofErr w:type="spellEnd"/>
      <w:r w:rsidRPr="003F6B43">
        <w:rPr>
          <w:rFonts w:eastAsiaTheme="majorEastAsia" w:cstheme="majorBidi"/>
          <w:bCs/>
          <w:szCs w:val="26"/>
        </w:rPr>
        <w:t>.</w:t>
      </w:r>
    </w:p>
    <w:p w14:paraId="3C083975" w14:textId="77777777" w:rsidR="00D53DD4" w:rsidRPr="003F6B43" w:rsidRDefault="00D53DD4" w:rsidP="00D53DD4">
      <w:pPr>
        <w:jc w:val="both"/>
      </w:pPr>
    </w:p>
    <w:p w14:paraId="229104BA" w14:textId="1C610F5E" w:rsidR="00D53DD4" w:rsidRPr="00525B0B" w:rsidRDefault="00D53DD4" w:rsidP="00C46C6A">
      <w:pPr>
        <w:pStyle w:val="aff8"/>
        <w:spacing w:before="0" w:beforeAutospacing="0" w:after="0" w:afterAutospacing="0"/>
        <w:ind w:firstLine="709"/>
        <w:jc w:val="center"/>
        <w:rPr>
          <w:rStyle w:val="af6"/>
          <w:sz w:val="28"/>
          <w:szCs w:val="28"/>
        </w:rPr>
      </w:pPr>
      <w:r w:rsidRPr="003F6B43">
        <w:rPr>
          <w:rStyle w:val="af6"/>
          <w:sz w:val="28"/>
          <w:szCs w:val="28"/>
        </w:rPr>
        <w:t>8-</w:t>
      </w:r>
      <w:proofErr w:type="spellStart"/>
      <w:r w:rsidRPr="00E82CB7">
        <w:rPr>
          <w:rStyle w:val="af6"/>
          <w:sz w:val="28"/>
          <w:szCs w:val="28"/>
          <w:lang w:val="ru-RU"/>
        </w:rPr>
        <w:t>бөлім</w:t>
      </w:r>
      <w:proofErr w:type="spellEnd"/>
      <w:r w:rsidRPr="003F6B43">
        <w:rPr>
          <w:rStyle w:val="af6"/>
          <w:sz w:val="28"/>
          <w:szCs w:val="28"/>
        </w:rPr>
        <w:t xml:space="preserve">. </w:t>
      </w:r>
      <w:proofErr w:type="spellStart"/>
      <w:r w:rsidRPr="00E82CB7">
        <w:rPr>
          <w:rStyle w:val="af6"/>
          <w:sz w:val="28"/>
          <w:szCs w:val="28"/>
          <w:lang w:val="ru-RU"/>
        </w:rPr>
        <w:t>Бағдарламаны</w:t>
      </w:r>
      <w:proofErr w:type="spellEnd"/>
      <w:r w:rsidRPr="003F6B43">
        <w:rPr>
          <w:rStyle w:val="af6"/>
          <w:sz w:val="28"/>
          <w:szCs w:val="28"/>
        </w:rPr>
        <w:t xml:space="preserve"> </w:t>
      </w:r>
      <w:proofErr w:type="spellStart"/>
      <w:r w:rsidRPr="00E82CB7">
        <w:rPr>
          <w:rStyle w:val="af6"/>
          <w:sz w:val="28"/>
          <w:szCs w:val="28"/>
          <w:lang w:val="ru-RU"/>
        </w:rPr>
        <w:t>іске</w:t>
      </w:r>
      <w:proofErr w:type="spellEnd"/>
      <w:r w:rsidRPr="003F6B43">
        <w:rPr>
          <w:rStyle w:val="af6"/>
          <w:sz w:val="28"/>
          <w:szCs w:val="28"/>
        </w:rPr>
        <w:t xml:space="preserve"> </w:t>
      </w:r>
      <w:proofErr w:type="spellStart"/>
      <w:r w:rsidRPr="00E82CB7">
        <w:rPr>
          <w:rStyle w:val="af6"/>
          <w:sz w:val="28"/>
          <w:szCs w:val="28"/>
          <w:lang w:val="ru-RU"/>
        </w:rPr>
        <w:t>асыру</w:t>
      </w:r>
      <w:proofErr w:type="spellEnd"/>
      <w:r w:rsidRPr="003F6B43">
        <w:rPr>
          <w:rStyle w:val="af6"/>
          <w:sz w:val="28"/>
          <w:szCs w:val="28"/>
        </w:rPr>
        <w:t xml:space="preserve"> </w:t>
      </w:r>
      <w:proofErr w:type="spellStart"/>
      <w:r w:rsidRPr="00E82CB7">
        <w:rPr>
          <w:rStyle w:val="af6"/>
          <w:sz w:val="28"/>
          <w:szCs w:val="28"/>
          <w:lang w:val="ru-RU"/>
        </w:rPr>
        <w:t>нәтижелерін</w:t>
      </w:r>
      <w:proofErr w:type="spellEnd"/>
      <w:r w:rsidRPr="003F6B43">
        <w:rPr>
          <w:rStyle w:val="af6"/>
          <w:sz w:val="28"/>
          <w:szCs w:val="28"/>
        </w:rPr>
        <w:t xml:space="preserve"> </w:t>
      </w:r>
      <w:proofErr w:type="spellStart"/>
      <w:r w:rsidRPr="00E82CB7">
        <w:rPr>
          <w:rStyle w:val="af6"/>
          <w:sz w:val="28"/>
          <w:szCs w:val="28"/>
          <w:lang w:val="ru-RU"/>
        </w:rPr>
        <w:t>мониторингтеу</w:t>
      </w:r>
      <w:proofErr w:type="spellEnd"/>
      <w:r w:rsidRPr="003F6B43">
        <w:rPr>
          <w:rStyle w:val="af6"/>
          <w:sz w:val="28"/>
          <w:szCs w:val="28"/>
        </w:rPr>
        <w:t xml:space="preserve"> </w:t>
      </w:r>
      <w:proofErr w:type="spellStart"/>
      <w:r w:rsidRPr="00E82CB7">
        <w:rPr>
          <w:rStyle w:val="af6"/>
          <w:sz w:val="28"/>
          <w:szCs w:val="28"/>
          <w:lang w:val="ru-RU"/>
        </w:rPr>
        <w:t>және</w:t>
      </w:r>
      <w:proofErr w:type="spellEnd"/>
      <w:r w:rsidRPr="003F6B43">
        <w:rPr>
          <w:rStyle w:val="af6"/>
          <w:sz w:val="28"/>
          <w:szCs w:val="28"/>
        </w:rPr>
        <w:t xml:space="preserve"> </w:t>
      </w:r>
      <w:proofErr w:type="spellStart"/>
      <w:r w:rsidRPr="00E82CB7">
        <w:rPr>
          <w:rStyle w:val="af6"/>
          <w:sz w:val="28"/>
          <w:szCs w:val="28"/>
          <w:lang w:val="ru-RU"/>
        </w:rPr>
        <w:t>бағалау</w:t>
      </w:r>
      <w:proofErr w:type="spellEnd"/>
    </w:p>
    <w:p w14:paraId="52975786" w14:textId="77777777" w:rsidR="00C46C6A" w:rsidRPr="003F6B43" w:rsidRDefault="00C46C6A" w:rsidP="00C46C6A">
      <w:pPr>
        <w:pStyle w:val="aff8"/>
        <w:spacing w:before="0" w:beforeAutospacing="0" w:after="0" w:afterAutospacing="0"/>
        <w:ind w:firstLine="709"/>
        <w:jc w:val="center"/>
        <w:rPr>
          <w:sz w:val="28"/>
          <w:szCs w:val="28"/>
        </w:rPr>
      </w:pPr>
    </w:p>
    <w:p w14:paraId="306F0CD1" w14:textId="77777777" w:rsidR="00D53DD4" w:rsidRPr="003F6B43" w:rsidRDefault="00D53DD4" w:rsidP="00D53DD4">
      <w:pPr>
        <w:pStyle w:val="aff8"/>
        <w:spacing w:before="0" w:beforeAutospacing="0" w:after="0" w:afterAutospacing="0"/>
        <w:ind w:firstLine="709"/>
        <w:jc w:val="both"/>
        <w:rPr>
          <w:sz w:val="28"/>
          <w:szCs w:val="28"/>
        </w:rPr>
      </w:pPr>
      <w:proofErr w:type="spellStart"/>
      <w:r w:rsidRPr="00E82CB7">
        <w:rPr>
          <w:sz w:val="28"/>
          <w:szCs w:val="28"/>
          <w:lang w:val="ru-RU"/>
        </w:rPr>
        <w:t>Бұл</w:t>
      </w:r>
      <w:proofErr w:type="spellEnd"/>
      <w:r w:rsidRPr="003F6B43">
        <w:rPr>
          <w:sz w:val="28"/>
          <w:szCs w:val="28"/>
        </w:rPr>
        <w:t xml:space="preserve"> </w:t>
      </w:r>
      <w:proofErr w:type="spellStart"/>
      <w:r w:rsidRPr="00E82CB7">
        <w:rPr>
          <w:sz w:val="28"/>
          <w:szCs w:val="28"/>
          <w:lang w:val="ru-RU"/>
        </w:rPr>
        <w:t>бөлім</w:t>
      </w:r>
      <w:proofErr w:type="spellEnd"/>
      <w:r w:rsidRPr="003F6B43">
        <w:rPr>
          <w:sz w:val="28"/>
          <w:szCs w:val="28"/>
        </w:rPr>
        <w:t xml:space="preserve"> </w:t>
      </w:r>
      <w:proofErr w:type="spellStart"/>
      <w:r w:rsidRPr="00E82CB7">
        <w:rPr>
          <w:sz w:val="28"/>
          <w:szCs w:val="28"/>
          <w:lang w:val="ru-RU"/>
        </w:rPr>
        <w:t>Бағдарламаны</w:t>
      </w:r>
      <w:proofErr w:type="spellEnd"/>
      <w:r w:rsidRPr="003F6B43">
        <w:rPr>
          <w:sz w:val="28"/>
          <w:szCs w:val="28"/>
        </w:rPr>
        <w:t xml:space="preserve"> </w:t>
      </w:r>
      <w:proofErr w:type="spellStart"/>
      <w:r w:rsidRPr="00E82CB7">
        <w:rPr>
          <w:sz w:val="28"/>
          <w:szCs w:val="28"/>
          <w:lang w:val="ru-RU"/>
        </w:rPr>
        <w:t>іске</w:t>
      </w:r>
      <w:proofErr w:type="spellEnd"/>
      <w:r w:rsidRPr="003F6B43">
        <w:rPr>
          <w:sz w:val="28"/>
          <w:szCs w:val="28"/>
        </w:rPr>
        <w:t xml:space="preserve"> </w:t>
      </w:r>
      <w:proofErr w:type="spellStart"/>
      <w:r w:rsidRPr="00E82CB7">
        <w:rPr>
          <w:sz w:val="28"/>
          <w:szCs w:val="28"/>
          <w:lang w:val="ru-RU"/>
        </w:rPr>
        <w:t>асырудың</w:t>
      </w:r>
      <w:proofErr w:type="spellEnd"/>
      <w:r w:rsidRPr="003F6B43">
        <w:rPr>
          <w:sz w:val="28"/>
          <w:szCs w:val="28"/>
        </w:rPr>
        <w:t xml:space="preserve"> </w:t>
      </w:r>
      <w:proofErr w:type="spellStart"/>
      <w:r w:rsidRPr="00E82CB7">
        <w:rPr>
          <w:sz w:val="28"/>
          <w:szCs w:val="28"/>
          <w:lang w:val="ru-RU"/>
        </w:rPr>
        <w:t>ағымдағы</w:t>
      </w:r>
      <w:proofErr w:type="spellEnd"/>
      <w:r w:rsidRPr="003F6B43">
        <w:rPr>
          <w:sz w:val="28"/>
          <w:szCs w:val="28"/>
        </w:rPr>
        <w:t xml:space="preserve"> </w:t>
      </w:r>
      <w:proofErr w:type="spellStart"/>
      <w:r w:rsidRPr="00E82CB7">
        <w:rPr>
          <w:sz w:val="28"/>
          <w:szCs w:val="28"/>
          <w:lang w:val="ru-RU"/>
        </w:rPr>
        <w:t>және</w:t>
      </w:r>
      <w:proofErr w:type="spellEnd"/>
      <w:r w:rsidRPr="003F6B43">
        <w:rPr>
          <w:sz w:val="28"/>
          <w:szCs w:val="28"/>
        </w:rPr>
        <w:t xml:space="preserve"> </w:t>
      </w:r>
      <w:proofErr w:type="spellStart"/>
      <w:r w:rsidRPr="00E82CB7">
        <w:rPr>
          <w:sz w:val="28"/>
          <w:szCs w:val="28"/>
          <w:lang w:val="ru-RU"/>
        </w:rPr>
        <w:t>қорытынды</w:t>
      </w:r>
      <w:proofErr w:type="spellEnd"/>
      <w:r w:rsidRPr="003F6B43">
        <w:rPr>
          <w:sz w:val="28"/>
          <w:szCs w:val="28"/>
        </w:rPr>
        <w:t xml:space="preserve"> </w:t>
      </w:r>
      <w:proofErr w:type="spellStart"/>
      <w:r w:rsidRPr="00E82CB7">
        <w:rPr>
          <w:sz w:val="28"/>
          <w:szCs w:val="28"/>
          <w:lang w:val="ru-RU"/>
        </w:rPr>
        <w:t>мониторингін</w:t>
      </w:r>
      <w:proofErr w:type="spellEnd"/>
      <w:r w:rsidRPr="003F6B43">
        <w:rPr>
          <w:sz w:val="28"/>
          <w:szCs w:val="28"/>
        </w:rPr>
        <w:t xml:space="preserve"> </w:t>
      </w:r>
      <w:proofErr w:type="spellStart"/>
      <w:r w:rsidRPr="00E82CB7">
        <w:rPr>
          <w:sz w:val="28"/>
          <w:szCs w:val="28"/>
          <w:lang w:val="ru-RU"/>
        </w:rPr>
        <w:t>жүргізу</w:t>
      </w:r>
      <w:proofErr w:type="spellEnd"/>
      <w:r w:rsidRPr="003F6B43">
        <w:rPr>
          <w:sz w:val="28"/>
          <w:szCs w:val="28"/>
        </w:rPr>
        <w:t xml:space="preserve"> </w:t>
      </w:r>
      <w:proofErr w:type="spellStart"/>
      <w:r w:rsidRPr="00E82CB7">
        <w:rPr>
          <w:sz w:val="28"/>
          <w:szCs w:val="28"/>
          <w:lang w:val="ru-RU"/>
        </w:rPr>
        <w:t>нысандарын</w:t>
      </w:r>
      <w:proofErr w:type="spellEnd"/>
      <w:r w:rsidRPr="003F6B43">
        <w:rPr>
          <w:sz w:val="28"/>
          <w:szCs w:val="28"/>
        </w:rPr>
        <w:t xml:space="preserve">, </w:t>
      </w:r>
      <w:proofErr w:type="spellStart"/>
      <w:r w:rsidRPr="00E82CB7">
        <w:rPr>
          <w:sz w:val="28"/>
          <w:szCs w:val="28"/>
          <w:lang w:val="ru-RU"/>
        </w:rPr>
        <w:t>күтілетін</w:t>
      </w:r>
      <w:proofErr w:type="spellEnd"/>
      <w:r w:rsidRPr="003F6B43">
        <w:rPr>
          <w:sz w:val="28"/>
          <w:szCs w:val="28"/>
        </w:rPr>
        <w:t xml:space="preserve"> </w:t>
      </w:r>
      <w:proofErr w:type="spellStart"/>
      <w:r w:rsidRPr="00E82CB7">
        <w:rPr>
          <w:sz w:val="28"/>
          <w:szCs w:val="28"/>
          <w:lang w:val="ru-RU"/>
        </w:rPr>
        <w:t>нәтижелерге</w:t>
      </w:r>
      <w:proofErr w:type="spellEnd"/>
      <w:r w:rsidRPr="003F6B43">
        <w:rPr>
          <w:sz w:val="28"/>
          <w:szCs w:val="28"/>
        </w:rPr>
        <w:t xml:space="preserve"> </w:t>
      </w:r>
      <w:proofErr w:type="spellStart"/>
      <w:r w:rsidRPr="00E82CB7">
        <w:rPr>
          <w:sz w:val="28"/>
          <w:szCs w:val="28"/>
          <w:lang w:val="ru-RU"/>
        </w:rPr>
        <w:t>қол</w:t>
      </w:r>
      <w:proofErr w:type="spellEnd"/>
      <w:r w:rsidRPr="003F6B43">
        <w:rPr>
          <w:sz w:val="28"/>
          <w:szCs w:val="28"/>
        </w:rPr>
        <w:t xml:space="preserve"> </w:t>
      </w:r>
      <w:proofErr w:type="spellStart"/>
      <w:r w:rsidRPr="00E82CB7">
        <w:rPr>
          <w:sz w:val="28"/>
          <w:szCs w:val="28"/>
          <w:lang w:val="ru-RU"/>
        </w:rPr>
        <w:t>жеткізуді</w:t>
      </w:r>
      <w:proofErr w:type="spellEnd"/>
      <w:r w:rsidRPr="003F6B43">
        <w:rPr>
          <w:sz w:val="28"/>
          <w:szCs w:val="28"/>
        </w:rPr>
        <w:t xml:space="preserve"> </w:t>
      </w:r>
      <w:proofErr w:type="spellStart"/>
      <w:r w:rsidRPr="00E82CB7">
        <w:rPr>
          <w:sz w:val="28"/>
          <w:szCs w:val="28"/>
          <w:lang w:val="ru-RU"/>
        </w:rPr>
        <w:t>бағалау</w:t>
      </w:r>
      <w:proofErr w:type="spellEnd"/>
      <w:r w:rsidRPr="003F6B43">
        <w:rPr>
          <w:sz w:val="28"/>
          <w:szCs w:val="28"/>
        </w:rPr>
        <w:t xml:space="preserve"> </w:t>
      </w:r>
      <w:proofErr w:type="spellStart"/>
      <w:r w:rsidRPr="00E82CB7">
        <w:rPr>
          <w:sz w:val="28"/>
          <w:szCs w:val="28"/>
          <w:lang w:val="ru-RU"/>
        </w:rPr>
        <w:t>көрсеткіштері</w:t>
      </w:r>
      <w:proofErr w:type="spellEnd"/>
      <w:r w:rsidRPr="003F6B43">
        <w:rPr>
          <w:sz w:val="28"/>
          <w:szCs w:val="28"/>
        </w:rPr>
        <w:t xml:space="preserve"> </w:t>
      </w:r>
      <w:r w:rsidRPr="00E82CB7">
        <w:rPr>
          <w:sz w:val="28"/>
          <w:szCs w:val="28"/>
          <w:lang w:val="ru-RU"/>
        </w:rPr>
        <w:t>мен</w:t>
      </w:r>
      <w:r w:rsidRPr="003F6B43">
        <w:rPr>
          <w:sz w:val="28"/>
          <w:szCs w:val="28"/>
        </w:rPr>
        <w:t xml:space="preserve"> </w:t>
      </w:r>
      <w:proofErr w:type="spellStart"/>
      <w:r>
        <w:rPr>
          <w:sz w:val="28"/>
          <w:szCs w:val="28"/>
          <w:lang w:val="ru-RU"/>
        </w:rPr>
        <w:t>өлшемдер</w:t>
      </w:r>
      <w:r w:rsidRPr="00E82CB7">
        <w:rPr>
          <w:sz w:val="28"/>
          <w:szCs w:val="28"/>
          <w:lang w:val="ru-RU"/>
        </w:rPr>
        <w:t>ін</w:t>
      </w:r>
      <w:proofErr w:type="spellEnd"/>
      <w:r w:rsidRPr="003F6B43">
        <w:rPr>
          <w:sz w:val="28"/>
          <w:szCs w:val="28"/>
        </w:rPr>
        <w:t xml:space="preserve">, </w:t>
      </w:r>
      <w:proofErr w:type="spellStart"/>
      <w:r w:rsidRPr="00E82CB7">
        <w:rPr>
          <w:sz w:val="28"/>
          <w:szCs w:val="28"/>
          <w:lang w:val="ru-RU"/>
        </w:rPr>
        <w:t>ақпарат</w:t>
      </w:r>
      <w:proofErr w:type="spellEnd"/>
      <w:r w:rsidRPr="003F6B43">
        <w:rPr>
          <w:sz w:val="28"/>
          <w:szCs w:val="28"/>
        </w:rPr>
        <w:t xml:space="preserve"> </w:t>
      </w:r>
      <w:proofErr w:type="spellStart"/>
      <w:r w:rsidRPr="00E82CB7">
        <w:rPr>
          <w:sz w:val="28"/>
          <w:szCs w:val="28"/>
          <w:lang w:val="ru-RU"/>
        </w:rPr>
        <w:t>жинау</w:t>
      </w:r>
      <w:proofErr w:type="spellEnd"/>
      <w:r w:rsidRPr="003F6B43">
        <w:rPr>
          <w:sz w:val="28"/>
          <w:szCs w:val="28"/>
        </w:rPr>
        <w:t xml:space="preserve"> </w:t>
      </w:r>
      <w:proofErr w:type="spellStart"/>
      <w:r w:rsidRPr="00E82CB7">
        <w:rPr>
          <w:sz w:val="28"/>
          <w:szCs w:val="28"/>
          <w:lang w:val="ru-RU"/>
        </w:rPr>
        <w:t>және</w:t>
      </w:r>
      <w:proofErr w:type="spellEnd"/>
      <w:r w:rsidRPr="003F6B43">
        <w:rPr>
          <w:sz w:val="28"/>
          <w:szCs w:val="28"/>
        </w:rPr>
        <w:t xml:space="preserve"> </w:t>
      </w:r>
      <w:proofErr w:type="spellStart"/>
      <w:r w:rsidRPr="00E82CB7">
        <w:rPr>
          <w:sz w:val="28"/>
          <w:szCs w:val="28"/>
          <w:lang w:val="ru-RU"/>
        </w:rPr>
        <w:t>талдау</w:t>
      </w:r>
      <w:proofErr w:type="spellEnd"/>
      <w:r w:rsidRPr="003F6B43">
        <w:rPr>
          <w:sz w:val="28"/>
          <w:szCs w:val="28"/>
        </w:rPr>
        <w:t xml:space="preserve"> </w:t>
      </w:r>
      <w:proofErr w:type="spellStart"/>
      <w:r w:rsidRPr="00E82CB7">
        <w:rPr>
          <w:sz w:val="28"/>
          <w:szCs w:val="28"/>
          <w:lang w:val="ru-RU"/>
        </w:rPr>
        <w:t>әдістерін</w:t>
      </w:r>
      <w:proofErr w:type="spellEnd"/>
      <w:r w:rsidRPr="003F6B43">
        <w:rPr>
          <w:sz w:val="28"/>
          <w:szCs w:val="28"/>
        </w:rPr>
        <w:t xml:space="preserve"> (</w:t>
      </w:r>
      <w:proofErr w:type="spellStart"/>
      <w:r w:rsidRPr="00E82CB7">
        <w:rPr>
          <w:sz w:val="28"/>
          <w:szCs w:val="28"/>
          <w:lang w:val="ru-RU"/>
        </w:rPr>
        <w:t>бақылау</w:t>
      </w:r>
      <w:proofErr w:type="spellEnd"/>
      <w:r w:rsidRPr="003F6B43">
        <w:rPr>
          <w:sz w:val="28"/>
          <w:szCs w:val="28"/>
        </w:rPr>
        <w:t xml:space="preserve">, </w:t>
      </w:r>
      <w:proofErr w:type="spellStart"/>
      <w:r w:rsidRPr="00E82CB7">
        <w:rPr>
          <w:sz w:val="28"/>
          <w:szCs w:val="28"/>
          <w:lang w:val="ru-RU"/>
        </w:rPr>
        <w:t>сауалнама</w:t>
      </w:r>
      <w:proofErr w:type="spellEnd"/>
      <w:r w:rsidRPr="003F6B43">
        <w:rPr>
          <w:sz w:val="28"/>
          <w:szCs w:val="28"/>
        </w:rPr>
        <w:t xml:space="preserve">, </w:t>
      </w:r>
      <w:proofErr w:type="spellStart"/>
      <w:r w:rsidRPr="00E82CB7">
        <w:rPr>
          <w:sz w:val="28"/>
          <w:szCs w:val="28"/>
          <w:lang w:val="ru-RU"/>
        </w:rPr>
        <w:t>қатысу</w:t>
      </w:r>
      <w:proofErr w:type="spellEnd"/>
      <w:r w:rsidRPr="003F6B43">
        <w:rPr>
          <w:sz w:val="28"/>
          <w:szCs w:val="28"/>
        </w:rPr>
        <w:t xml:space="preserve"> </w:t>
      </w:r>
      <w:r w:rsidRPr="00E82CB7">
        <w:rPr>
          <w:sz w:val="28"/>
          <w:szCs w:val="28"/>
          <w:lang w:val="ru-RU"/>
        </w:rPr>
        <w:t>мен</w:t>
      </w:r>
      <w:r w:rsidRPr="003F6B43">
        <w:rPr>
          <w:sz w:val="28"/>
          <w:szCs w:val="28"/>
        </w:rPr>
        <w:t xml:space="preserve"> </w:t>
      </w:r>
      <w:proofErr w:type="spellStart"/>
      <w:r w:rsidRPr="00E82CB7">
        <w:rPr>
          <w:sz w:val="28"/>
          <w:szCs w:val="28"/>
          <w:lang w:val="ru-RU"/>
        </w:rPr>
        <w:t>қызмет</w:t>
      </w:r>
      <w:proofErr w:type="spellEnd"/>
      <w:r w:rsidRPr="003F6B43">
        <w:rPr>
          <w:sz w:val="28"/>
          <w:szCs w:val="28"/>
        </w:rPr>
        <w:t xml:space="preserve"> </w:t>
      </w:r>
      <w:proofErr w:type="spellStart"/>
      <w:r w:rsidRPr="00E82CB7">
        <w:rPr>
          <w:sz w:val="28"/>
          <w:szCs w:val="28"/>
          <w:lang w:val="ru-RU"/>
        </w:rPr>
        <w:t>нәтижелерін</w:t>
      </w:r>
      <w:proofErr w:type="spellEnd"/>
      <w:r w:rsidRPr="003F6B43">
        <w:rPr>
          <w:sz w:val="28"/>
          <w:szCs w:val="28"/>
        </w:rPr>
        <w:t xml:space="preserve"> </w:t>
      </w:r>
      <w:proofErr w:type="spellStart"/>
      <w:r w:rsidRPr="00E82CB7">
        <w:rPr>
          <w:sz w:val="28"/>
          <w:szCs w:val="28"/>
          <w:lang w:val="ru-RU"/>
        </w:rPr>
        <w:t>талдау</w:t>
      </w:r>
      <w:proofErr w:type="spellEnd"/>
      <w:r w:rsidRPr="003F6B43">
        <w:rPr>
          <w:sz w:val="28"/>
          <w:szCs w:val="28"/>
        </w:rPr>
        <w:t xml:space="preserve"> </w:t>
      </w:r>
      <w:proofErr w:type="spellStart"/>
      <w:r w:rsidRPr="00E82CB7">
        <w:rPr>
          <w:sz w:val="28"/>
          <w:szCs w:val="28"/>
          <w:lang w:val="ru-RU"/>
        </w:rPr>
        <w:t>және</w:t>
      </w:r>
      <w:proofErr w:type="spellEnd"/>
      <w:r w:rsidRPr="003F6B43">
        <w:rPr>
          <w:sz w:val="28"/>
          <w:szCs w:val="28"/>
        </w:rPr>
        <w:t xml:space="preserve"> </w:t>
      </w:r>
      <w:r w:rsidRPr="00E82CB7">
        <w:rPr>
          <w:sz w:val="28"/>
          <w:szCs w:val="28"/>
          <w:lang w:val="ru-RU"/>
        </w:rPr>
        <w:t>т</w:t>
      </w:r>
      <w:r w:rsidRPr="003F6B43">
        <w:rPr>
          <w:sz w:val="28"/>
          <w:szCs w:val="28"/>
        </w:rPr>
        <w:t>.</w:t>
      </w:r>
      <w:r w:rsidRPr="00E82CB7">
        <w:rPr>
          <w:sz w:val="28"/>
          <w:szCs w:val="28"/>
          <w:lang w:val="ru-RU"/>
        </w:rPr>
        <w:t>б</w:t>
      </w:r>
      <w:r w:rsidRPr="003F6B43">
        <w:rPr>
          <w:sz w:val="28"/>
          <w:szCs w:val="28"/>
        </w:rPr>
        <w:t xml:space="preserve">.), </w:t>
      </w:r>
      <w:proofErr w:type="spellStart"/>
      <w:r w:rsidRPr="00E82CB7">
        <w:rPr>
          <w:sz w:val="28"/>
          <w:szCs w:val="28"/>
          <w:lang w:val="ru-RU"/>
        </w:rPr>
        <w:t>сондай</w:t>
      </w:r>
      <w:proofErr w:type="spellEnd"/>
      <w:r w:rsidRPr="003F6B43">
        <w:rPr>
          <w:sz w:val="28"/>
          <w:szCs w:val="28"/>
        </w:rPr>
        <w:t>-</w:t>
      </w:r>
      <w:proofErr w:type="spellStart"/>
      <w:r w:rsidRPr="00E82CB7">
        <w:rPr>
          <w:sz w:val="28"/>
          <w:szCs w:val="28"/>
          <w:lang w:val="ru-RU"/>
        </w:rPr>
        <w:t>ақ</w:t>
      </w:r>
      <w:proofErr w:type="spellEnd"/>
      <w:r w:rsidRPr="003F6B43">
        <w:rPr>
          <w:sz w:val="28"/>
          <w:szCs w:val="28"/>
        </w:rPr>
        <w:t xml:space="preserve"> </w:t>
      </w:r>
      <w:r w:rsidRPr="00E82CB7">
        <w:rPr>
          <w:sz w:val="28"/>
          <w:szCs w:val="28"/>
          <w:lang w:val="ru-RU"/>
        </w:rPr>
        <w:t>мониторинг</w:t>
      </w:r>
      <w:r w:rsidRPr="003F6B43">
        <w:rPr>
          <w:sz w:val="28"/>
          <w:szCs w:val="28"/>
        </w:rPr>
        <w:t xml:space="preserve"> </w:t>
      </w:r>
      <w:proofErr w:type="spellStart"/>
      <w:r w:rsidRPr="00E82CB7">
        <w:rPr>
          <w:sz w:val="28"/>
          <w:szCs w:val="28"/>
          <w:lang w:val="ru-RU"/>
        </w:rPr>
        <w:t>нәтижелерін</w:t>
      </w:r>
      <w:proofErr w:type="spellEnd"/>
      <w:r w:rsidRPr="003F6B43">
        <w:rPr>
          <w:sz w:val="28"/>
          <w:szCs w:val="28"/>
        </w:rPr>
        <w:t xml:space="preserve"> </w:t>
      </w:r>
      <w:proofErr w:type="spellStart"/>
      <w:r w:rsidRPr="00E82CB7">
        <w:rPr>
          <w:sz w:val="28"/>
          <w:szCs w:val="28"/>
          <w:lang w:val="ru-RU"/>
        </w:rPr>
        <w:t>Бағдарламаны</w:t>
      </w:r>
      <w:proofErr w:type="spellEnd"/>
      <w:r w:rsidRPr="003F6B43">
        <w:rPr>
          <w:sz w:val="28"/>
          <w:szCs w:val="28"/>
        </w:rPr>
        <w:t xml:space="preserve"> </w:t>
      </w:r>
      <w:proofErr w:type="spellStart"/>
      <w:r w:rsidRPr="00E82CB7">
        <w:rPr>
          <w:sz w:val="28"/>
          <w:szCs w:val="28"/>
          <w:lang w:val="ru-RU"/>
        </w:rPr>
        <w:t>түзету</w:t>
      </w:r>
      <w:proofErr w:type="spellEnd"/>
      <w:r w:rsidRPr="003F6B43">
        <w:rPr>
          <w:sz w:val="28"/>
          <w:szCs w:val="28"/>
        </w:rPr>
        <w:t xml:space="preserve"> </w:t>
      </w:r>
      <w:proofErr w:type="spellStart"/>
      <w:r w:rsidRPr="00E82CB7">
        <w:rPr>
          <w:sz w:val="28"/>
          <w:szCs w:val="28"/>
          <w:lang w:val="ru-RU"/>
        </w:rPr>
        <w:t>барысында</w:t>
      </w:r>
      <w:proofErr w:type="spellEnd"/>
      <w:r w:rsidRPr="003F6B43">
        <w:rPr>
          <w:sz w:val="28"/>
          <w:szCs w:val="28"/>
        </w:rPr>
        <w:t xml:space="preserve"> </w:t>
      </w:r>
      <w:proofErr w:type="spellStart"/>
      <w:r w:rsidRPr="00E82CB7">
        <w:rPr>
          <w:sz w:val="28"/>
          <w:szCs w:val="28"/>
          <w:lang w:val="ru-RU"/>
        </w:rPr>
        <w:t>есепке</w:t>
      </w:r>
      <w:proofErr w:type="spellEnd"/>
      <w:r w:rsidRPr="003F6B43">
        <w:rPr>
          <w:sz w:val="28"/>
          <w:szCs w:val="28"/>
        </w:rPr>
        <w:t xml:space="preserve"> </w:t>
      </w:r>
      <w:proofErr w:type="spellStart"/>
      <w:r w:rsidRPr="00E82CB7">
        <w:rPr>
          <w:sz w:val="28"/>
          <w:szCs w:val="28"/>
          <w:lang w:val="ru-RU"/>
        </w:rPr>
        <w:t>алу</w:t>
      </w:r>
      <w:proofErr w:type="spellEnd"/>
      <w:r w:rsidRPr="003F6B43">
        <w:rPr>
          <w:sz w:val="28"/>
          <w:szCs w:val="28"/>
        </w:rPr>
        <w:t xml:space="preserve"> </w:t>
      </w:r>
      <w:proofErr w:type="spellStart"/>
      <w:r w:rsidRPr="00E82CB7">
        <w:rPr>
          <w:sz w:val="28"/>
          <w:szCs w:val="28"/>
          <w:lang w:val="ru-RU"/>
        </w:rPr>
        <w:t>тәртібін</w:t>
      </w:r>
      <w:proofErr w:type="spellEnd"/>
      <w:r w:rsidRPr="003F6B43">
        <w:rPr>
          <w:sz w:val="28"/>
          <w:szCs w:val="28"/>
        </w:rPr>
        <w:t xml:space="preserve"> </w:t>
      </w:r>
      <w:proofErr w:type="spellStart"/>
      <w:r w:rsidRPr="00E82CB7">
        <w:rPr>
          <w:sz w:val="28"/>
          <w:szCs w:val="28"/>
          <w:lang w:val="ru-RU"/>
        </w:rPr>
        <w:t>айқындайды</w:t>
      </w:r>
      <w:proofErr w:type="spellEnd"/>
      <w:r w:rsidRPr="003F6B43">
        <w:rPr>
          <w:sz w:val="28"/>
          <w:szCs w:val="28"/>
        </w:rPr>
        <w:t>.</w:t>
      </w:r>
    </w:p>
    <w:p w14:paraId="2F4B7F13" w14:textId="77777777" w:rsidR="00D53DD4" w:rsidRPr="00E82CB7" w:rsidRDefault="00D53DD4" w:rsidP="00D53DD4">
      <w:pPr>
        <w:pStyle w:val="31"/>
        <w:spacing w:before="0" w:after="0"/>
        <w:ind w:firstLine="709"/>
        <w:jc w:val="both"/>
        <w:rPr>
          <w:szCs w:val="28"/>
        </w:rPr>
      </w:pPr>
      <w:proofErr w:type="spellStart"/>
      <w:r w:rsidRPr="00E82CB7">
        <w:rPr>
          <w:rStyle w:val="af6"/>
          <w:b/>
          <w:bCs/>
          <w:szCs w:val="28"/>
        </w:rPr>
        <w:t>Мониторингтің</w:t>
      </w:r>
      <w:proofErr w:type="spellEnd"/>
      <w:r w:rsidRPr="00E82CB7">
        <w:rPr>
          <w:rStyle w:val="af6"/>
          <w:b/>
          <w:bCs/>
          <w:szCs w:val="28"/>
        </w:rPr>
        <w:t xml:space="preserve"> </w:t>
      </w:r>
      <w:proofErr w:type="spellStart"/>
      <w:r w:rsidRPr="00E82CB7">
        <w:rPr>
          <w:rStyle w:val="af6"/>
          <w:b/>
          <w:bCs/>
          <w:szCs w:val="28"/>
        </w:rPr>
        <w:t>жалпы</w:t>
      </w:r>
      <w:proofErr w:type="spellEnd"/>
      <w:r w:rsidRPr="00E82CB7">
        <w:rPr>
          <w:rStyle w:val="af6"/>
          <w:b/>
          <w:bCs/>
          <w:szCs w:val="28"/>
        </w:rPr>
        <w:t xml:space="preserve"> </w:t>
      </w:r>
      <w:proofErr w:type="spellStart"/>
      <w:r w:rsidRPr="00E82CB7">
        <w:rPr>
          <w:rStyle w:val="af6"/>
          <w:b/>
          <w:bCs/>
          <w:szCs w:val="28"/>
        </w:rPr>
        <w:t>тәсілдері</w:t>
      </w:r>
      <w:proofErr w:type="spellEnd"/>
    </w:p>
    <w:p w14:paraId="7E56CAE0" w14:textId="77777777" w:rsidR="00D53DD4" w:rsidRPr="00E82CB7" w:rsidRDefault="00D53DD4" w:rsidP="00D53DD4">
      <w:pPr>
        <w:pStyle w:val="aff8"/>
        <w:spacing w:before="0" w:beforeAutospacing="0" w:after="0" w:afterAutospacing="0"/>
        <w:ind w:firstLine="709"/>
        <w:jc w:val="both"/>
        <w:rPr>
          <w:sz w:val="28"/>
          <w:szCs w:val="28"/>
        </w:rPr>
      </w:pPr>
      <w:proofErr w:type="spellStart"/>
      <w:r w:rsidRPr="00E82CB7">
        <w:rPr>
          <w:sz w:val="28"/>
          <w:szCs w:val="28"/>
        </w:rPr>
        <w:t>Бағдарламаны</w:t>
      </w:r>
      <w:proofErr w:type="spellEnd"/>
      <w:r w:rsidRPr="00E82CB7">
        <w:rPr>
          <w:sz w:val="28"/>
          <w:szCs w:val="28"/>
        </w:rPr>
        <w:t xml:space="preserve"> </w:t>
      </w:r>
      <w:proofErr w:type="spellStart"/>
      <w:r w:rsidRPr="00E82CB7">
        <w:rPr>
          <w:sz w:val="28"/>
          <w:szCs w:val="28"/>
        </w:rPr>
        <w:t>іске</w:t>
      </w:r>
      <w:proofErr w:type="spellEnd"/>
      <w:r w:rsidRPr="00E82CB7">
        <w:rPr>
          <w:sz w:val="28"/>
          <w:szCs w:val="28"/>
        </w:rPr>
        <w:t xml:space="preserve"> </w:t>
      </w:r>
      <w:proofErr w:type="spellStart"/>
      <w:r w:rsidRPr="00E82CB7">
        <w:rPr>
          <w:sz w:val="28"/>
          <w:szCs w:val="28"/>
        </w:rPr>
        <w:t>асыру</w:t>
      </w:r>
      <w:proofErr w:type="spellEnd"/>
      <w:r w:rsidRPr="00E82CB7">
        <w:rPr>
          <w:sz w:val="28"/>
          <w:szCs w:val="28"/>
        </w:rPr>
        <w:t xml:space="preserve"> </w:t>
      </w:r>
      <w:proofErr w:type="spellStart"/>
      <w:r w:rsidRPr="00E82CB7">
        <w:rPr>
          <w:sz w:val="28"/>
          <w:szCs w:val="28"/>
        </w:rPr>
        <w:t>мониторингі</w:t>
      </w:r>
      <w:proofErr w:type="spellEnd"/>
      <w:r w:rsidRPr="00E82CB7">
        <w:rPr>
          <w:sz w:val="28"/>
          <w:szCs w:val="28"/>
        </w:rPr>
        <w:t xml:space="preserve"> </w:t>
      </w:r>
      <w:proofErr w:type="spellStart"/>
      <w:r w:rsidRPr="00E82CB7">
        <w:rPr>
          <w:sz w:val="28"/>
          <w:szCs w:val="28"/>
        </w:rPr>
        <w:t>қатысушылардың</w:t>
      </w:r>
      <w:proofErr w:type="spellEnd"/>
      <w:r w:rsidRPr="00E82CB7">
        <w:rPr>
          <w:sz w:val="28"/>
          <w:szCs w:val="28"/>
        </w:rPr>
        <w:t xml:space="preserve"> </w:t>
      </w:r>
      <w:proofErr w:type="spellStart"/>
      <w:r w:rsidRPr="00E82CB7">
        <w:rPr>
          <w:sz w:val="28"/>
          <w:szCs w:val="28"/>
        </w:rPr>
        <w:t>білім</w:t>
      </w:r>
      <w:proofErr w:type="spellEnd"/>
      <w:r w:rsidRPr="00E82CB7">
        <w:rPr>
          <w:sz w:val="28"/>
          <w:szCs w:val="28"/>
        </w:rPr>
        <w:t xml:space="preserve"> </w:t>
      </w:r>
      <w:proofErr w:type="spellStart"/>
      <w:r w:rsidRPr="00E82CB7">
        <w:rPr>
          <w:sz w:val="28"/>
          <w:szCs w:val="28"/>
        </w:rPr>
        <w:t>беру</w:t>
      </w:r>
      <w:proofErr w:type="spellEnd"/>
      <w:r w:rsidRPr="00E82CB7">
        <w:rPr>
          <w:sz w:val="28"/>
          <w:szCs w:val="28"/>
        </w:rPr>
        <w:t xml:space="preserve">, </w:t>
      </w:r>
      <w:proofErr w:type="spellStart"/>
      <w:r w:rsidRPr="00E82CB7">
        <w:rPr>
          <w:sz w:val="28"/>
          <w:szCs w:val="28"/>
        </w:rPr>
        <w:t>тәрбиелік</w:t>
      </w:r>
      <w:proofErr w:type="spellEnd"/>
      <w:r w:rsidRPr="00E82CB7">
        <w:rPr>
          <w:sz w:val="28"/>
          <w:szCs w:val="28"/>
        </w:rPr>
        <w:t xml:space="preserve">, </w:t>
      </w:r>
      <w:proofErr w:type="spellStart"/>
      <w:r w:rsidRPr="00E82CB7">
        <w:rPr>
          <w:sz w:val="28"/>
          <w:szCs w:val="28"/>
        </w:rPr>
        <w:t>спорттық-сауықтыру</w:t>
      </w:r>
      <w:proofErr w:type="spellEnd"/>
      <w:r w:rsidRPr="00E82CB7">
        <w:rPr>
          <w:sz w:val="28"/>
          <w:szCs w:val="28"/>
        </w:rPr>
        <w:t xml:space="preserve">, </w:t>
      </w:r>
      <w:proofErr w:type="spellStart"/>
      <w:r w:rsidRPr="00E82CB7">
        <w:rPr>
          <w:sz w:val="28"/>
          <w:szCs w:val="28"/>
        </w:rPr>
        <w:t>туристік</w:t>
      </w:r>
      <w:proofErr w:type="spellEnd"/>
      <w:r w:rsidRPr="00E82CB7">
        <w:rPr>
          <w:sz w:val="28"/>
          <w:szCs w:val="28"/>
        </w:rPr>
        <w:t xml:space="preserve">, </w:t>
      </w:r>
      <w:proofErr w:type="spellStart"/>
      <w:r w:rsidRPr="00E82CB7">
        <w:rPr>
          <w:sz w:val="28"/>
          <w:szCs w:val="28"/>
        </w:rPr>
        <w:t>өлкетану</w:t>
      </w:r>
      <w:proofErr w:type="spellEnd"/>
      <w:r w:rsidRPr="00E82CB7">
        <w:rPr>
          <w:sz w:val="28"/>
          <w:szCs w:val="28"/>
        </w:rPr>
        <w:t xml:space="preserve">, </w:t>
      </w:r>
      <w:proofErr w:type="spellStart"/>
      <w:r w:rsidRPr="00E82CB7">
        <w:rPr>
          <w:sz w:val="28"/>
          <w:szCs w:val="28"/>
        </w:rPr>
        <w:t>жобалық</w:t>
      </w:r>
      <w:proofErr w:type="spellEnd"/>
      <w:r w:rsidRPr="00E82CB7">
        <w:rPr>
          <w:sz w:val="28"/>
          <w:szCs w:val="28"/>
        </w:rPr>
        <w:t xml:space="preserve"> </w:t>
      </w:r>
      <w:proofErr w:type="spellStart"/>
      <w:r w:rsidRPr="00E82CB7">
        <w:rPr>
          <w:sz w:val="28"/>
          <w:szCs w:val="28"/>
        </w:rPr>
        <w:t>және</w:t>
      </w:r>
      <w:proofErr w:type="spellEnd"/>
      <w:r w:rsidRPr="00E82CB7">
        <w:rPr>
          <w:sz w:val="28"/>
          <w:szCs w:val="28"/>
        </w:rPr>
        <w:t xml:space="preserve"> </w:t>
      </w:r>
      <w:proofErr w:type="spellStart"/>
      <w:r w:rsidRPr="00E82CB7">
        <w:rPr>
          <w:sz w:val="28"/>
          <w:szCs w:val="28"/>
        </w:rPr>
        <w:t>бос</w:t>
      </w:r>
      <w:proofErr w:type="spellEnd"/>
      <w:r w:rsidRPr="00E82CB7">
        <w:rPr>
          <w:sz w:val="28"/>
          <w:szCs w:val="28"/>
        </w:rPr>
        <w:t xml:space="preserve"> </w:t>
      </w:r>
      <w:proofErr w:type="spellStart"/>
      <w:r w:rsidRPr="00E82CB7">
        <w:rPr>
          <w:sz w:val="28"/>
          <w:szCs w:val="28"/>
        </w:rPr>
        <w:t>уақыт</w:t>
      </w:r>
      <w:proofErr w:type="spellEnd"/>
      <w:r w:rsidRPr="00E82CB7">
        <w:rPr>
          <w:sz w:val="28"/>
          <w:szCs w:val="28"/>
        </w:rPr>
        <w:t xml:space="preserve"> </w:t>
      </w:r>
      <w:proofErr w:type="spellStart"/>
      <w:r w:rsidRPr="00E82CB7">
        <w:rPr>
          <w:sz w:val="28"/>
          <w:szCs w:val="28"/>
        </w:rPr>
        <w:t>қызметінің</w:t>
      </w:r>
      <w:proofErr w:type="spellEnd"/>
      <w:r w:rsidRPr="00E82CB7">
        <w:rPr>
          <w:sz w:val="28"/>
          <w:szCs w:val="28"/>
        </w:rPr>
        <w:t xml:space="preserve"> </w:t>
      </w:r>
      <w:proofErr w:type="spellStart"/>
      <w:r w:rsidRPr="00E82CB7">
        <w:rPr>
          <w:sz w:val="28"/>
          <w:szCs w:val="28"/>
        </w:rPr>
        <w:t>тиімділігін</w:t>
      </w:r>
      <w:proofErr w:type="spellEnd"/>
      <w:r w:rsidRPr="00E82CB7">
        <w:rPr>
          <w:sz w:val="28"/>
          <w:szCs w:val="28"/>
        </w:rPr>
        <w:t xml:space="preserve"> </w:t>
      </w:r>
      <w:proofErr w:type="spellStart"/>
      <w:r w:rsidRPr="00E82CB7">
        <w:rPr>
          <w:sz w:val="28"/>
          <w:szCs w:val="28"/>
        </w:rPr>
        <w:t>бағалау</w:t>
      </w:r>
      <w:proofErr w:type="spellEnd"/>
      <w:r w:rsidRPr="00E82CB7">
        <w:rPr>
          <w:sz w:val="28"/>
          <w:szCs w:val="28"/>
        </w:rPr>
        <w:t xml:space="preserve"> </w:t>
      </w:r>
      <w:proofErr w:type="spellStart"/>
      <w:r w:rsidRPr="00E82CB7">
        <w:rPr>
          <w:sz w:val="28"/>
          <w:szCs w:val="28"/>
        </w:rPr>
        <w:t>жүйесі</w:t>
      </w:r>
      <w:proofErr w:type="spellEnd"/>
      <w:r w:rsidRPr="00E82CB7">
        <w:rPr>
          <w:sz w:val="28"/>
          <w:szCs w:val="28"/>
        </w:rPr>
        <w:t xml:space="preserve"> </w:t>
      </w:r>
      <w:proofErr w:type="spellStart"/>
      <w:r w:rsidRPr="00E82CB7">
        <w:rPr>
          <w:sz w:val="28"/>
          <w:szCs w:val="28"/>
        </w:rPr>
        <w:t>болып</w:t>
      </w:r>
      <w:proofErr w:type="spellEnd"/>
      <w:r w:rsidRPr="00E82CB7">
        <w:rPr>
          <w:sz w:val="28"/>
          <w:szCs w:val="28"/>
        </w:rPr>
        <w:t xml:space="preserve"> </w:t>
      </w:r>
      <w:proofErr w:type="spellStart"/>
      <w:r w:rsidRPr="00E82CB7">
        <w:rPr>
          <w:sz w:val="28"/>
          <w:szCs w:val="28"/>
        </w:rPr>
        <w:t>табылады</w:t>
      </w:r>
      <w:proofErr w:type="spellEnd"/>
      <w:r w:rsidRPr="00E82CB7">
        <w:rPr>
          <w:sz w:val="28"/>
          <w:szCs w:val="28"/>
        </w:rPr>
        <w:t>.</w:t>
      </w:r>
    </w:p>
    <w:p w14:paraId="62B1DE72" w14:textId="77777777" w:rsidR="00D53DD4" w:rsidRPr="00E82CB7" w:rsidRDefault="00D53DD4" w:rsidP="00D53DD4">
      <w:pPr>
        <w:pStyle w:val="aff8"/>
        <w:spacing w:before="0" w:beforeAutospacing="0" w:after="0" w:afterAutospacing="0"/>
        <w:ind w:firstLine="709"/>
        <w:jc w:val="both"/>
        <w:rPr>
          <w:sz w:val="28"/>
          <w:szCs w:val="28"/>
        </w:rPr>
      </w:pPr>
      <w:proofErr w:type="spellStart"/>
      <w:r w:rsidRPr="00E82CB7">
        <w:rPr>
          <w:sz w:val="28"/>
          <w:szCs w:val="28"/>
        </w:rPr>
        <w:t>Мониторинг</w:t>
      </w:r>
      <w:proofErr w:type="spellEnd"/>
      <w:r w:rsidRPr="00E82CB7">
        <w:rPr>
          <w:sz w:val="28"/>
          <w:szCs w:val="28"/>
        </w:rPr>
        <w:t xml:space="preserve"> </w:t>
      </w:r>
      <w:proofErr w:type="spellStart"/>
      <w:r w:rsidRPr="00E82CB7">
        <w:rPr>
          <w:sz w:val="28"/>
          <w:szCs w:val="28"/>
        </w:rPr>
        <w:t>ауысым</w:t>
      </w:r>
      <w:proofErr w:type="spellEnd"/>
      <w:r w:rsidRPr="00E82CB7">
        <w:rPr>
          <w:sz w:val="28"/>
          <w:szCs w:val="28"/>
        </w:rPr>
        <w:t xml:space="preserve"> </w:t>
      </w:r>
      <w:proofErr w:type="spellStart"/>
      <w:r w:rsidRPr="00E82CB7">
        <w:rPr>
          <w:sz w:val="28"/>
          <w:szCs w:val="28"/>
        </w:rPr>
        <w:t>бойы</w:t>
      </w:r>
      <w:proofErr w:type="spellEnd"/>
      <w:r w:rsidRPr="00E82CB7">
        <w:rPr>
          <w:sz w:val="28"/>
          <w:szCs w:val="28"/>
        </w:rPr>
        <w:t xml:space="preserve"> </w:t>
      </w:r>
      <w:proofErr w:type="spellStart"/>
      <w:r w:rsidRPr="00E82CB7">
        <w:rPr>
          <w:sz w:val="28"/>
          <w:szCs w:val="28"/>
        </w:rPr>
        <w:t>үздіксіз</w:t>
      </w:r>
      <w:proofErr w:type="spellEnd"/>
      <w:r w:rsidRPr="00E82CB7">
        <w:rPr>
          <w:sz w:val="28"/>
          <w:szCs w:val="28"/>
        </w:rPr>
        <w:t xml:space="preserve"> </w:t>
      </w:r>
      <w:proofErr w:type="spellStart"/>
      <w:r w:rsidRPr="00E82CB7">
        <w:rPr>
          <w:sz w:val="28"/>
          <w:szCs w:val="28"/>
        </w:rPr>
        <w:t>жүргізіледі</w:t>
      </w:r>
      <w:proofErr w:type="spellEnd"/>
      <w:r w:rsidRPr="00E82CB7">
        <w:rPr>
          <w:sz w:val="28"/>
          <w:szCs w:val="28"/>
        </w:rPr>
        <w:t xml:space="preserve"> </w:t>
      </w:r>
      <w:proofErr w:type="spellStart"/>
      <w:r w:rsidRPr="00E82CB7">
        <w:rPr>
          <w:sz w:val="28"/>
          <w:szCs w:val="28"/>
        </w:rPr>
        <w:t>және</w:t>
      </w:r>
      <w:proofErr w:type="spellEnd"/>
      <w:r w:rsidRPr="00E82CB7">
        <w:rPr>
          <w:sz w:val="28"/>
          <w:szCs w:val="28"/>
        </w:rPr>
        <w:t xml:space="preserve"> </w:t>
      </w:r>
      <w:proofErr w:type="spellStart"/>
      <w:r w:rsidRPr="00E82CB7">
        <w:rPr>
          <w:sz w:val="28"/>
          <w:szCs w:val="28"/>
        </w:rPr>
        <w:t>Бағдарламаның</w:t>
      </w:r>
      <w:proofErr w:type="spellEnd"/>
      <w:r w:rsidRPr="00E82CB7">
        <w:rPr>
          <w:sz w:val="28"/>
          <w:szCs w:val="28"/>
        </w:rPr>
        <w:t xml:space="preserve"> </w:t>
      </w:r>
      <w:proofErr w:type="spellStart"/>
      <w:r w:rsidRPr="00E82CB7">
        <w:rPr>
          <w:sz w:val="28"/>
          <w:szCs w:val="28"/>
        </w:rPr>
        <w:t>мақсаты</w:t>
      </w:r>
      <w:proofErr w:type="spellEnd"/>
      <w:r w:rsidRPr="00E82CB7">
        <w:rPr>
          <w:sz w:val="28"/>
          <w:szCs w:val="28"/>
        </w:rPr>
        <w:t xml:space="preserve"> </w:t>
      </w:r>
      <w:proofErr w:type="spellStart"/>
      <w:r w:rsidRPr="00E82CB7">
        <w:rPr>
          <w:sz w:val="28"/>
          <w:szCs w:val="28"/>
        </w:rPr>
        <w:t>мен</w:t>
      </w:r>
      <w:proofErr w:type="spellEnd"/>
      <w:r w:rsidRPr="00E82CB7">
        <w:rPr>
          <w:sz w:val="28"/>
          <w:szCs w:val="28"/>
        </w:rPr>
        <w:t xml:space="preserve"> </w:t>
      </w:r>
      <w:proofErr w:type="spellStart"/>
      <w:r w:rsidRPr="00E82CB7">
        <w:rPr>
          <w:sz w:val="28"/>
          <w:szCs w:val="28"/>
        </w:rPr>
        <w:t>міндеттеріне</w:t>
      </w:r>
      <w:proofErr w:type="spellEnd"/>
      <w:r w:rsidRPr="00E82CB7">
        <w:rPr>
          <w:sz w:val="28"/>
          <w:szCs w:val="28"/>
        </w:rPr>
        <w:t xml:space="preserve"> </w:t>
      </w:r>
      <w:proofErr w:type="spellStart"/>
      <w:r w:rsidRPr="00E82CB7">
        <w:rPr>
          <w:sz w:val="28"/>
          <w:szCs w:val="28"/>
        </w:rPr>
        <w:t>қол</w:t>
      </w:r>
      <w:proofErr w:type="spellEnd"/>
      <w:r w:rsidRPr="00E82CB7">
        <w:rPr>
          <w:sz w:val="28"/>
          <w:szCs w:val="28"/>
        </w:rPr>
        <w:t xml:space="preserve"> </w:t>
      </w:r>
      <w:proofErr w:type="spellStart"/>
      <w:r w:rsidRPr="00E82CB7">
        <w:rPr>
          <w:sz w:val="28"/>
          <w:szCs w:val="28"/>
        </w:rPr>
        <w:t>жеткізу</w:t>
      </w:r>
      <w:proofErr w:type="spellEnd"/>
      <w:r w:rsidRPr="00E82CB7">
        <w:rPr>
          <w:sz w:val="28"/>
          <w:szCs w:val="28"/>
        </w:rPr>
        <w:t xml:space="preserve"> </w:t>
      </w:r>
      <w:proofErr w:type="spellStart"/>
      <w:r w:rsidRPr="00E82CB7">
        <w:rPr>
          <w:sz w:val="28"/>
          <w:szCs w:val="28"/>
        </w:rPr>
        <w:t>деңгейін</w:t>
      </w:r>
      <w:proofErr w:type="spellEnd"/>
      <w:r w:rsidRPr="00E82CB7">
        <w:rPr>
          <w:sz w:val="28"/>
          <w:szCs w:val="28"/>
        </w:rPr>
        <w:t xml:space="preserve">, </w:t>
      </w:r>
      <w:proofErr w:type="spellStart"/>
      <w:r w:rsidRPr="00E82CB7">
        <w:rPr>
          <w:sz w:val="28"/>
          <w:szCs w:val="28"/>
        </w:rPr>
        <w:t>қатысушылардың</w:t>
      </w:r>
      <w:proofErr w:type="spellEnd"/>
      <w:r w:rsidRPr="00E82CB7">
        <w:rPr>
          <w:sz w:val="28"/>
          <w:szCs w:val="28"/>
        </w:rPr>
        <w:t xml:space="preserve"> </w:t>
      </w:r>
      <w:proofErr w:type="spellStart"/>
      <w:r w:rsidRPr="00E82CB7">
        <w:rPr>
          <w:sz w:val="28"/>
          <w:szCs w:val="28"/>
        </w:rPr>
        <w:t>тартылу</w:t>
      </w:r>
      <w:proofErr w:type="spellEnd"/>
      <w:r w:rsidRPr="00E82CB7">
        <w:rPr>
          <w:sz w:val="28"/>
          <w:szCs w:val="28"/>
        </w:rPr>
        <w:t xml:space="preserve"> </w:t>
      </w:r>
      <w:proofErr w:type="spellStart"/>
      <w:r w:rsidRPr="00E82CB7">
        <w:rPr>
          <w:sz w:val="28"/>
          <w:szCs w:val="28"/>
        </w:rPr>
        <w:t>дәрежесін</w:t>
      </w:r>
      <w:proofErr w:type="spellEnd"/>
      <w:r w:rsidRPr="00E82CB7">
        <w:rPr>
          <w:sz w:val="28"/>
          <w:szCs w:val="28"/>
        </w:rPr>
        <w:t xml:space="preserve">, </w:t>
      </w:r>
      <w:proofErr w:type="spellStart"/>
      <w:r w:rsidRPr="00E82CB7">
        <w:rPr>
          <w:sz w:val="28"/>
          <w:szCs w:val="28"/>
        </w:rPr>
        <w:t>эмоционалдық</w:t>
      </w:r>
      <w:proofErr w:type="spellEnd"/>
      <w:r w:rsidRPr="00E82CB7">
        <w:rPr>
          <w:sz w:val="28"/>
          <w:szCs w:val="28"/>
        </w:rPr>
        <w:t xml:space="preserve"> </w:t>
      </w:r>
      <w:r>
        <w:rPr>
          <w:sz w:val="28"/>
          <w:szCs w:val="28"/>
          <w:lang w:val="kk-KZ"/>
        </w:rPr>
        <w:t>салауатын</w:t>
      </w:r>
      <w:r w:rsidRPr="00E82CB7">
        <w:rPr>
          <w:sz w:val="28"/>
          <w:szCs w:val="28"/>
        </w:rPr>
        <w:t xml:space="preserve">, </w:t>
      </w:r>
      <w:proofErr w:type="spellStart"/>
      <w:r w:rsidRPr="00E82CB7">
        <w:rPr>
          <w:sz w:val="28"/>
          <w:szCs w:val="28"/>
        </w:rPr>
        <w:t>командалық</w:t>
      </w:r>
      <w:proofErr w:type="spellEnd"/>
      <w:r w:rsidRPr="00E82CB7">
        <w:rPr>
          <w:sz w:val="28"/>
          <w:szCs w:val="28"/>
        </w:rPr>
        <w:t xml:space="preserve"> </w:t>
      </w:r>
      <w:proofErr w:type="spellStart"/>
      <w:r w:rsidRPr="00E82CB7">
        <w:rPr>
          <w:sz w:val="28"/>
          <w:szCs w:val="28"/>
        </w:rPr>
        <w:t>өзара</w:t>
      </w:r>
      <w:proofErr w:type="spellEnd"/>
      <w:r w:rsidRPr="00E82CB7">
        <w:rPr>
          <w:sz w:val="28"/>
          <w:szCs w:val="28"/>
        </w:rPr>
        <w:t xml:space="preserve"> </w:t>
      </w:r>
      <w:proofErr w:type="spellStart"/>
      <w:r w:rsidRPr="00E82CB7">
        <w:rPr>
          <w:sz w:val="28"/>
          <w:szCs w:val="28"/>
        </w:rPr>
        <w:t>әрекеттесу</w:t>
      </w:r>
      <w:proofErr w:type="spellEnd"/>
      <w:r w:rsidRPr="00E82CB7">
        <w:rPr>
          <w:sz w:val="28"/>
          <w:szCs w:val="28"/>
        </w:rPr>
        <w:t xml:space="preserve"> </w:t>
      </w:r>
      <w:proofErr w:type="spellStart"/>
      <w:r w:rsidRPr="00E82CB7">
        <w:rPr>
          <w:sz w:val="28"/>
          <w:szCs w:val="28"/>
        </w:rPr>
        <w:t>сапасын</w:t>
      </w:r>
      <w:proofErr w:type="spellEnd"/>
      <w:r w:rsidRPr="00E82CB7">
        <w:rPr>
          <w:sz w:val="28"/>
          <w:szCs w:val="28"/>
        </w:rPr>
        <w:t xml:space="preserve">, </w:t>
      </w:r>
      <w:proofErr w:type="spellStart"/>
      <w:r w:rsidRPr="00E82CB7">
        <w:rPr>
          <w:sz w:val="28"/>
          <w:szCs w:val="28"/>
        </w:rPr>
        <w:t>режим</w:t>
      </w:r>
      <w:proofErr w:type="spellEnd"/>
      <w:r w:rsidRPr="00E82CB7">
        <w:rPr>
          <w:sz w:val="28"/>
          <w:szCs w:val="28"/>
        </w:rPr>
        <w:t xml:space="preserve"> </w:t>
      </w:r>
      <w:proofErr w:type="spellStart"/>
      <w:r w:rsidRPr="00E82CB7">
        <w:rPr>
          <w:sz w:val="28"/>
          <w:szCs w:val="28"/>
        </w:rPr>
        <w:t>мен</w:t>
      </w:r>
      <w:proofErr w:type="spellEnd"/>
      <w:r w:rsidRPr="00E82CB7">
        <w:rPr>
          <w:sz w:val="28"/>
          <w:szCs w:val="28"/>
        </w:rPr>
        <w:t xml:space="preserve"> </w:t>
      </w:r>
      <w:proofErr w:type="spellStart"/>
      <w:r w:rsidRPr="00E82CB7">
        <w:rPr>
          <w:sz w:val="28"/>
          <w:szCs w:val="28"/>
        </w:rPr>
        <w:t>қауіпсіздік</w:t>
      </w:r>
      <w:proofErr w:type="spellEnd"/>
      <w:r w:rsidRPr="00E82CB7">
        <w:rPr>
          <w:sz w:val="28"/>
          <w:szCs w:val="28"/>
        </w:rPr>
        <w:t xml:space="preserve"> </w:t>
      </w:r>
      <w:proofErr w:type="spellStart"/>
      <w:r w:rsidRPr="00E82CB7">
        <w:rPr>
          <w:sz w:val="28"/>
          <w:szCs w:val="28"/>
        </w:rPr>
        <w:t>талаптарының</w:t>
      </w:r>
      <w:proofErr w:type="spellEnd"/>
      <w:r w:rsidRPr="00E82CB7">
        <w:rPr>
          <w:sz w:val="28"/>
          <w:szCs w:val="28"/>
        </w:rPr>
        <w:t xml:space="preserve"> </w:t>
      </w:r>
      <w:proofErr w:type="spellStart"/>
      <w:r w:rsidRPr="00E82CB7">
        <w:rPr>
          <w:sz w:val="28"/>
          <w:szCs w:val="28"/>
        </w:rPr>
        <w:t>сақталуын</w:t>
      </w:r>
      <w:proofErr w:type="spellEnd"/>
      <w:r w:rsidRPr="00E82CB7">
        <w:rPr>
          <w:sz w:val="28"/>
          <w:szCs w:val="28"/>
        </w:rPr>
        <w:t xml:space="preserve">, </w:t>
      </w:r>
      <w:proofErr w:type="spellStart"/>
      <w:r w:rsidRPr="00E82CB7">
        <w:rPr>
          <w:sz w:val="28"/>
          <w:szCs w:val="28"/>
        </w:rPr>
        <w:t>сондай-ақ</w:t>
      </w:r>
      <w:proofErr w:type="spellEnd"/>
      <w:r w:rsidRPr="00E82CB7">
        <w:rPr>
          <w:sz w:val="28"/>
          <w:szCs w:val="28"/>
        </w:rPr>
        <w:t xml:space="preserve"> </w:t>
      </w:r>
      <w:proofErr w:type="spellStart"/>
      <w:r w:rsidRPr="00E82CB7">
        <w:rPr>
          <w:sz w:val="28"/>
          <w:szCs w:val="28"/>
        </w:rPr>
        <w:t>қатысушылардың</w:t>
      </w:r>
      <w:proofErr w:type="spellEnd"/>
      <w:r w:rsidRPr="00E82CB7">
        <w:rPr>
          <w:sz w:val="28"/>
          <w:szCs w:val="28"/>
        </w:rPr>
        <w:t xml:space="preserve"> </w:t>
      </w:r>
      <w:proofErr w:type="spellStart"/>
      <w:r w:rsidRPr="00E82CB7">
        <w:rPr>
          <w:sz w:val="28"/>
          <w:szCs w:val="28"/>
        </w:rPr>
        <w:t>болу</w:t>
      </w:r>
      <w:proofErr w:type="spellEnd"/>
      <w:r w:rsidRPr="00E82CB7">
        <w:rPr>
          <w:sz w:val="28"/>
          <w:szCs w:val="28"/>
        </w:rPr>
        <w:t xml:space="preserve"> </w:t>
      </w:r>
      <w:proofErr w:type="spellStart"/>
      <w:r w:rsidRPr="00E82CB7">
        <w:rPr>
          <w:sz w:val="28"/>
          <w:szCs w:val="28"/>
        </w:rPr>
        <w:t>жағдайлары</w:t>
      </w:r>
      <w:proofErr w:type="spellEnd"/>
      <w:r w:rsidRPr="00E82CB7">
        <w:rPr>
          <w:sz w:val="28"/>
          <w:szCs w:val="28"/>
        </w:rPr>
        <w:t xml:space="preserve"> </w:t>
      </w:r>
      <w:proofErr w:type="spellStart"/>
      <w:r w:rsidRPr="00E82CB7">
        <w:rPr>
          <w:sz w:val="28"/>
          <w:szCs w:val="28"/>
        </w:rPr>
        <w:t>мен</w:t>
      </w:r>
      <w:proofErr w:type="spellEnd"/>
      <w:r w:rsidRPr="00E82CB7">
        <w:rPr>
          <w:sz w:val="28"/>
          <w:szCs w:val="28"/>
        </w:rPr>
        <w:t xml:space="preserve"> </w:t>
      </w:r>
      <w:proofErr w:type="spellStart"/>
      <w:r w:rsidRPr="00E82CB7">
        <w:rPr>
          <w:sz w:val="28"/>
          <w:szCs w:val="28"/>
        </w:rPr>
        <w:t>іс-шаралар</w:t>
      </w:r>
      <w:proofErr w:type="spellEnd"/>
      <w:r w:rsidRPr="00E82CB7">
        <w:rPr>
          <w:sz w:val="28"/>
          <w:szCs w:val="28"/>
        </w:rPr>
        <w:t xml:space="preserve"> </w:t>
      </w:r>
      <w:proofErr w:type="spellStart"/>
      <w:r w:rsidRPr="00E82CB7">
        <w:rPr>
          <w:sz w:val="28"/>
          <w:szCs w:val="28"/>
        </w:rPr>
        <w:t>мазмұнына</w:t>
      </w:r>
      <w:proofErr w:type="spellEnd"/>
      <w:r w:rsidRPr="00E82CB7">
        <w:rPr>
          <w:sz w:val="28"/>
          <w:szCs w:val="28"/>
        </w:rPr>
        <w:t xml:space="preserve"> </w:t>
      </w:r>
      <w:proofErr w:type="spellStart"/>
      <w:r w:rsidRPr="00E82CB7">
        <w:rPr>
          <w:sz w:val="28"/>
          <w:szCs w:val="28"/>
        </w:rPr>
        <w:t>қанағаттану</w:t>
      </w:r>
      <w:proofErr w:type="spellEnd"/>
      <w:r w:rsidRPr="00E82CB7">
        <w:rPr>
          <w:sz w:val="28"/>
          <w:szCs w:val="28"/>
        </w:rPr>
        <w:t xml:space="preserve"> </w:t>
      </w:r>
      <w:proofErr w:type="spellStart"/>
      <w:r w:rsidRPr="00E82CB7">
        <w:rPr>
          <w:sz w:val="28"/>
          <w:szCs w:val="28"/>
        </w:rPr>
        <w:t>деңгейін</w:t>
      </w:r>
      <w:proofErr w:type="spellEnd"/>
      <w:r w:rsidRPr="00E82CB7">
        <w:rPr>
          <w:sz w:val="28"/>
          <w:szCs w:val="28"/>
        </w:rPr>
        <w:t xml:space="preserve"> </w:t>
      </w:r>
      <w:proofErr w:type="spellStart"/>
      <w:r w:rsidRPr="00E82CB7">
        <w:rPr>
          <w:sz w:val="28"/>
          <w:szCs w:val="28"/>
        </w:rPr>
        <w:t>анықтауға</w:t>
      </w:r>
      <w:proofErr w:type="spellEnd"/>
      <w:r w:rsidRPr="00E82CB7">
        <w:rPr>
          <w:sz w:val="28"/>
          <w:szCs w:val="28"/>
        </w:rPr>
        <w:t xml:space="preserve"> </w:t>
      </w:r>
      <w:proofErr w:type="spellStart"/>
      <w:r w:rsidRPr="00E82CB7">
        <w:rPr>
          <w:sz w:val="28"/>
          <w:szCs w:val="28"/>
        </w:rPr>
        <w:t>бағытталған</w:t>
      </w:r>
      <w:proofErr w:type="spellEnd"/>
      <w:r w:rsidRPr="00E82CB7">
        <w:rPr>
          <w:sz w:val="28"/>
          <w:szCs w:val="28"/>
        </w:rPr>
        <w:t>.</w:t>
      </w:r>
    </w:p>
    <w:p w14:paraId="5CAFAAFB" w14:textId="77777777" w:rsidR="00D53DD4" w:rsidRPr="00E82CB7" w:rsidRDefault="00D53DD4" w:rsidP="00D53DD4">
      <w:pPr>
        <w:pStyle w:val="aff8"/>
        <w:spacing w:before="0" w:beforeAutospacing="0" w:after="0" w:afterAutospacing="0"/>
        <w:ind w:firstLine="709"/>
        <w:jc w:val="both"/>
        <w:rPr>
          <w:sz w:val="28"/>
          <w:szCs w:val="28"/>
        </w:rPr>
      </w:pPr>
      <w:proofErr w:type="spellStart"/>
      <w:r w:rsidRPr="00E82CB7">
        <w:rPr>
          <w:sz w:val="28"/>
          <w:szCs w:val="28"/>
        </w:rPr>
        <w:t>Мониторинг</w:t>
      </w:r>
      <w:proofErr w:type="spellEnd"/>
      <w:r w:rsidRPr="00E82CB7">
        <w:rPr>
          <w:sz w:val="28"/>
          <w:szCs w:val="28"/>
        </w:rPr>
        <w:t xml:space="preserve"> </w:t>
      </w:r>
      <w:proofErr w:type="spellStart"/>
      <w:r w:rsidRPr="00E82CB7">
        <w:rPr>
          <w:sz w:val="28"/>
          <w:szCs w:val="28"/>
        </w:rPr>
        <w:t>нәтижелері</w:t>
      </w:r>
      <w:proofErr w:type="spellEnd"/>
      <w:r w:rsidRPr="00E82CB7">
        <w:rPr>
          <w:sz w:val="28"/>
          <w:szCs w:val="28"/>
        </w:rPr>
        <w:t xml:space="preserve"> </w:t>
      </w:r>
      <w:proofErr w:type="spellStart"/>
      <w:r w:rsidRPr="00E82CB7">
        <w:rPr>
          <w:sz w:val="28"/>
          <w:szCs w:val="28"/>
        </w:rPr>
        <w:t>іс-шараларды</w:t>
      </w:r>
      <w:proofErr w:type="spellEnd"/>
      <w:r w:rsidRPr="00E82CB7">
        <w:rPr>
          <w:sz w:val="28"/>
          <w:szCs w:val="28"/>
        </w:rPr>
        <w:t xml:space="preserve"> </w:t>
      </w:r>
      <w:proofErr w:type="spellStart"/>
      <w:r w:rsidRPr="00E82CB7">
        <w:rPr>
          <w:sz w:val="28"/>
          <w:szCs w:val="28"/>
        </w:rPr>
        <w:t>жедел</w:t>
      </w:r>
      <w:proofErr w:type="spellEnd"/>
      <w:r w:rsidRPr="00E82CB7">
        <w:rPr>
          <w:sz w:val="28"/>
          <w:szCs w:val="28"/>
        </w:rPr>
        <w:t xml:space="preserve"> </w:t>
      </w:r>
      <w:proofErr w:type="spellStart"/>
      <w:r w:rsidRPr="00E82CB7">
        <w:rPr>
          <w:sz w:val="28"/>
          <w:szCs w:val="28"/>
        </w:rPr>
        <w:t>түзету</w:t>
      </w:r>
      <w:proofErr w:type="spellEnd"/>
      <w:r w:rsidRPr="00E82CB7">
        <w:rPr>
          <w:sz w:val="28"/>
          <w:szCs w:val="28"/>
        </w:rPr>
        <w:t xml:space="preserve">, </w:t>
      </w:r>
      <w:proofErr w:type="spellStart"/>
      <w:r w:rsidRPr="00E82CB7">
        <w:rPr>
          <w:sz w:val="28"/>
          <w:szCs w:val="28"/>
        </w:rPr>
        <w:t>қатысушыларға</w:t>
      </w:r>
      <w:proofErr w:type="spellEnd"/>
      <w:r w:rsidRPr="00E82CB7">
        <w:rPr>
          <w:sz w:val="28"/>
          <w:szCs w:val="28"/>
        </w:rPr>
        <w:t xml:space="preserve"> </w:t>
      </w:r>
      <w:proofErr w:type="spellStart"/>
      <w:r w:rsidRPr="00E82CB7">
        <w:rPr>
          <w:sz w:val="28"/>
          <w:szCs w:val="28"/>
        </w:rPr>
        <w:t>жеке</w:t>
      </w:r>
      <w:proofErr w:type="spellEnd"/>
      <w:r w:rsidRPr="00E82CB7">
        <w:rPr>
          <w:sz w:val="28"/>
          <w:szCs w:val="28"/>
        </w:rPr>
        <w:t xml:space="preserve"> </w:t>
      </w:r>
      <w:proofErr w:type="spellStart"/>
      <w:r w:rsidRPr="00E82CB7">
        <w:rPr>
          <w:sz w:val="28"/>
          <w:szCs w:val="28"/>
        </w:rPr>
        <w:t>қолдау</w:t>
      </w:r>
      <w:proofErr w:type="spellEnd"/>
      <w:r w:rsidRPr="00E82CB7">
        <w:rPr>
          <w:sz w:val="28"/>
          <w:szCs w:val="28"/>
        </w:rPr>
        <w:t xml:space="preserve"> </w:t>
      </w:r>
      <w:proofErr w:type="spellStart"/>
      <w:r w:rsidRPr="00E82CB7">
        <w:rPr>
          <w:sz w:val="28"/>
          <w:szCs w:val="28"/>
        </w:rPr>
        <w:t>көрсету</w:t>
      </w:r>
      <w:proofErr w:type="spellEnd"/>
      <w:r w:rsidRPr="00E82CB7">
        <w:rPr>
          <w:sz w:val="28"/>
          <w:szCs w:val="28"/>
        </w:rPr>
        <w:t xml:space="preserve">, </w:t>
      </w:r>
      <w:proofErr w:type="spellStart"/>
      <w:r w:rsidRPr="00E82CB7">
        <w:rPr>
          <w:sz w:val="28"/>
          <w:szCs w:val="28"/>
        </w:rPr>
        <w:t>келесі</w:t>
      </w:r>
      <w:proofErr w:type="spellEnd"/>
      <w:r w:rsidRPr="00E82CB7">
        <w:rPr>
          <w:sz w:val="28"/>
          <w:szCs w:val="28"/>
        </w:rPr>
        <w:t xml:space="preserve"> </w:t>
      </w:r>
      <w:proofErr w:type="spellStart"/>
      <w:r w:rsidRPr="00E82CB7">
        <w:rPr>
          <w:sz w:val="28"/>
          <w:szCs w:val="28"/>
        </w:rPr>
        <w:t>ауысымдардың</w:t>
      </w:r>
      <w:proofErr w:type="spellEnd"/>
      <w:r w:rsidRPr="00E82CB7">
        <w:rPr>
          <w:sz w:val="28"/>
          <w:szCs w:val="28"/>
        </w:rPr>
        <w:t xml:space="preserve"> </w:t>
      </w:r>
      <w:proofErr w:type="spellStart"/>
      <w:r w:rsidRPr="00E82CB7">
        <w:rPr>
          <w:sz w:val="28"/>
          <w:szCs w:val="28"/>
        </w:rPr>
        <w:t>мазмұнын</w:t>
      </w:r>
      <w:proofErr w:type="spellEnd"/>
      <w:r w:rsidRPr="00E82CB7">
        <w:rPr>
          <w:sz w:val="28"/>
          <w:szCs w:val="28"/>
        </w:rPr>
        <w:t xml:space="preserve"> </w:t>
      </w:r>
      <w:proofErr w:type="spellStart"/>
      <w:r w:rsidRPr="00E82CB7">
        <w:rPr>
          <w:sz w:val="28"/>
          <w:szCs w:val="28"/>
        </w:rPr>
        <w:t>жетілдіру</w:t>
      </w:r>
      <w:proofErr w:type="spellEnd"/>
      <w:r w:rsidRPr="00E82CB7">
        <w:rPr>
          <w:sz w:val="28"/>
          <w:szCs w:val="28"/>
        </w:rPr>
        <w:t xml:space="preserve"> </w:t>
      </w:r>
      <w:proofErr w:type="spellStart"/>
      <w:r w:rsidRPr="00E82CB7">
        <w:rPr>
          <w:sz w:val="28"/>
          <w:szCs w:val="28"/>
        </w:rPr>
        <w:t>және</w:t>
      </w:r>
      <w:proofErr w:type="spellEnd"/>
      <w:r w:rsidRPr="00E82CB7">
        <w:rPr>
          <w:sz w:val="28"/>
          <w:szCs w:val="28"/>
        </w:rPr>
        <w:t xml:space="preserve"> </w:t>
      </w:r>
      <w:proofErr w:type="spellStart"/>
      <w:r w:rsidRPr="00E82CB7">
        <w:rPr>
          <w:sz w:val="28"/>
          <w:szCs w:val="28"/>
        </w:rPr>
        <w:t>Бағдарламаны</w:t>
      </w:r>
      <w:proofErr w:type="spellEnd"/>
      <w:r w:rsidRPr="00E82CB7">
        <w:rPr>
          <w:sz w:val="28"/>
          <w:szCs w:val="28"/>
        </w:rPr>
        <w:t xml:space="preserve"> </w:t>
      </w:r>
      <w:proofErr w:type="spellStart"/>
      <w:r w:rsidRPr="00E82CB7">
        <w:rPr>
          <w:sz w:val="28"/>
          <w:szCs w:val="28"/>
        </w:rPr>
        <w:t>іске</w:t>
      </w:r>
      <w:proofErr w:type="spellEnd"/>
      <w:r w:rsidRPr="00E82CB7">
        <w:rPr>
          <w:sz w:val="28"/>
          <w:szCs w:val="28"/>
        </w:rPr>
        <w:t xml:space="preserve"> </w:t>
      </w:r>
      <w:proofErr w:type="spellStart"/>
      <w:r w:rsidRPr="00E82CB7">
        <w:rPr>
          <w:sz w:val="28"/>
          <w:szCs w:val="28"/>
        </w:rPr>
        <w:t>асыру</w:t>
      </w:r>
      <w:proofErr w:type="spellEnd"/>
      <w:r w:rsidRPr="00E82CB7">
        <w:rPr>
          <w:sz w:val="28"/>
          <w:szCs w:val="28"/>
        </w:rPr>
        <w:t xml:space="preserve"> </w:t>
      </w:r>
      <w:proofErr w:type="spellStart"/>
      <w:r w:rsidRPr="00E82CB7">
        <w:rPr>
          <w:sz w:val="28"/>
          <w:szCs w:val="28"/>
        </w:rPr>
        <w:t>сапасын</w:t>
      </w:r>
      <w:proofErr w:type="spellEnd"/>
      <w:r w:rsidRPr="00E82CB7">
        <w:rPr>
          <w:sz w:val="28"/>
          <w:szCs w:val="28"/>
        </w:rPr>
        <w:t xml:space="preserve"> </w:t>
      </w:r>
      <w:proofErr w:type="spellStart"/>
      <w:r w:rsidRPr="00E82CB7">
        <w:rPr>
          <w:sz w:val="28"/>
          <w:szCs w:val="28"/>
        </w:rPr>
        <w:t>арттыру</w:t>
      </w:r>
      <w:proofErr w:type="spellEnd"/>
      <w:r w:rsidRPr="00E82CB7">
        <w:rPr>
          <w:sz w:val="28"/>
          <w:szCs w:val="28"/>
        </w:rPr>
        <w:t xml:space="preserve"> </w:t>
      </w:r>
      <w:proofErr w:type="spellStart"/>
      <w:r w:rsidRPr="00E82CB7">
        <w:rPr>
          <w:sz w:val="28"/>
          <w:szCs w:val="28"/>
        </w:rPr>
        <w:t>үшін</w:t>
      </w:r>
      <w:proofErr w:type="spellEnd"/>
      <w:r w:rsidRPr="00E82CB7">
        <w:rPr>
          <w:sz w:val="28"/>
          <w:szCs w:val="28"/>
        </w:rPr>
        <w:t xml:space="preserve"> </w:t>
      </w:r>
      <w:proofErr w:type="spellStart"/>
      <w:r w:rsidRPr="00E82CB7">
        <w:rPr>
          <w:sz w:val="28"/>
          <w:szCs w:val="28"/>
        </w:rPr>
        <w:t>қолданылады</w:t>
      </w:r>
      <w:proofErr w:type="spellEnd"/>
      <w:r w:rsidRPr="00E82CB7">
        <w:rPr>
          <w:sz w:val="28"/>
          <w:szCs w:val="28"/>
        </w:rPr>
        <w:t>.</w:t>
      </w:r>
    </w:p>
    <w:p w14:paraId="5A3F4AC8" w14:textId="77777777" w:rsidR="00D53DD4" w:rsidRPr="00E82CB7" w:rsidRDefault="00D53DD4" w:rsidP="00D53DD4">
      <w:pPr>
        <w:pStyle w:val="31"/>
        <w:spacing w:before="0" w:after="0"/>
        <w:ind w:firstLine="709"/>
        <w:jc w:val="both"/>
        <w:rPr>
          <w:szCs w:val="28"/>
        </w:rPr>
      </w:pPr>
      <w:proofErr w:type="spellStart"/>
      <w:r w:rsidRPr="00E82CB7">
        <w:rPr>
          <w:rStyle w:val="af6"/>
          <w:b/>
          <w:bCs/>
          <w:szCs w:val="28"/>
        </w:rPr>
        <w:t>Мониторингтің</w:t>
      </w:r>
      <w:proofErr w:type="spellEnd"/>
      <w:r w:rsidRPr="00E82CB7">
        <w:rPr>
          <w:rStyle w:val="af6"/>
          <w:b/>
          <w:bCs/>
          <w:szCs w:val="28"/>
        </w:rPr>
        <w:t xml:space="preserve"> </w:t>
      </w:r>
      <w:proofErr w:type="spellStart"/>
      <w:r w:rsidRPr="00E82CB7">
        <w:rPr>
          <w:rStyle w:val="af6"/>
          <w:b/>
          <w:bCs/>
          <w:szCs w:val="28"/>
        </w:rPr>
        <w:t>нысандары</w:t>
      </w:r>
      <w:proofErr w:type="spellEnd"/>
      <w:r w:rsidRPr="00E82CB7">
        <w:rPr>
          <w:rStyle w:val="af6"/>
          <w:b/>
          <w:bCs/>
          <w:szCs w:val="28"/>
        </w:rPr>
        <w:t xml:space="preserve"> </w:t>
      </w:r>
      <w:proofErr w:type="spellStart"/>
      <w:r w:rsidRPr="00E82CB7">
        <w:rPr>
          <w:rStyle w:val="af6"/>
          <w:b/>
          <w:bCs/>
          <w:szCs w:val="28"/>
        </w:rPr>
        <w:t>мен</w:t>
      </w:r>
      <w:proofErr w:type="spellEnd"/>
      <w:r w:rsidRPr="00E82CB7">
        <w:rPr>
          <w:rStyle w:val="af6"/>
          <w:b/>
          <w:bCs/>
          <w:szCs w:val="28"/>
        </w:rPr>
        <w:t xml:space="preserve"> </w:t>
      </w:r>
      <w:proofErr w:type="spellStart"/>
      <w:r w:rsidRPr="00E82CB7">
        <w:rPr>
          <w:rStyle w:val="af6"/>
          <w:b/>
          <w:bCs/>
          <w:szCs w:val="28"/>
        </w:rPr>
        <w:t>әдістері</w:t>
      </w:r>
      <w:proofErr w:type="spellEnd"/>
    </w:p>
    <w:p w14:paraId="4924AE33" w14:textId="77777777" w:rsidR="00D53DD4" w:rsidRDefault="00D53DD4" w:rsidP="00D53DD4">
      <w:pPr>
        <w:pStyle w:val="aff8"/>
        <w:spacing w:before="0" w:beforeAutospacing="0" w:after="0" w:afterAutospacing="0"/>
        <w:ind w:left="709"/>
        <w:rPr>
          <w:sz w:val="28"/>
          <w:szCs w:val="28"/>
        </w:rPr>
      </w:pPr>
      <w:r w:rsidRPr="00E82CB7">
        <w:rPr>
          <w:sz w:val="28"/>
          <w:szCs w:val="28"/>
        </w:rPr>
        <w:t xml:space="preserve">• </w:t>
      </w:r>
      <w:proofErr w:type="spellStart"/>
      <w:r w:rsidRPr="00E82CB7">
        <w:rPr>
          <w:sz w:val="28"/>
          <w:szCs w:val="28"/>
        </w:rPr>
        <w:t>педагогикалық</w:t>
      </w:r>
      <w:proofErr w:type="spellEnd"/>
      <w:r w:rsidRPr="00E82CB7">
        <w:rPr>
          <w:sz w:val="28"/>
          <w:szCs w:val="28"/>
        </w:rPr>
        <w:t xml:space="preserve"> </w:t>
      </w:r>
      <w:proofErr w:type="spellStart"/>
      <w:r w:rsidRPr="00E82CB7">
        <w:rPr>
          <w:sz w:val="28"/>
          <w:szCs w:val="28"/>
        </w:rPr>
        <w:t>бақылау</w:t>
      </w:r>
      <w:proofErr w:type="spellEnd"/>
      <w:r w:rsidRPr="00E82CB7">
        <w:rPr>
          <w:sz w:val="28"/>
          <w:szCs w:val="28"/>
        </w:rPr>
        <w:t>;</w:t>
      </w:r>
      <w:r w:rsidRPr="00E82CB7">
        <w:rPr>
          <w:sz w:val="28"/>
          <w:szCs w:val="28"/>
        </w:rPr>
        <w:br/>
        <w:t xml:space="preserve">• </w:t>
      </w:r>
      <w:proofErr w:type="spellStart"/>
      <w:r w:rsidRPr="00E82CB7">
        <w:rPr>
          <w:sz w:val="28"/>
          <w:szCs w:val="28"/>
        </w:rPr>
        <w:t>қатысушылармен</w:t>
      </w:r>
      <w:proofErr w:type="spellEnd"/>
      <w:r w:rsidRPr="00E82CB7">
        <w:rPr>
          <w:sz w:val="28"/>
          <w:szCs w:val="28"/>
        </w:rPr>
        <w:t xml:space="preserve"> </w:t>
      </w:r>
      <w:proofErr w:type="spellStart"/>
      <w:r w:rsidRPr="00E82CB7">
        <w:rPr>
          <w:sz w:val="28"/>
          <w:szCs w:val="28"/>
        </w:rPr>
        <w:t>әңгімелесу</w:t>
      </w:r>
      <w:proofErr w:type="spellEnd"/>
      <w:r w:rsidRPr="00E82CB7">
        <w:rPr>
          <w:sz w:val="28"/>
          <w:szCs w:val="28"/>
        </w:rPr>
        <w:t>;</w:t>
      </w:r>
      <w:r w:rsidRPr="00E82CB7">
        <w:rPr>
          <w:sz w:val="28"/>
          <w:szCs w:val="28"/>
        </w:rPr>
        <w:br/>
        <w:t xml:space="preserve">• </w:t>
      </w:r>
      <w:r>
        <w:rPr>
          <w:sz w:val="28"/>
          <w:szCs w:val="28"/>
          <w:lang w:val="kk-KZ"/>
        </w:rPr>
        <w:t>кері байланыс</w:t>
      </w:r>
      <w:r w:rsidRPr="00E82CB7">
        <w:rPr>
          <w:sz w:val="28"/>
          <w:szCs w:val="28"/>
        </w:rPr>
        <w:t xml:space="preserve"> </w:t>
      </w:r>
      <w:proofErr w:type="spellStart"/>
      <w:r w:rsidRPr="00E82CB7">
        <w:rPr>
          <w:sz w:val="28"/>
          <w:szCs w:val="28"/>
        </w:rPr>
        <w:t>шеңберлер</w:t>
      </w:r>
      <w:proofErr w:type="spellEnd"/>
      <w:r>
        <w:rPr>
          <w:sz w:val="28"/>
          <w:szCs w:val="28"/>
          <w:lang w:val="kk-KZ"/>
        </w:rPr>
        <w:t>і</w:t>
      </w:r>
      <w:r w:rsidRPr="00E82CB7">
        <w:rPr>
          <w:sz w:val="28"/>
          <w:szCs w:val="28"/>
        </w:rPr>
        <w:t xml:space="preserve"> </w:t>
      </w:r>
      <w:proofErr w:type="spellStart"/>
      <w:r w:rsidRPr="00E82CB7">
        <w:rPr>
          <w:sz w:val="28"/>
          <w:szCs w:val="28"/>
        </w:rPr>
        <w:t>және</w:t>
      </w:r>
      <w:proofErr w:type="spellEnd"/>
      <w:r w:rsidRPr="00E82CB7">
        <w:rPr>
          <w:sz w:val="28"/>
          <w:szCs w:val="28"/>
        </w:rPr>
        <w:t xml:space="preserve"> «</w:t>
      </w:r>
      <w:proofErr w:type="spellStart"/>
      <w:r w:rsidRPr="00E82CB7">
        <w:rPr>
          <w:sz w:val="28"/>
          <w:szCs w:val="28"/>
        </w:rPr>
        <w:t>отшашулар</w:t>
      </w:r>
      <w:proofErr w:type="spellEnd"/>
      <w:r w:rsidRPr="00E82CB7">
        <w:rPr>
          <w:sz w:val="28"/>
          <w:szCs w:val="28"/>
        </w:rPr>
        <w:t>» (</w:t>
      </w:r>
      <w:proofErr w:type="spellStart"/>
      <w:r w:rsidRPr="00E82CB7">
        <w:rPr>
          <w:sz w:val="28"/>
          <w:szCs w:val="28"/>
        </w:rPr>
        <w:t>қорытынды</w:t>
      </w:r>
      <w:proofErr w:type="spellEnd"/>
      <w:r w:rsidRPr="00E82CB7">
        <w:rPr>
          <w:sz w:val="28"/>
          <w:szCs w:val="28"/>
        </w:rPr>
        <w:t xml:space="preserve"> </w:t>
      </w:r>
      <w:proofErr w:type="spellStart"/>
      <w:r w:rsidRPr="00E82CB7">
        <w:rPr>
          <w:sz w:val="28"/>
          <w:szCs w:val="28"/>
        </w:rPr>
        <w:t>пікір</w:t>
      </w:r>
      <w:proofErr w:type="spellEnd"/>
      <w:r w:rsidRPr="00E82CB7">
        <w:rPr>
          <w:sz w:val="28"/>
          <w:szCs w:val="28"/>
        </w:rPr>
        <w:t xml:space="preserve"> </w:t>
      </w:r>
      <w:proofErr w:type="spellStart"/>
      <w:r w:rsidRPr="00E82CB7">
        <w:rPr>
          <w:sz w:val="28"/>
          <w:szCs w:val="28"/>
        </w:rPr>
        <w:t>алмасу</w:t>
      </w:r>
      <w:proofErr w:type="spellEnd"/>
      <w:r w:rsidRPr="00E82CB7">
        <w:rPr>
          <w:sz w:val="28"/>
          <w:szCs w:val="28"/>
        </w:rPr>
        <w:t>);</w:t>
      </w:r>
      <w:r w:rsidRPr="00E82CB7">
        <w:rPr>
          <w:sz w:val="28"/>
          <w:szCs w:val="28"/>
        </w:rPr>
        <w:br/>
        <w:t xml:space="preserve">• </w:t>
      </w:r>
      <w:proofErr w:type="spellStart"/>
      <w:r w:rsidRPr="00E82CB7">
        <w:rPr>
          <w:sz w:val="28"/>
          <w:szCs w:val="28"/>
        </w:rPr>
        <w:t>қатысушыларға</w:t>
      </w:r>
      <w:proofErr w:type="spellEnd"/>
      <w:r w:rsidRPr="00E82CB7">
        <w:rPr>
          <w:sz w:val="28"/>
          <w:szCs w:val="28"/>
        </w:rPr>
        <w:t xml:space="preserve"> </w:t>
      </w:r>
      <w:proofErr w:type="spellStart"/>
      <w:r w:rsidRPr="00E82CB7">
        <w:rPr>
          <w:sz w:val="28"/>
          <w:szCs w:val="28"/>
        </w:rPr>
        <w:t>сауалнама</w:t>
      </w:r>
      <w:proofErr w:type="spellEnd"/>
      <w:r w:rsidRPr="00E82CB7">
        <w:rPr>
          <w:sz w:val="28"/>
          <w:szCs w:val="28"/>
        </w:rPr>
        <w:t xml:space="preserve"> </w:t>
      </w:r>
      <w:proofErr w:type="spellStart"/>
      <w:r w:rsidRPr="00E82CB7">
        <w:rPr>
          <w:sz w:val="28"/>
          <w:szCs w:val="28"/>
        </w:rPr>
        <w:t>жүргізу</w:t>
      </w:r>
      <w:proofErr w:type="spellEnd"/>
      <w:r w:rsidRPr="00E82CB7">
        <w:rPr>
          <w:sz w:val="28"/>
          <w:szCs w:val="28"/>
        </w:rPr>
        <w:t>;</w:t>
      </w:r>
      <w:r w:rsidRPr="00E82CB7">
        <w:rPr>
          <w:sz w:val="28"/>
          <w:szCs w:val="28"/>
        </w:rPr>
        <w:br/>
        <w:t xml:space="preserve">• </w:t>
      </w:r>
      <w:proofErr w:type="spellStart"/>
      <w:r w:rsidRPr="00E82CB7">
        <w:rPr>
          <w:sz w:val="28"/>
          <w:szCs w:val="28"/>
        </w:rPr>
        <w:t>ата-аналардан</w:t>
      </w:r>
      <w:proofErr w:type="spellEnd"/>
      <w:r w:rsidRPr="00E82CB7">
        <w:rPr>
          <w:sz w:val="28"/>
          <w:szCs w:val="28"/>
        </w:rPr>
        <w:t xml:space="preserve"> </w:t>
      </w:r>
      <w:proofErr w:type="spellStart"/>
      <w:r w:rsidRPr="00E82CB7">
        <w:rPr>
          <w:sz w:val="28"/>
          <w:szCs w:val="28"/>
        </w:rPr>
        <w:t>немесе</w:t>
      </w:r>
      <w:proofErr w:type="spellEnd"/>
      <w:r w:rsidRPr="00E82CB7">
        <w:rPr>
          <w:sz w:val="28"/>
          <w:szCs w:val="28"/>
        </w:rPr>
        <w:t xml:space="preserve"> </w:t>
      </w:r>
      <w:proofErr w:type="spellStart"/>
      <w:r w:rsidRPr="00E82CB7">
        <w:rPr>
          <w:sz w:val="28"/>
          <w:szCs w:val="28"/>
        </w:rPr>
        <w:t>заңды</w:t>
      </w:r>
      <w:proofErr w:type="spellEnd"/>
      <w:r w:rsidRPr="00E82CB7">
        <w:rPr>
          <w:sz w:val="28"/>
          <w:szCs w:val="28"/>
        </w:rPr>
        <w:t xml:space="preserve"> </w:t>
      </w:r>
      <w:proofErr w:type="spellStart"/>
      <w:r w:rsidRPr="00E82CB7">
        <w:rPr>
          <w:sz w:val="28"/>
          <w:szCs w:val="28"/>
        </w:rPr>
        <w:t>өкілдерден</w:t>
      </w:r>
      <w:proofErr w:type="spellEnd"/>
      <w:r w:rsidRPr="00E82CB7">
        <w:rPr>
          <w:sz w:val="28"/>
          <w:szCs w:val="28"/>
        </w:rPr>
        <w:t xml:space="preserve"> </w:t>
      </w:r>
      <w:proofErr w:type="spellStart"/>
      <w:r w:rsidRPr="00E82CB7">
        <w:rPr>
          <w:sz w:val="28"/>
          <w:szCs w:val="28"/>
        </w:rPr>
        <w:t>кері</w:t>
      </w:r>
      <w:proofErr w:type="spellEnd"/>
      <w:r w:rsidRPr="00E82CB7">
        <w:rPr>
          <w:sz w:val="28"/>
          <w:szCs w:val="28"/>
        </w:rPr>
        <w:t xml:space="preserve"> </w:t>
      </w:r>
      <w:proofErr w:type="spellStart"/>
      <w:r w:rsidRPr="00E82CB7">
        <w:rPr>
          <w:sz w:val="28"/>
          <w:szCs w:val="28"/>
        </w:rPr>
        <w:t>байланыс</w:t>
      </w:r>
      <w:proofErr w:type="spellEnd"/>
      <w:r w:rsidRPr="00E82CB7">
        <w:rPr>
          <w:sz w:val="28"/>
          <w:szCs w:val="28"/>
        </w:rPr>
        <w:t xml:space="preserve"> </w:t>
      </w:r>
      <w:proofErr w:type="spellStart"/>
      <w:r w:rsidRPr="00E82CB7">
        <w:rPr>
          <w:sz w:val="28"/>
          <w:szCs w:val="28"/>
        </w:rPr>
        <w:t>алу</w:t>
      </w:r>
      <w:proofErr w:type="spellEnd"/>
      <w:r w:rsidRPr="00E82CB7">
        <w:rPr>
          <w:sz w:val="28"/>
          <w:szCs w:val="28"/>
        </w:rPr>
        <w:t>;</w:t>
      </w:r>
      <w:r w:rsidRPr="00E82CB7">
        <w:rPr>
          <w:sz w:val="28"/>
          <w:szCs w:val="28"/>
        </w:rPr>
        <w:br/>
        <w:t xml:space="preserve">• </w:t>
      </w:r>
      <w:proofErr w:type="spellStart"/>
      <w:r w:rsidRPr="00E82CB7">
        <w:rPr>
          <w:sz w:val="28"/>
          <w:szCs w:val="28"/>
        </w:rPr>
        <w:t>балалардың</w:t>
      </w:r>
      <w:proofErr w:type="spellEnd"/>
      <w:r w:rsidRPr="00E82CB7">
        <w:rPr>
          <w:sz w:val="28"/>
          <w:szCs w:val="28"/>
        </w:rPr>
        <w:t xml:space="preserve"> </w:t>
      </w:r>
      <w:proofErr w:type="spellStart"/>
      <w:r w:rsidRPr="00E82CB7">
        <w:rPr>
          <w:sz w:val="28"/>
          <w:szCs w:val="28"/>
        </w:rPr>
        <w:t>іс-шараларға</w:t>
      </w:r>
      <w:proofErr w:type="spellEnd"/>
      <w:r w:rsidRPr="00E82CB7">
        <w:rPr>
          <w:sz w:val="28"/>
          <w:szCs w:val="28"/>
        </w:rPr>
        <w:t xml:space="preserve"> </w:t>
      </w:r>
      <w:proofErr w:type="spellStart"/>
      <w:r w:rsidRPr="00E82CB7">
        <w:rPr>
          <w:sz w:val="28"/>
          <w:szCs w:val="28"/>
        </w:rPr>
        <w:t>қатысуын</w:t>
      </w:r>
      <w:proofErr w:type="spellEnd"/>
      <w:r w:rsidRPr="00E82CB7">
        <w:rPr>
          <w:sz w:val="28"/>
          <w:szCs w:val="28"/>
        </w:rPr>
        <w:t xml:space="preserve"> </w:t>
      </w:r>
      <w:proofErr w:type="spellStart"/>
      <w:r w:rsidRPr="00E82CB7">
        <w:rPr>
          <w:sz w:val="28"/>
          <w:szCs w:val="28"/>
        </w:rPr>
        <w:t>талдау</w:t>
      </w:r>
      <w:proofErr w:type="spellEnd"/>
      <w:r w:rsidRPr="00E82CB7">
        <w:rPr>
          <w:sz w:val="28"/>
          <w:szCs w:val="28"/>
        </w:rPr>
        <w:t>;</w:t>
      </w:r>
      <w:r w:rsidRPr="00E82CB7">
        <w:rPr>
          <w:sz w:val="28"/>
          <w:szCs w:val="28"/>
        </w:rPr>
        <w:br/>
        <w:t xml:space="preserve">• </w:t>
      </w:r>
      <w:proofErr w:type="spellStart"/>
      <w:r w:rsidRPr="00E82CB7">
        <w:rPr>
          <w:sz w:val="28"/>
          <w:szCs w:val="28"/>
        </w:rPr>
        <w:t>командалық</w:t>
      </w:r>
      <w:proofErr w:type="spellEnd"/>
      <w:r w:rsidRPr="00E82CB7">
        <w:rPr>
          <w:sz w:val="28"/>
          <w:szCs w:val="28"/>
        </w:rPr>
        <w:t xml:space="preserve"> </w:t>
      </w:r>
      <w:proofErr w:type="spellStart"/>
      <w:r w:rsidRPr="00E82CB7">
        <w:rPr>
          <w:sz w:val="28"/>
          <w:szCs w:val="28"/>
        </w:rPr>
        <w:t>және</w:t>
      </w:r>
      <w:proofErr w:type="spellEnd"/>
      <w:r w:rsidRPr="00E82CB7">
        <w:rPr>
          <w:sz w:val="28"/>
          <w:szCs w:val="28"/>
        </w:rPr>
        <w:t xml:space="preserve"> </w:t>
      </w:r>
      <w:proofErr w:type="spellStart"/>
      <w:r w:rsidRPr="00E82CB7">
        <w:rPr>
          <w:sz w:val="28"/>
          <w:szCs w:val="28"/>
        </w:rPr>
        <w:t>жеке</w:t>
      </w:r>
      <w:proofErr w:type="spellEnd"/>
      <w:r w:rsidRPr="00E82CB7">
        <w:rPr>
          <w:sz w:val="28"/>
          <w:szCs w:val="28"/>
        </w:rPr>
        <w:t xml:space="preserve"> </w:t>
      </w:r>
      <w:proofErr w:type="spellStart"/>
      <w:r w:rsidRPr="00E82CB7">
        <w:rPr>
          <w:sz w:val="28"/>
          <w:szCs w:val="28"/>
        </w:rPr>
        <w:t>өнімдерді</w:t>
      </w:r>
      <w:proofErr w:type="spellEnd"/>
      <w:r w:rsidRPr="00E82CB7">
        <w:rPr>
          <w:sz w:val="28"/>
          <w:szCs w:val="28"/>
        </w:rPr>
        <w:t xml:space="preserve"> </w:t>
      </w:r>
      <w:proofErr w:type="spellStart"/>
      <w:r w:rsidRPr="00E82CB7">
        <w:rPr>
          <w:sz w:val="28"/>
          <w:szCs w:val="28"/>
        </w:rPr>
        <w:t>бағалау</w:t>
      </w:r>
      <w:proofErr w:type="spellEnd"/>
      <w:r w:rsidRPr="00E82CB7">
        <w:rPr>
          <w:sz w:val="28"/>
          <w:szCs w:val="28"/>
        </w:rPr>
        <w:t>;</w:t>
      </w:r>
      <w:r w:rsidRPr="00E82CB7">
        <w:rPr>
          <w:sz w:val="28"/>
          <w:szCs w:val="28"/>
        </w:rPr>
        <w:br/>
        <w:t xml:space="preserve">• </w:t>
      </w:r>
      <w:proofErr w:type="spellStart"/>
      <w:r w:rsidRPr="00E82CB7">
        <w:rPr>
          <w:sz w:val="28"/>
          <w:szCs w:val="28"/>
        </w:rPr>
        <w:t>қатысушылардың</w:t>
      </w:r>
      <w:proofErr w:type="spellEnd"/>
      <w:r w:rsidRPr="00E82CB7">
        <w:rPr>
          <w:sz w:val="28"/>
          <w:szCs w:val="28"/>
        </w:rPr>
        <w:t xml:space="preserve"> </w:t>
      </w:r>
      <w:proofErr w:type="spellStart"/>
      <w:r w:rsidRPr="00E82CB7">
        <w:rPr>
          <w:sz w:val="28"/>
          <w:szCs w:val="28"/>
        </w:rPr>
        <w:t>өзін-өзі</w:t>
      </w:r>
      <w:proofErr w:type="spellEnd"/>
      <w:r w:rsidRPr="00E82CB7">
        <w:rPr>
          <w:sz w:val="28"/>
          <w:szCs w:val="28"/>
        </w:rPr>
        <w:t xml:space="preserve"> </w:t>
      </w:r>
      <w:proofErr w:type="spellStart"/>
      <w:r w:rsidRPr="00E82CB7">
        <w:rPr>
          <w:sz w:val="28"/>
          <w:szCs w:val="28"/>
        </w:rPr>
        <w:t>бағалауы</w:t>
      </w:r>
      <w:proofErr w:type="spellEnd"/>
      <w:r w:rsidRPr="00E82CB7">
        <w:rPr>
          <w:sz w:val="28"/>
          <w:szCs w:val="28"/>
        </w:rPr>
        <w:t>;</w:t>
      </w:r>
      <w:r w:rsidRPr="00E82CB7">
        <w:rPr>
          <w:sz w:val="28"/>
          <w:szCs w:val="28"/>
        </w:rPr>
        <w:br/>
        <w:t xml:space="preserve">• </w:t>
      </w:r>
      <w:proofErr w:type="spellStart"/>
      <w:r w:rsidRPr="00E82CB7">
        <w:rPr>
          <w:sz w:val="28"/>
          <w:szCs w:val="28"/>
        </w:rPr>
        <w:t>педагогикалық</w:t>
      </w:r>
      <w:proofErr w:type="spellEnd"/>
      <w:r w:rsidRPr="00E82CB7">
        <w:rPr>
          <w:sz w:val="28"/>
          <w:szCs w:val="28"/>
        </w:rPr>
        <w:t xml:space="preserve"> </w:t>
      </w:r>
      <w:proofErr w:type="spellStart"/>
      <w:r w:rsidRPr="00E82CB7">
        <w:rPr>
          <w:sz w:val="28"/>
          <w:szCs w:val="28"/>
        </w:rPr>
        <w:t>команда</w:t>
      </w:r>
      <w:proofErr w:type="spellEnd"/>
      <w:r w:rsidRPr="00E82CB7">
        <w:rPr>
          <w:sz w:val="28"/>
          <w:szCs w:val="28"/>
        </w:rPr>
        <w:t xml:space="preserve"> </w:t>
      </w:r>
      <w:proofErr w:type="spellStart"/>
      <w:r w:rsidRPr="00E82CB7">
        <w:rPr>
          <w:sz w:val="28"/>
          <w:szCs w:val="28"/>
        </w:rPr>
        <w:t>тарапынан</w:t>
      </w:r>
      <w:proofErr w:type="spellEnd"/>
      <w:r w:rsidRPr="00E82CB7">
        <w:rPr>
          <w:sz w:val="28"/>
          <w:szCs w:val="28"/>
        </w:rPr>
        <w:t xml:space="preserve"> </w:t>
      </w:r>
      <w:proofErr w:type="spellStart"/>
      <w:r w:rsidRPr="00E82CB7">
        <w:rPr>
          <w:sz w:val="28"/>
          <w:szCs w:val="28"/>
        </w:rPr>
        <w:t>қорытынды</w:t>
      </w:r>
      <w:proofErr w:type="spellEnd"/>
      <w:r w:rsidRPr="00E82CB7">
        <w:rPr>
          <w:sz w:val="28"/>
          <w:szCs w:val="28"/>
        </w:rPr>
        <w:t xml:space="preserve"> </w:t>
      </w:r>
      <w:proofErr w:type="spellStart"/>
      <w:r w:rsidRPr="00E82CB7">
        <w:rPr>
          <w:sz w:val="28"/>
          <w:szCs w:val="28"/>
        </w:rPr>
        <w:t>талқылау</w:t>
      </w:r>
      <w:proofErr w:type="spellEnd"/>
      <w:r w:rsidRPr="00E82CB7">
        <w:rPr>
          <w:sz w:val="28"/>
          <w:szCs w:val="28"/>
        </w:rPr>
        <w:t>.</w:t>
      </w:r>
    </w:p>
    <w:p w14:paraId="1F3BC8AD" w14:textId="77777777" w:rsidR="00D53DD4" w:rsidRPr="00E82CB7" w:rsidRDefault="00D53DD4" w:rsidP="00D53DD4">
      <w:pPr>
        <w:pStyle w:val="aff8"/>
        <w:spacing w:before="0" w:beforeAutospacing="0" w:after="0" w:afterAutospacing="0"/>
        <w:ind w:firstLine="709"/>
        <w:rPr>
          <w:sz w:val="28"/>
          <w:szCs w:val="28"/>
        </w:rPr>
      </w:pPr>
    </w:p>
    <w:p w14:paraId="538E48C6" w14:textId="77777777" w:rsidR="00D53DD4" w:rsidRPr="00E82CB7" w:rsidRDefault="00D53DD4" w:rsidP="00D53DD4">
      <w:pPr>
        <w:pStyle w:val="31"/>
        <w:spacing w:before="0" w:after="0"/>
        <w:ind w:firstLine="709"/>
        <w:jc w:val="both"/>
        <w:rPr>
          <w:szCs w:val="28"/>
        </w:rPr>
      </w:pPr>
      <w:proofErr w:type="spellStart"/>
      <w:r w:rsidRPr="00E82CB7">
        <w:rPr>
          <w:rStyle w:val="af6"/>
          <w:b/>
          <w:bCs/>
          <w:szCs w:val="28"/>
        </w:rPr>
        <w:lastRenderedPageBreak/>
        <w:t>Мониторинг</w:t>
      </w:r>
      <w:proofErr w:type="spellEnd"/>
      <w:r w:rsidRPr="00E82CB7">
        <w:rPr>
          <w:rStyle w:val="af6"/>
          <w:b/>
          <w:bCs/>
          <w:szCs w:val="28"/>
        </w:rPr>
        <w:t xml:space="preserve"> </w:t>
      </w:r>
      <w:proofErr w:type="spellStart"/>
      <w:r w:rsidRPr="00E82CB7">
        <w:rPr>
          <w:rStyle w:val="af6"/>
          <w:b/>
          <w:bCs/>
          <w:szCs w:val="28"/>
        </w:rPr>
        <w:t>және</w:t>
      </w:r>
      <w:proofErr w:type="spellEnd"/>
      <w:r w:rsidRPr="00E82CB7">
        <w:rPr>
          <w:rStyle w:val="af6"/>
          <w:b/>
          <w:bCs/>
          <w:szCs w:val="28"/>
        </w:rPr>
        <w:t xml:space="preserve"> </w:t>
      </w:r>
      <w:proofErr w:type="spellStart"/>
      <w:r w:rsidRPr="00E82CB7">
        <w:rPr>
          <w:rStyle w:val="af6"/>
          <w:b/>
          <w:bCs/>
          <w:szCs w:val="28"/>
        </w:rPr>
        <w:t>нәтижелерді</w:t>
      </w:r>
      <w:proofErr w:type="spellEnd"/>
      <w:r w:rsidRPr="00E82CB7">
        <w:rPr>
          <w:rStyle w:val="af6"/>
          <w:b/>
          <w:bCs/>
          <w:szCs w:val="28"/>
        </w:rPr>
        <w:t xml:space="preserve"> </w:t>
      </w:r>
      <w:proofErr w:type="spellStart"/>
      <w:r w:rsidRPr="00E82CB7">
        <w:rPr>
          <w:rStyle w:val="af6"/>
          <w:b/>
          <w:bCs/>
          <w:szCs w:val="28"/>
        </w:rPr>
        <w:t>бағалау</w:t>
      </w:r>
      <w:proofErr w:type="spellEnd"/>
      <w:r w:rsidRPr="00E82CB7">
        <w:rPr>
          <w:rStyle w:val="af6"/>
          <w:b/>
          <w:bCs/>
          <w:szCs w:val="28"/>
        </w:rPr>
        <w:t xml:space="preserve"> </w:t>
      </w:r>
      <w:proofErr w:type="spellStart"/>
      <w:r w:rsidRPr="00E82CB7">
        <w:rPr>
          <w:rStyle w:val="af6"/>
          <w:b/>
          <w:bCs/>
          <w:szCs w:val="28"/>
        </w:rPr>
        <w:t>кестесі</w:t>
      </w:r>
      <w:proofErr w:type="spellEnd"/>
    </w:p>
    <w:p w14:paraId="148AA90D" w14:textId="77777777" w:rsidR="00D53DD4" w:rsidRDefault="00D53DD4" w:rsidP="00D53DD4"/>
    <w:tbl>
      <w:tblPr>
        <w:tblW w:w="99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4"/>
        <w:gridCol w:w="2125"/>
        <w:gridCol w:w="1897"/>
        <w:gridCol w:w="1580"/>
        <w:gridCol w:w="2102"/>
      </w:tblGrid>
      <w:tr w:rsidR="00D53DD4" w:rsidRPr="00272BD0" w14:paraId="53CBC6C1" w14:textId="77777777" w:rsidTr="00E56216">
        <w:trPr>
          <w:tblHeader/>
          <w:tblCellSpacing w:w="15" w:type="dxa"/>
        </w:trPr>
        <w:tc>
          <w:tcPr>
            <w:tcW w:w="0" w:type="auto"/>
            <w:vAlign w:val="center"/>
            <w:hideMark/>
          </w:tcPr>
          <w:p w14:paraId="26841863" w14:textId="77777777" w:rsidR="00D53DD4" w:rsidRPr="00272BD0" w:rsidRDefault="00D53DD4" w:rsidP="00E56216">
            <w:pPr>
              <w:ind w:firstLine="0"/>
              <w:jc w:val="center"/>
              <w:rPr>
                <w:rFonts w:cs="Times New Roman"/>
                <w:b/>
                <w:bCs/>
                <w:szCs w:val="28"/>
              </w:rPr>
            </w:pPr>
            <w:proofErr w:type="spellStart"/>
            <w:r w:rsidRPr="00272BD0">
              <w:rPr>
                <w:rFonts w:cs="Times New Roman"/>
                <w:b/>
                <w:bCs/>
                <w:szCs w:val="28"/>
              </w:rPr>
              <w:t>Мониторинг</w:t>
            </w:r>
            <w:proofErr w:type="spellEnd"/>
            <w:r w:rsidRPr="00272BD0">
              <w:rPr>
                <w:rFonts w:cs="Times New Roman"/>
                <w:b/>
                <w:bCs/>
                <w:szCs w:val="28"/>
              </w:rPr>
              <w:t xml:space="preserve"> </w:t>
            </w:r>
            <w:proofErr w:type="spellStart"/>
            <w:r w:rsidRPr="00272BD0">
              <w:rPr>
                <w:rFonts w:cs="Times New Roman"/>
                <w:b/>
                <w:bCs/>
                <w:szCs w:val="28"/>
              </w:rPr>
              <w:t>бағыты</w:t>
            </w:r>
            <w:proofErr w:type="spellEnd"/>
          </w:p>
        </w:tc>
        <w:tc>
          <w:tcPr>
            <w:tcW w:w="0" w:type="auto"/>
            <w:vAlign w:val="center"/>
            <w:hideMark/>
          </w:tcPr>
          <w:p w14:paraId="34A85E70" w14:textId="77777777" w:rsidR="00D53DD4" w:rsidRPr="00272BD0" w:rsidRDefault="00D53DD4" w:rsidP="00E56216">
            <w:pPr>
              <w:ind w:firstLine="0"/>
              <w:jc w:val="center"/>
              <w:rPr>
                <w:rFonts w:cs="Times New Roman"/>
                <w:b/>
                <w:bCs/>
                <w:szCs w:val="28"/>
                <w:lang w:val="kk-KZ"/>
              </w:rPr>
            </w:pPr>
            <w:proofErr w:type="spellStart"/>
            <w:r w:rsidRPr="00272BD0">
              <w:rPr>
                <w:rFonts w:cs="Times New Roman"/>
                <w:b/>
                <w:bCs/>
                <w:szCs w:val="28"/>
              </w:rPr>
              <w:t>Бағалау</w:t>
            </w:r>
            <w:proofErr w:type="spellEnd"/>
            <w:r w:rsidRPr="00272BD0">
              <w:rPr>
                <w:rFonts w:cs="Times New Roman"/>
                <w:b/>
                <w:bCs/>
                <w:szCs w:val="28"/>
              </w:rPr>
              <w:t xml:space="preserve"> </w:t>
            </w:r>
            <w:r>
              <w:rPr>
                <w:rFonts w:cs="Times New Roman"/>
                <w:b/>
                <w:bCs/>
                <w:szCs w:val="28"/>
                <w:lang w:val="kk-KZ"/>
              </w:rPr>
              <w:t>өлшемдері</w:t>
            </w:r>
          </w:p>
        </w:tc>
        <w:tc>
          <w:tcPr>
            <w:tcW w:w="0" w:type="auto"/>
            <w:vAlign w:val="center"/>
            <w:hideMark/>
          </w:tcPr>
          <w:p w14:paraId="3A3BCBAD" w14:textId="77777777" w:rsidR="00D53DD4" w:rsidRPr="00272BD0" w:rsidRDefault="00D53DD4" w:rsidP="00E56216">
            <w:pPr>
              <w:ind w:firstLine="0"/>
              <w:jc w:val="center"/>
              <w:rPr>
                <w:rFonts w:cs="Times New Roman"/>
                <w:b/>
                <w:bCs/>
                <w:szCs w:val="28"/>
              </w:rPr>
            </w:pPr>
            <w:proofErr w:type="spellStart"/>
            <w:r w:rsidRPr="00272BD0">
              <w:rPr>
                <w:rFonts w:cs="Times New Roman"/>
                <w:b/>
                <w:bCs/>
                <w:szCs w:val="28"/>
              </w:rPr>
              <w:t>Әдістер</w:t>
            </w:r>
            <w:proofErr w:type="spellEnd"/>
          </w:p>
        </w:tc>
        <w:tc>
          <w:tcPr>
            <w:tcW w:w="0" w:type="auto"/>
            <w:vAlign w:val="center"/>
            <w:hideMark/>
          </w:tcPr>
          <w:p w14:paraId="23016F49" w14:textId="77777777" w:rsidR="00D53DD4" w:rsidRPr="00272BD0" w:rsidRDefault="00D53DD4" w:rsidP="00E56216">
            <w:pPr>
              <w:ind w:firstLine="0"/>
              <w:jc w:val="center"/>
              <w:rPr>
                <w:rFonts w:cs="Times New Roman"/>
                <w:b/>
                <w:bCs/>
                <w:szCs w:val="28"/>
              </w:rPr>
            </w:pPr>
            <w:proofErr w:type="spellStart"/>
            <w:r w:rsidRPr="00272BD0">
              <w:rPr>
                <w:rFonts w:cs="Times New Roman"/>
                <w:b/>
                <w:bCs/>
                <w:szCs w:val="28"/>
              </w:rPr>
              <w:t>Бағалау</w:t>
            </w:r>
            <w:proofErr w:type="spellEnd"/>
            <w:r w:rsidRPr="00272BD0">
              <w:rPr>
                <w:rFonts w:cs="Times New Roman"/>
                <w:b/>
                <w:bCs/>
                <w:szCs w:val="28"/>
              </w:rPr>
              <w:t xml:space="preserve"> </w:t>
            </w:r>
            <w:proofErr w:type="spellStart"/>
            <w:r w:rsidRPr="00272BD0">
              <w:rPr>
                <w:rFonts w:cs="Times New Roman"/>
                <w:b/>
                <w:bCs/>
                <w:szCs w:val="28"/>
              </w:rPr>
              <w:t>деңгейі</w:t>
            </w:r>
            <w:proofErr w:type="spellEnd"/>
          </w:p>
        </w:tc>
        <w:tc>
          <w:tcPr>
            <w:tcW w:w="2057" w:type="dxa"/>
            <w:vAlign w:val="center"/>
            <w:hideMark/>
          </w:tcPr>
          <w:p w14:paraId="09170948" w14:textId="77777777" w:rsidR="00D53DD4" w:rsidRPr="00272BD0" w:rsidRDefault="00D53DD4" w:rsidP="00E56216">
            <w:pPr>
              <w:ind w:firstLine="0"/>
              <w:jc w:val="center"/>
              <w:rPr>
                <w:rFonts w:cs="Times New Roman"/>
                <w:b/>
                <w:bCs/>
                <w:szCs w:val="28"/>
              </w:rPr>
            </w:pPr>
            <w:proofErr w:type="spellStart"/>
            <w:r w:rsidRPr="00272BD0">
              <w:rPr>
                <w:rFonts w:cs="Times New Roman"/>
                <w:b/>
                <w:bCs/>
                <w:szCs w:val="28"/>
              </w:rPr>
              <w:t>Жауаптылар</w:t>
            </w:r>
            <w:proofErr w:type="spellEnd"/>
          </w:p>
        </w:tc>
      </w:tr>
      <w:tr w:rsidR="00D53DD4" w:rsidRPr="00272BD0" w14:paraId="107BF290" w14:textId="77777777" w:rsidTr="00E56216">
        <w:trPr>
          <w:tblCellSpacing w:w="15" w:type="dxa"/>
        </w:trPr>
        <w:tc>
          <w:tcPr>
            <w:tcW w:w="0" w:type="auto"/>
            <w:vAlign w:val="center"/>
            <w:hideMark/>
          </w:tcPr>
          <w:p w14:paraId="4B94AB69" w14:textId="77777777" w:rsidR="00D53DD4" w:rsidRPr="00272BD0" w:rsidRDefault="00D53DD4" w:rsidP="00C46C6A">
            <w:pPr>
              <w:ind w:firstLine="0"/>
              <w:jc w:val="both"/>
              <w:rPr>
                <w:rFonts w:cs="Times New Roman"/>
                <w:szCs w:val="28"/>
              </w:rPr>
            </w:pPr>
            <w:proofErr w:type="spellStart"/>
            <w:r w:rsidRPr="00272BD0">
              <w:rPr>
                <w:rFonts w:cs="Times New Roman"/>
                <w:szCs w:val="28"/>
              </w:rPr>
              <w:t>Қатысушылардың</w:t>
            </w:r>
            <w:proofErr w:type="spellEnd"/>
            <w:r w:rsidRPr="00272BD0">
              <w:rPr>
                <w:rFonts w:cs="Times New Roman"/>
                <w:szCs w:val="28"/>
              </w:rPr>
              <w:t xml:space="preserve"> </w:t>
            </w:r>
            <w:proofErr w:type="spellStart"/>
            <w:r w:rsidRPr="00272BD0">
              <w:rPr>
                <w:rFonts w:cs="Times New Roman"/>
                <w:szCs w:val="28"/>
              </w:rPr>
              <w:t>бейімделуі</w:t>
            </w:r>
            <w:proofErr w:type="spellEnd"/>
          </w:p>
        </w:tc>
        <w:tc>
          <w:tcPr>
            <w:tcW w:w="0" w:type="auto"/>
            <w:vAlign w:val="center"/>
            <w:hideMark/>
          </w:tcPr>
          <w:p w14:paraId="2180B80F" w14:textId="77777777" w:rsidR="00D53DD4" w:rsidRPr="00272BD0" w:rsidRDefault="00D53DD4" w:rsidP="00C46C6A">
            <w:pPr>
              <w:ind w:firstLine="0"/>
              <w:jc w:val="both"/>
              <w:rPr>
                <w:rFonts w:cs="Times New Roman"/>
                <w:szCs w:val="28"/>
              </w:rPr>
            </w:pPr>
            <w:proofErr w:type="spellStart"/>
            <w:r w:rsidRPr="00272BD0">
              <w:rPr>
                <w:rFonts w:cs="Times New Roman"/>
                <w:szCs w:val="28"/>
              </w:rPr>
              <w:t>Тартылуы</w:t>
            </w:r>
            <w:proofErr w:type="spellEnd"/>
            <w:r w:rsidRPr="00272BD0">
              <w:rPr>
                <w:rFonts w:cs="Times New Roman"/>
                <w:szCs w:val="28"/>
              </w:rPr>
              <w:t xml:space="preserve">, </w:t>
            </w:r>
            <w:proofErr w:type="spellStart"/>
            <w:r w:rsidRPr="00272BD0">
              <w:rPr>
                <w:rFonts w:cs="Times New Roman"/>
                <w:szCs w:val="28"/>
              </w:rPr>
              <w:t>эмоционалдық</w:t>
            </w:r>
            <w:proofErr w:type="spellEnd"/>
            <w:r w:rsidRPr="00272BD0">
              <w:rPr>
                <w:rFonts w:cs="Times New Roman"/>
                <w:szCs w:val="28"/>
              </w:rPr>
              <w:t xml:space="preserve"> </w:t>
            </w:r>
            <w:proofErr w:type="spellStart"/>
            <w:r w:rsidRPr="00272BD0">
              <w:rPr>
                <w:rFonts w:cs="Times New Roman"/>
                <w:szCs w:val="28"/>
              </w:rPr>
              <w:t>жағдайы</w:t>
            </w:r>
            <w:proofErr w:type="spellEnd"/>
            <w:r w:rsidRPr="00272BD0">
              <w:rPr>
                <w:rFonts w:cs="Times New Roman"/>
                <w:szCs w:val="28"/>
              </w:rPr>
              <w:t xml:space="preserve">, </w:t>
            </w:r>
            <w:proofErr w:type="spellStart"/>
            <w:r w:rsidRPr="00272BD0">
              <w:rPr>
                <w:rFonts w:cs="Times New Roman"/>
                <w:szCs w:val="28"/>
              </w:rPr>
              <w:t>тәртіпті</w:t>
            </w:r>
            <w:proofErr w:type="spellEnd"/>
            <w:r w:rsidRPr="00272BD0">
              <w:rPr>
                <w:rFonts w:cs="Times New Roman"/>
                <w:szCs w:val="28"/>
              </w:rPr>
              <w:t xml:space="preserve"> </w:t>
            </w:r>
            <w:proofErr w:type="spellStart"/>
            <w:r w:rsidRPr="00272BD0">
              <w:rPr>
                <w:rFonts w:cs="Times New Roman"/>
                <w:szCs w:val="28"/>
              </w:rPr>
              <w:t>сақтауы</w:t>
            </w:r>
            <w:proofErr w:type="spellEnd"/>
          </w:p>
        </w:tc>
        <w:tc>
          <w:tcPr>
            <w:tcW w:w="0" w:type="auto"/>
            <w:vAlign w:val="center"/>
            <w:hideMark/>
          </w:tcPr>
          <w:p w14:paraId="6221D3EA" w14:textId="77777777" w:rsidR="00D53DD4" w:rsidRPr="00272BD0" w:rsidRDefault="00D53DD4" w:rsidP="00C46C6A">
            <w:pPr>
              <w:ind w:firstLine="0"/>
              <w:jc w:val="both"/>
              <w:rPr>
                <w:rFonts w:cs="Times New Roman"/>
                <w:szCs w:val="28"/>
                <w:lang w:val="kk-KZ"/>
              </w:rPr>
            </w:pPr>
            <w:proofErr w:type="spellStart"/>
            <w:r w:rsidRPr="00272BD0">
              <w:rPr>
                <w:rFonts w:cs="Times New Roman"/>
                <w:szCs w:val="28"/>
              </w:rPr>
              <w:t>Бақылау</w:t>
            </w:r>
            <w:proofErr w:type="spellEnd"/>
            <w:r w:rsidRPr="00272BD0">
              <w:rPr>
                <w:rFonts w:cs="Times New Roman"/>
                <w:szCs w:val="28"/>
              </w:rPr>
              <w:t xml:space="preserve">, </w:t>
            </w:r>
            <w:proofErr w:type="spellStart"/>
            <w:r w:rsidRPr="00272BD0">
              <w:rPr>
                <w:rFonts w:cs="Times New Roman"/>
                <w:szCs w:val="28"/>
              </w:rPr>
              <w:t>әңгімелесу</w:t>
            </w:r>
            <w:proofErr w:type="spellEnd"/>
            <w:r w:rsidRPr="00272BD0">
              <w:rPr>
                <w:rFonts w:cs="Times New Roman"/>
                <w:szCs w:val="28"/>
              </w:rPr>
              <w:t xml:space="preserve">, </w:t>
            </w:r>
            <w:r>
              <w:rPr>
                <w:rFonts w:cs="Times New Roman"/>
                <w:szCs w:val="28"/>
                <w:lang w:val="kk-KZ"/>
              </w:rPr>
              <w:t>кері байланыс</w:t>
            </w:r>
          </w:p>
        </w:tc>
        <w:tc>
          <w:tcPr>
            <w:tcW w:w="0" w:type="auto"/>
            <w:vAlign w:val="center"/>
            <w:hideMark/>
          </w:tcPr>
          <w:p w14:paraId="46CBA840" w14:textId="77777777" w:rsidR="00D53DD4" w:rsidRPr="00272BD0"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төмен</w:t>
            </w:r>
            <w:proofErr w:type="spellEnd"/>
            <w:r w:rsidRPr="00272BD0">
              <w:rPr>
                <w:rFonts w:cs="Times New Roman"/>
                <w:szCs w:val="28"/>
              </w:rPr>
              <w:t xml:space="preserve">; 4–7 </w:t>
            </w:r>
            <w:proofErr w:type="spellStart"/>
            <w:r w:rsidRPr="00272BD0">
              <w:rPr>
                <w:rFonts w:cs="Times New Roman"/>
                <w:szCs w:val="28"/>
              </w:rPr>
              <w:t>орташа</w:t>
            </w:r>
            <w:proofErr w:type="spellEnd"/>
            <w:r w:rsidRPr="00272BD0">
              <w:rPr>
                <w:rFonts w:cs="Times New Roman"/>
                <w:szCs w:val="28"/>
              </w:rPr>
              <w:t xml:space="preserve">; 8–10 </w:t>
            </w:r>
            <w:proofErr w:type="spellStart"/>
            <w:r w:rsidRPr="00272BD0">
              <w:rPr>
                <w:rFonts w:cs="Times New Roman"/>
                <w:szCs w:val="28"/>
              </w:rPr>
              <w:t>жоғары</w:t>
            </w:r>
            <w:proofErr w:type="spellEnd"/>
          </w:p>
        </w:tc>
        <w:tc>
          <w:tcPr>
            <w:tcW w:w="2057" w:type="dxa"/>
            <w:vAlign w:val="center"/>
            <w:hideMark/>
          </w:tcPr>
          <w:p w14:paraId="0E027CD7" w14:textId="77777777" w:rsidR="00D53DD4" w:rsidRPr="00272BD0" w:rsidRDefault="00D53DD4" w:rsidP="00C46C6A">
            <w:pPr>
              <w:ind w:firstLine="0"/>
              <w:jc w:val="both"/>
              <w:rPr>
                <w:rFonts w:cs="Times New Roman"/>
                <w:szCs w:val="28"/>
              </w:rPr>
            </w:pPr>
            <w:proofErr w:type="spellStart"/>
            <w:r>
              <w:rPr>
                <w:rFonts w:cs="Times New Roman"/>
                <w:szCs w:val="28"/>
                <w:lang w:val="ru-RU"/>
              </w:rPr>
              <w:t>Тәлімгерлер</w:t>
            </w:r>
            <w:proofErr w:type="spellEnd"/>
            <w:r w:rsidRPr="00272BD0">
              <w:rPr>
                <w:rFonts w:cs="Times New Roman"/>
                <w:szCs w:val="28"/>
              </w:rPr>
              <w:t xml:space="preserve">, </w:t>
            </w:r>
            <w:proofErr w:type="spellStart"/>
            <w:r w:rsidRPr="00272BD0">
              <w:rPr>
                <w:rFonts w:cs="Times New Roman"/>
                <w:szCs w:val="28"/>
                <w:lang w:val="ru-RU"/>
              </w:rPr>
              <w:t>тәрбиешілер</w:t>
            </w:r>
            <w:proofErr w:type="spellEnd"/>
            <w:r w:rsidRPr="00272BD0">
              <w:rPr>
                <w:rFonts w:cs="Times New Roman"/>
                <w:szCs w:val="28"/>
              </w:rPr>
              <w:t xml:space="preserve">, </w:t>
            </w:r>
            <w:r w:rsidRPr="00272BD0">
              <w:rPr>
                <w:rFonts w:cs="Times New Roman"/>
                <w:szCs w:val="28"/>
                <w:lang w:val="ru-RU"/>
              </w:rPr>
              <w:t>психолог</w:t>
            </w:r>
            <w:r w:rsidRPr="00272BD0">
              <w:rPr>
                <w:rFonts w:cs="Times New Roman"/>
                <w:szCs w:val="28"/>
              </w:rPr>
              <w:t xml:space="preserve"> (</w:t>
            </w:r>
            <w:proofErr w:type="spellStart"/>
            <w:r w:rsidRPr="00272BD0">
              <w:rPr>
                <w:rFonts w:cs="Times New Roman"/>
                <w:szCs w:val="28"/>
                <w:lang w:val="ru-RU"/>
              </w:rPr>
              <w:t>болған</w:t>
            </w:r>
            <w:proofErr w:type="spellEnd"/>
            <w:r w:rsidRPr="00272BD0">
              <w:rPr>
                <w:rFonts w:cs="Times New Roman"/>
                <w:szCs w:val="28"/>
              </w:rPr>
              <w:t xml:space="preserve"> </w:t>
            </w:r>
            <w:proofErr w:type="spellStart"/>
            <w:r w:rsidRPr="00272BD0">
              <w:rPr>
                <w:rFonts w:cs="Times New Roman"/>
                <w:szCs w:val="28"/>
                <w:lang w:val="ru-RU"/>
              </w:rPr>
              <w:t>жағдайда</w:t>
            </w:r>
            <w:proofErr w:type="spellEnd"/>
            <w:r w:rsidRPr="00272BD0">
              <w:rPr>
                <w:rFonts w:cs="Times New Roman"/>
                <w:szCs w:val="28"/>
              </w:rPr>
              <w:t>)</w:t>
            </w:r>
          </w:p>
        </w:tc>
      </w:tr>
      <w:tr w:rsidR="00D53DD4" w:rsidRPr="00272BD0" w14:paraId="2DAA9BEE" w14:textId="77777777" w:rsidTr="00E56216">
        <w:trPr>
          <w:tblCellSpacing w:w="15" w:type="dxa"/>
        </w:trPr>
        <w:tc>
          <w:tcPr>
            <w:tcW w:w="0" w:type="auto"/>
            <w:vAlign w:val="center"/>
            <w:hideMark/>
          </w:tcPr>
          <w:p w14:paraId="7E154976" w14:textId="77777777" w:rsidR="00D53DD4" w:rsidRPr="00272BD0" w:rsidRDefault="00D53DD4" w:rsidP="00C46C6A">
            <w:pPr>
              <w:ind w:firstLine="0"/>
              <w:jc w:val="both"/>
              <w:rPr>
                <w:rFonts w:cs="Times New Roman"/>
                <w:szCs w:val="28"/>
              </w:rPr>
            </w:pPr>
            <w:proofErr w:type="spellStart"/>
            <w:r w:rsidRPr="00272BD0">
              <w:rPr>
                <w:rFonts w:cs="Times New Roman"/>
                <w:szCs w:val="28"/>
              </w:rPr>
              <w:t>Білім</w:t>
            </w:r>
            <w:proofErr w:type="spellEnd"/>
            <w:r w:rsidRPr="00272BD0">
              <w:rPr>
                <w:rFonts w:cs="Times New Roman"/>
                <w:szCs w:val="28"/>
              </w:rPr>
              <w:t xml:space="preserve"> </w:t>
            </w:r>
            <w:proofErr w:type="spellStart"/>
            <w:r w:rsidRPr="00272BD0">
              <w:rPr>
                <w:rFonts w:cs="Times New Roman"/>
                <w:szCs w:val="28"/>
              </w:rPr>
              <w:t>беру</w:t>
            </w:r>
            <w:proofErr w:type="spellEnd"/>
            <w:r w:rsidRPr="00272BD0">
              <w:rPr>
                <w:rFonts w:cs="Times New Roman"/>
                <w:szCs w:val="28"/>
              </w:rPr>
              <w:t xml:space="preserve"> </w:t>
            </w:r>
            <w:proofErr w:type="spellStart"/>
            <w:r w:rsidRPr="00272BD0">
              <w:rPr>
                <w:rFonts w:cs="Times New Roman"/>
                <w:szCs w:val="28"/>
              </w:rPr>
              <w:t>қызметі</w:t>
            </w:r>
            <w:proofErr w:type="spellEnd"/>
          </w:p>
        </w:tc>
        <w:tc>
          <w:tcPr>
            <w:tcW w:w="0" w:type="auto"/>
            <w:vAlign w:val="center"/>
            <w:hideMark/>
          </w:tcPr>
          <w:p w14:paraId="11B03B31" w14:textId="77777777" w:rsidR="00D53DD4" w:rsidRPr="00272BD0" w:rsidRDefault="00D53DD4" w:rsidP="00C46C6A">
            <w:pPr>
              <w:ind w:firstLine="0"/>
              <w:jc w:val="both"/>
              <w:rPr>
                <w:rFonts w:cs="Times New Roman"/>
                <w:szCs w:val="28"/>
              </w:rPr>
            </w:pPr>
            <w:proofErr w:type="spellStart"/>
            <w:r w:rsidRPr="00272BD0">
              <w:rPr>
                <w:rFonts w:cs="Times New Roman"/>
                <w:szCs w:val="28"/>
              </w:rPr>
              <w:t>Сабақтарға</w:t>
            </w:r>
            <w:proofErr w:type="spellEnd"/>
            <w:r w:rsidRPr="00272BD0">
              <w:rPr>
                <w:rFonts w:cs="Times New Roman"/>
                <w:szCs w:val="28"/>
              </w:rPr>
              <w:t xml:space="preserve">, </w:t>
            </w:r>
            <w:proofErr w:type="spellStart"/>
            <w:r w:rsidRPr="00272BD0">
              <w:rPr>
                <w:rFonts w:cs="Times New Roman"/>
                <w:szCs w:val="28"/>
              </w:rPr>
              <w:t>жобаларға</w:t>
            </w:r>
            <w:proofErr w:type="spellEnd"/>
            <w:r w:rsidRPr="00272BD0">
              <w:rPr>
                <w:rFonts w:cs="Times New Roman"/>
                <w:szCs w:val="28"/>
              </w:rPr>
              <w:t xml:space="preserve">, </w:t>
            </w:r>
            <w:proofErr w:type="spellStart"/>
            <w:r w:rsidRPr="00272BD0">
              <w:rPr>
                <w:rFonts w:cs="Times New Roman"/>
                <w:szCs w:val="28"/>
              </w:rPr>
              <w:t>практикумдарға</w:t>
            </w:r>
            <w:proofErr w:type="spellEnd"/>
            <w:r w:rsidRPr="00272BD0">
              <w:rPr>
                <w:rFonts w:cs="Times New Roman"/>
                <w:szCs w:val="28"/>
              </w:rPr>
              <w:t xml:space="preserve"> </w:t>
            </w:r>
            <w:proofErr w:type="spellStart"/>
            <w:r w:rsidRPr="00272BD0">
              <w:rPr>
                <w:rFonts w:cs="Times New Roman"/>
                <w:szCs w:val="28"/>
              </w:rPr>
              <w:t>қатысуы</w:t>
            </w:r>
            <w:proofErr w:type="spellEnd"/>
          </w:p>
        </w:tc>
        <w:tc>
          <w:tcPr>
            <w:tcW w:w="0" w:type="auto"/>
            <w:vAlign w:val="center"/>
            <w:hideMark/>
          </w:tcPr>
          <w:p w14:paraId="30DB7C13"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Бақылау</w:t>
            </w:r>
            <w:proofErr w:type="spellEnd"/>
            <w:r w:rsidRPr="00272BD0">
              <w:rPr>
                <w:rFonts w:cs="Times New Roman"/>
                <w:szCs w:val="28"/>
              </w:rPr>
              <w:t xml:space="preserve">, </w:t>
            </w:r>
            <w:proofErr w:type="spellStart"/>
            <w:r w:rsidRPr="00272BD0">
              <w:rPr>
                <w:rFonts w:cs="Times New Roman"/>
                <w:szCs w:val="28"/>
              </w:rPr>
              <w:t>жұмыстарды</w:t>
            </w:r>
            <w:proofErr w:type="spellEnd"/>
            <w:r w:rsidRPr="00272BD0">
              <w:rPr>
                <w:rFonts w:cs="Times New Roman"/>
                <w:szCs w:val="28"/>
              </w:rPr>
              <w:t xml:space="preserve"> </w:t>
            </w:r>
            <w:proofErr w:type="spellStart"/>
            <w:r w:rsidRPr="00272BD0">
              <w:rPr>
                <w:rFonts w:cs="Times New Roman"/>
                <w:szCs w:val="28"/>
              </w:rPr>
              <w:t>талдау</w:t>
            </w:r>
            <w:proofErr w:type="spellEnd"/>
          </w:p>
        </w:tc>
        <w:tc>
          <w:tcPr>
            <w:tcW w:w="0" w:type="auto"/>
            <w:vAlign w:val="center"/>
            <w:hideMark/>
          </w:tcPr>
          <w:p w14:paraId="6F33C45C" w14:textId="77777777" w:rsidR="00D53DD4" w:rsidRPr="00272BD0"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пассивті</w:t>
            </w:r>
            <w:proofErr w:type="spellEnd"/>
            <w:r w:rsidRPr="00272BD0">
              <w:rPr>
                <w:rFonts w:cs="Times New Roman"/>
                <w:szCs w:val="28"/>
              </w:rPr>
              <w:t xml:space="preserve">; 4–7 </w:t>
            </w:r>
            <w:proofErr w:type="spellStart"/>
            <w:r w:rsidRPr="00272BD0">
              <w:rPr>
                <w:rFonts w:cs="Times New Roman"/>
                <w:szCs w:val="28"/>
              </w:rPr>
              <w:t>тұрақты</w:t>
            </w:r>
            <w:proofErr w:type="spellEnd"/>
            <w:r w:rsidRPr="00272BD0">
              <w:rPr>
                <w:rFonts w:cs="Times New Roman"/>
                <w:szCs w:val="28"/>
              </w:rPr>
              <w:t xml:space="preserve">; 8–10 </w:t>
            </w:r>
            <w:proofErr w:type="spellStart"/>
            <w:r w:rsidRPr="00272BD0">
              <w:rPr>
                <w:rFonts w:cs="Times New Roman"/>
                <w:szCs w:val="28"/>
              </w:rPr>
              <w:t>бастамашыл</w:t>
            </w:r>
            <w:proofErr w:type="spellEnd"/>
          </w:p>
        </w:tc>
        <w:tc>
          <w:tcPr>
            <w:tcW w:w="2057" w:type="dxa"/>
            <w:vAlign w:val="center"/>
            <w:hideMark/>
          </w:tcPr>
          <w:p w14:paraId="3000E6FF" w14:textId="77777777" w:rsidR="00D53DD4" w:rsidRPr="00272BD0" w:rsidRDefault="00D53DD4" w:rsidP="00C46C6A">
            <w:pPr>
              <w:ind w:firstLine="0"/>
              <w:jc w:val="both"/>
              <w:rPr>
                <w:rFonts w:cs="Times New Roman"/>
                <w:szCs w:val="28"/>
              </w:rPr>
            </w:pPr>
            <w:proofErr w:type="spellStart"/>
            <w:r w:rsidRPr="00272BD0">
              <w:rPr>
                <w:rFonts w:cs="Times New Roman"/>
                <w:szCs w:val="28"/>
              </w:rPr>
              <w:t>Педагогтер</w:t>
            </w:r>
            <w:proofErr w:type="spellEnd"/>
            <w:r w:rsidRPr="00272BD0">
              <w:rPr>
                <w:rFonts w:cs="Times New Roman"/>
                <w:szCs w:val="28"/>
              </w:rPr>
              <w:t xml:space="preserve">, </w:t>
            </w:r>
            <w:proofErr w:type="spellStart"/>
            <w:r w:rsidRPr="00272BD0">
              <w:rPr>
                <w:rFonts w:cs="Times New Roman"/>
                <w:szCs w:val="28"/>
              </w:rPr>
              <w:t>әдіскер</w:t>
            </w:r>
            <w:proofErr w:type="spellEnd"/>
          </w:p>
        </w:tc>
      </w:tr>
      <w:tr w:rsidR="00D53DD4" w:rsidRPr="00272BD0" w14:paraId="76E2FCC7" w14:textId="77777777" w:rsidTr="00E56216">
        <w:trPr>
          <w:tblCellSpacing w:w="15" w:type="dxa"/>
        </w:trPr>
        <w:tc>
          <w:tcPr>
            <w:tcW w:w="0" w:type="auto"/>
            <w:vAlign w:val="center"/>
            <w:hideMark/>
          </w:tcPr>
          <w:p w14:paraId="052CC465" w14:textId="77777777" w:rsidR="00D53DD4" w:rsidRPr="00272BD0" w:rsidRDefault="00D53DD4" w:rsidP="00C46C6A">
            <w:pPr>
              <w:ind w:firstLine="0"/>
              <w:jc w:val="both"/>
              <w:rPr>
                <w:rFonts w:cs="Times New Roman"/>
                <w:szCs w:val="28"/>
              </w:rPr>
            </w:pPr>
            <w:proofErr w:type="spellStart"/>
            <w:r w:rsidRPr="00272BD0">
              <w:rPr>
                <w:rFonts w:cs="Times New Roman"/>
                <w:szCs w:val="28"/>
              </w:rPr>
              <w:t>Спорттық-туристік</w:t>
            </w:r>
            <w:proofErr w:type="spellEnd"/>
            <w:r w:rsidRPr="00272BD0">
              <w:rPr>
                <w:rFonts w:cs="Times New Roman"/>
                <w:szCs w:val="28"/>
              </w:rPr>
              <w:t xml:space="preserve"> </w:t>
            </w:r>
            <w:proofErr w:type="spellStart"/>
            <w:r w:rsidRPr="00272BD0">
              <w:rPr>
                <w:rFonts w:cs="Times New Roman"/>
                <w:szCs w:val="28"/>
              </w:rPr>
              <w:t>бағыт</w:t>
            </w:r>
            <w:proofErr w:type="spellEnd"/>
          </w:p>
        </w:tc>
        <w:tc>
          <w:tcPr>
            <w:tcW w:w="0" w:type="auto"/>
            <w:vAlign w:val="center"/>
            <w:hideMark/>
          </w:tcPr>
          <w:p w14:paraId="2176FC62" w14:textId="77777777" w:rsidR="00D53DD4" w:rsidRPr="00272BD0" w:rsidRDefault="00D53DD4" w:rsidP="00C46C6A">
            <w:pPr>
              <w:ind w:firstLine="0"/>
              <w:jc w:val="both"/>
              <w:rPr>
                <w:rFonts w:cs="Times New Roman"/>
                <w:szCs w:val="28"/>
              </w:rPr>
            </w:pPr>
            <w:proofErr w:type="spellStart"/>
            <w:r w:rsidRPr="00272BD0">
              <w:rPr>
                <w:rFonts w:cs="Times New Roman"/>
                <w:szCs w:val="28"/>
              </w:rPr>
              <w:t>Қатысу</w:t>
            </w:r>
            <w:proofErr w:type="spellEnd"/>
            <w:r w:rsidRPr="00272BD0">
              <w:rPr>
                <w:rFonts w:cs="Times New Roman"/>
                <w:szCs w:val="28"/>
              </w:rPr>
              <w:t xml:space="preserve">, </w:t>
            </w:r>
            <w:proofErr w:type="spellStart"/>
            <w:r w:rsidRPr="00272BD0">
              <w:rPr>
                <w:rFonts w:cs="Times New Roman"/>
                <w:szCs w:val="28"/>
              </w:rPr>
              <w:t>қауіпсіздік</w:t>
            </w:r>
            <w:proofErr w:type="spellEnd"/>
            <w:r w:rsidRPr="00272BD0">
              <w:rPr>
                <w:rFonts w:cs="Times New Roman"/>
                <w:szCs w:val="28"/>
              </w:rPr>
              <w:t xml:space="preserve"> </w:t>
            </w:r>
            <w:proofErr w:type="spellStart"/>
            <w:r w:rsidRPr="00272BD0">
              <w:rPr>
                <w:rFonts w:cs="Times New Roman"/>
                <w:szCs w:val="28"/>
              </w:rPr>
              <w:t>сақтау</w:t>
            </w:r>
            <w:proofErr w:type="spellEnd"/>
            <w:r w:rsidRPr="00272BD0">
              <w:rPr>
                <w:rFonts w:cs="Times New Roman"/>
                <w:szCs w:val="28"/>
              </w:rPr>
              <w:t xml:space="preserve">, </w:t>
            </w:r>
            <w:proofErr w:type="spellStart"/>
            <w:r w:rsidRPr="00272BD0">
              <w:rPr>
                <w:rFonts w:cs="Times New Roman"/>
                <w:szCs w:val="28"/>
              </w:rPr>
              <w:t>командалық</w:t>
            </w:r>
            <w:proofErr w:type="spellEnd"/>
            <w:r w:rsidRPr="00272BD0">
              <w:rPr>
                <w:rFonts w:cs="Times New Roman"/>
                <w:szCs w:val="28"/>
              </w:rPr>
              <w:t xml:space="preserve"> </w:t>
            </w:r>
            <w:proofErr w:type="spellStart"/>
            <w:r w:rsidRPr="00272BD0">
              <w:rPr>
                <w:rFonts w:cs="Times New Roman"/>
                <w:szCs w:val="28"/>
              </w:rPr>
              <w:t>жұмыс</w:t>
            </w:r>
            <w:proofErr w:type="spellEnd"/>
          </w:p>
        </w:tc>
        <w:tc>
          <w:tcPr>
            <w:tcW w:w="0" w:type="auto"/>
            <w:vAlign w:val="center"/>
            <w:hideMark/>
          </w:tcPr>
          <w:p w14:paraId="6CBCFD16"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Бақылау</w:t>
            </w:r>
            <w:proofErr w:type="spellEnd"/>
            <w:r w:rsidRPr="00272BD0">
              <w:rPr>
                <w:rFonts w:cs="Times New Roman"/>
                <w:szCs w:val="28"/>
              </w:rPr>
              <w:t xml:space="preserve">, </w:t>
            </w:r>
            <w:proofErr w:type="spellStart"/>
            <w:r w:rsidRPr="00272BD0">
              <w:rPr>
                <w:rFonts w:cs="Times New Roman"/>
                <w:szCs w:val="28"/>
              </w:rPr>
              <w:t>ойындар</w:t>
            </w:r>
            <w:proofErr w:type="spellEnd"/>
            <w:r w:rsidRPr="00272BD0">
              <w:rPr>
                <w:rFonts w:cs="Times New Roman"/>
                <w:szCs w:val="28"/>
              </w:rPr>
              <w:t xml:space="preserve"> </w:t>
            </w:r>
            <w:proofErr w:type="spellStart"/>
            <w:r w:rsidRPr="00272BD0">
              <w:rPr>
                <w:rFonts w:cs="Times New Roman"/>
                <w:szCs w:val="28"/>
              </w:rPr>
              <w:t>мен</w:t>
            </w:r>
            <w:proofErr w:type="spellEnd"/>
            <w:r w:rsidRPr="00272BD0">
              <w:rPr>
                <w:rFonts w:cs="Times New Roman"/>
                <w:szCs w:val="28"/>
              </w:rPr>
              <w:t xml:space="preserve"> </w:t>
            </w:r>
            <w:proofErr w:type="spellStart"/>
            <w:r w:rsidRPr="00272BD0">
              <w:rPr>
                <w:rFonts w:cs="Times New Roman"/>
                <w:szCs w:val="28"/>
              </w:rPr>
              <w:t>маршруттарға</w:t>
            </w:r>
            <w:proofErr w:type="spellEnd"/>
            <w:r w:rsidRPr="00272BD0">
              <w:rPr>
                <w:rFonts w:cs="Times New Roman"/>
                <w:szCs w:val="28"/>
              </w:rPr>
              <w:t xml:space="preserve"> </w:t>
            </w:r>
            <w:proofErr w:type="spellStart"/>
            <w:r w:rsidRPr="00272BD0">
              <w:rPr>
                <w:rFonts w:cs="Times New Roman"/>
                <w:szCs w:val="28"/>
              </w:rPr>
              <w:t>қатысу</w:t>
            </w:r>
            <w:proofErr w:type="spellEnd"/>
          </w:p>
        </w:tc>
        <w:tc>
          <w:tcPr>
            <w:tcW w:w="0" w:type="auto"/>
            <w:vAlign w:val="center"/>
            <w:hideMark/>
          </w:tcPr>
          <w:p w14:paraId="29462BC1" w14:textId="77777777" w:rsidR="00D53DD4" w:rsidRPr="00272BD0"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төмен</w:t>
            </w:r>
            <w:proofErr w:type="spellEnd"/>
            <w:r w:rsidRPr="00272BD0">
              <w:rPr>
                <w:rFonts w:cs="Times New Roman"/>
                <w:szCs w:val="28"/>
              </w:rPr>
              <w:t xml:space="preserve"> </w:t>
            </w:r>
            <w:proofErr w:type="spellStart"/>
            <w:r w:rsidRPr="00272BD0">
              <w:rPr>
                <w:rFonts w:cs="Times New Roman"/>
                <w:szCs w:val="28"/>
              </w:rPr>
              <w:t>белсенділік</w:t>
            </w:r>
            <w:proofErr w:type="spellEnd"/>
            <w:r w:rsidRPr="00272BD0">
              <w:rPr>
                <w:rFonts w:cs="Times New Roman"/>
                <w:szCs w:val="28"/>
              </w:rPr>
              <w:t xml:space="preserve">; 4–7 </w:t>
            </w:r>
            <w:proofErr w:type="spellStart"/>
            <w:r w:rsidRPr="00272BD0">
              <w:rPr>
                <w:rFonts w:cs="Times New Roman"/>
                <w:szCs w:val="28"/>
              </w:rPr>
              <w:t>тұрақты</w:t>
            </w:r>
            <w:proofErr w:type="spellEnd"/>
            <w:r w:rsidRPr="00272BD0">
              <w:rPr>
                <w:rFonts w:cs="Times New Roman"/>
                <w:szCs w:val="28"/>
              </w:rPr>
              <w:t xml:space="preserve">; 8–10 </w:t>
            </w:r>
            <w:proofErr w:type="spellStart"/>
            <w:r w:rsidRPr="00272BD0">
              <w:rPr>
                <w:rFonts w:cs="Times New Roman"/>
                <w:szCs w:val="28"/>
              </w:rPr>
              <w:t>жоғары</w:t>
            </w:r>
            <w:proofErr w:type="spellEnd"/>
          </w:p>
        </w:tc>
        <w:tc>
          <w:tcPr>
            <w:tcW w:w="2057" w:type="dxa"/>
            <w:vAlign w:val="center"/>
            <w:hideMark/>
          </w:tcPr>
          <w:p w14:paraId="04096136" w14:textId="77777777" w:rsidR="00D53DD4" w:rsidRPr="00272BD0" w:rsidRDefault="00D53DD4" w:rsidP="00C46C6A">
            <w:pPr>
              <w:ind w:firstLine="0"/>
              <w:jc w:val="both"/>
              <w:rPr>
                <w:rFonts w:cs="Times New Roman"/>
                <w:szCs w:val="28"/>
                <w:lang w:val="kk-KZ"/>
              </w:rPr>
            </w:pPr>
            <w:proofErr w:type="spellStart"/>
            <w:r w:rsidRPr="00272BD0">
              <w:rPr>
                <w:rFonts w:cs="Times New Roman"/>
                <w:szCs w:val="28"/>
              </w:rPr>
              <w:t>Спортқа</w:t>
            </w:r>
            <w:proofErr w:type="spellEnd"/>
            <w:r w:rsidRPr="00272BD0">
              <w:rPr>
                <w:rFonts w:cs="Times New Roman"/>
                <w:szCs w:val="28"/>
              </w:rPr>
              <w:t xml:space="preserve"> </w:t>
            </w:r>
            <w:proofErr w:type="spellStart"/>
            <w:r w:rsidRPr="00272BD0">
              <w:rPr>
                <w:rFonts w:cs="Times New Roman"/>
                <w:szCs w:val="28"/>
              </w:rPr>
              <w:t>жауапты</w:t>
            </w:r>
            <w:proofErr w:type="spellEnd"/>
            <w:r w:rsidRPr="00272BD0">
              <w:rPr>
                <w:rFonts w:cs="Times New Roman"/>
                <w:szCs w:val="28"/>
              </w:rPr>
              <w:t xml:space="preserve"> </w:t>
            </w:r>
            <w:proofErr w:type="spellStart"/>
            <w:r w:rsidRPr="00272BD0">
              <w:rPr>
                <w:rFonts w:cs="Times New Roman"/>
                <w:szCs w:val="28"/>
              </w:rPr>
              <w:t>тұлға</w:t>
            </w:r>
            <w:proofErr w:type="spellEnd"/>
            <w:r w:rsidRPr="00272BD0">
              <w:rPr>
                <w:rFonts w:cs="Times New Roman"/>
                <w:szCs w:val="28"/>
              </w:rPr>
              <w:t xml:space="preserve">, </w:t>
            </w:r>
            <w:r>
              <w:rPr>
                <w:rFonts w:cs="Times New Roman"/>
                <w:szCs w:val="28"/>
                <w:lang w:val="kk-KZ"/>
              </w:rPr>
              <w:t>тәлімгерлер</w:t>
            </w:r>
          </w:p>
        </w:tc>
      </w:tr>
      <w:tr w:rsidR="00D53DD4" w:rsidRPr="00272BD0" w14:paraId="03BA22D8" w14:textId="77777777" w:rsidTr="00E56216">
        <w:trPr>
          <w:tblCellSpacing w:w="15" w:type="dxa"/>
        </w:trPr>
        <w:tc>
          <w:tcPr>
            <w:tcW w:w="0" w:type="auto"/>
            <w:vAlign w:val="center"/>
            <w:hideMark/>
          </w:tcPr>
          <w:p w14:paraId="7D0845EA"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Бағдарлау</w:t>
            </w:r>
            <w:proofErr w:type="spellEnd"/>
            <w:r w:rsidRPr="00272BD0">
              <w:rPr>
                <w:rFonts w:cs="Times New Roman"/>
                <w:szCs w:val="28"/>
              </w:rPr>
              <w:t xml:space="preserve"> </w:t>
            </w:r>
            <w:proofErr w:type="spellStart"/>
            <w:r w:rsidRPr="00272BD0">
              <w:rPr>
                <w:rFonts w:cs="Times New Roman"/>
                <w:szCs w:val="28"/>
              </w:rPr>
              <w:t>және</w:t>
            </w:r>
            <w:proofErr w:type="spellEnd"/>
            <w:r w:rsidRPr="00272BD0">
              <w:rPr>
                <w:rFonts w:cs="Times New Roman"/>
                <w:szCs w:val="28"/>
              </w:rPr>
              <w:t xml:space="preserve"> </w:t>
            </w:r>
            <w:proofErr w:type="spellStart"/>
            <w:r w:rsidRPr="00272BD0">
              <w:rPr>
                <w:rFonts w:cs="Times New Roman"/>
                <w:szCs w:val="28"/>
              </w:rPr>
              <w:t>маршруттар</w:t>
            </w:r>
            <w:proofErr w:type="spellEnd"/>
          </w:p>
        </w:tc>
        <w:tc>
          <w:tcPr>
            <w:tcW w:w="0" w:type="auto"/>
            <w:vAlign w:val="center"/>
            <w:hideMark/>
          </w:tcPr>
          <w:p w14:paraId="416F2A4D"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Бағдарды</w:t>
            </w:r>
            <w:proofErr w:type="spellEnd"/>
            <w:r w:rsidRPr="00272BD0">
              <w:rPr>
                <w:rFonts w:cs="Times New Roman"/>
                <w:szCs w:val="28"/>
              </w:rPr>
              <w:t xml:space="preserve"> </w:t>
            </w:r>
            <w:proofErr w:type="spellStart"/>
            <w:r w:rsidRPr="00272BD0">
              <w:rPr>
                <w:rFonts w:cs="Times New Roman"/>
                <w:szCs w:val="28"/>
              </w:rPr>
              <w:t>түсіну</w:t>
            </w:r>
            <w:proofErr w:type="spellEnd"/>
            <w:r w:rsidRPr="00272BD0">
              <w:rPr>
                <w:rFonts w:cs="Times New Roman"/>
                <w:szCs w:val="28"/>
              </w:rPr>
              <w:t xml:space="preserve">, </w:t>
            </w:r>
            <w:proofErr w:type="spellStart"/>
            <w:r w:rsidRPr="00272BD0">
              <w:rPr>
                <w:rFonts w:cs="Times New Roman"/>
                <w:szCs w:val="28"/>
              </w:rPr>
              <w:t>маршруттық</w:t>
            </w:r>
            <w:proofErr w:type="spellEnd"/>
            <w:r w:rsidRPr="00272BD0">
              <w:rPr>
                <w:rFonts w:cs="Times New Roman"/>
                <w:szCs w:val="28"/>
              </w:rPr>
              <w:t xml:space="preserve"> </w:t>
            </w:r>
            <w:proofErr w:type="spellStart"/>
            <w:r w:rsidRPr="00272BD0">
              <w:rPr>
                <w:rFonts w:cs="Times New Roman"/>
                <w:szCs w:val="28"/>
              </w:rPr>
              <w:t>тәртіп</w:t>
            </w:r>
            <w:proofErr w:type="spellEnd"/>
            <w:r w:rsidRPr="00272BD0">
              <w:rPr>
                <w:rFonts w:cs="Times New Roman"/>
                <w:szCs w:val="28"/>
              </w:rPr>
              <w:t xml:space="preserve">, </w:t>
            </w:r>
            <w:proofErr w:type="spellStart"/>
            <w:r w:rsidRPr="00272BD0">
              <w:rPr>
                <w:rFonts w:cs="Times New Roman"/>
                <w:szCs w:val="28"/>
              </w:rPr>
              <w:t>топпен</w:t>
            </w:r>
            <w:proofErr w:type="spellEnd"/>
            <w:r w:rsidRPr="00272BD0">
              <w:rPr>
                <w:rFonts w:cs="Times New Roman"/>
                <w:szCs w:val="28"/>
              </w:rPr>
              <w:t xml:space="preserve"> </w:t>
            </w:r>
            <w:proofErr w:type="spellStart"/>
            <w:r w:rsidRPr="00272BD0">
              <w:rPr>
                <w:rFonts w:cs="Times New Roman"/>
                <w:szCs w:val="28"/>
              </w:rPr>
              <w:t>жұмыс</w:t>
            </w:r>
            <w:proofErr w:type="spellEnd"/>
          </w:p>
        </w:tc>
        <w:tc>
          <w:tcPr>
            <w:tcW w:w="0" w:type="auto"/>
            <w:vAlign w:val="center"/>
            <w:hideMark/>
          </w:tcPr>
          <w:p w14:paraId="60B6B565" w14:textId="77777777" w:rsidR="00D53DD4" w:rsidRPr="00272BD0" w:rsidRDefault="00D53DD4" w:rsidP="00C46C6A">
            <w:pPr>
              <w:ind w:firstLine="0"/>
              <w:jc w:val="both"/>
              <w:rPr>
                <w:rFonts w:cs="Times New Roman"/>
                <w:szCs w:val="28"/>
              </w:rPr>
            </w:pPr>
            <w:proofErr w:type="spellStart"/>
            <w:r w:rsidRPr="00272BD0">
              <w:rPr>
                <w:rFonts w:cs="Times New Roman"/>
                <w:szCs w:val="28"/>
              </w:rPr>
              <w:t>Маршрут</w:t>
            </w:r>
            <w:proofErr w:type="spellEnd"/>
            <w:r w:rsidRPr="00272BD0">
              <w:rPr>
                <w:rFonts w:cs="Times New Roman"/>
                <w:szCs w:val="28"/>
              </w:rPr>
              <w:t xml:space="preserve"> </w:t>
            </w:r>
            <w:proofErr w:type="spellStart"/>
            <w:r w:rsidRPr="00272BD0">
              <w:rPr>
                <w:rFonts w:cs="Times New Roman"/>
                <w:szCs w:val="28"/>
              </w:rPr>
              <w:t>парақтары</w:t>
            </w:r>
            <w:proofErr w:type="spellEnd"/>
            <w:r w:rsidRPr="00272BD0">
              <w:rPr>
                <w:rFonts w:cs="Times New Roman"/>
                <w:szCs w:val="28"/>
              </w:rPr>
              <w:t xml:space="preserve">, </w:t>
            </w:r>
            <w:proofErr w:type="spellStart"/>
            <w:r w:rsidRPr="00272BD0">
              <w:rPr>
                <w:rFonts w:cs="Times New Roman"/>
                <w:szCs w:val="28"/>
              </w:rPr>
              <w:t>бақылау</w:t>
            </w:r>
            <w:proofErr w:type="spellEnd"/>
            <w:r w:rsidRPr="00272BD0">
              <w:rPr>
                <w:rFonts w:cs="Times New Roman"/>
                <w:szCs w:val="28"/>
              </w:rPr>
              <w:t xml:space="preserve">, </w:t>
            </w:r>
            <w:proofErr w:type="spellStart"/>
            <w:r w:rsidRPr="00272BD0">
              <w:rPr>
                <w:rFonts w:cs="Times New Roman"/>
                <w:szCs w:val="28"/>
              </w:rPr>
              <w:t>тапсырмалар</w:t>
            </w:r>
            <w:proofErr w:type="spellEnd"/>
          </w:p>
        </w:tc>
        <w:tc>
          <w:tcPr>
            <w:tcW w:w="0" w:type="auto"/>
            <w:vAlign w:val="center"/>
            <w:hideMark/>
          </w:tcPr>
          <w:p w14:paraId="5C59D355" w14:textId="77777777" w:rsidR="00D53DD4" w:rsidRPr="00272BD0"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жартылай</w:t>
            </w:r>
            <w:proofErr w:type="spellEnd"/>
            <w:r w:rsidRPr="00272BD0">
              <w:rPr>
                <w:rFonts w:cs="Times New Roman"/>
                <w:szCs w:val="28"/>
              </w:rPr>
              <w:t xml:space="preserve">; 4–7 </w:t>
            </w:r>
            <w:proofErr w:type="spellStart"/>
            <w:r w:rsidRPr="00272BD0">
              <w:rPr>
                <w:rFonts w:cs="Times New Roman"/>
                <w:szCs w:val="28"/>
              </w:rPr>
              <w:t>тұрақты</w:t>
            </w:r>
            <w:proofErr w:type="spellEnd"/>
            <w:r w:rsidRPr="00272BD0">
              <w:rPr>
                <w:rFonts w:cs="Times New Roman"/>
                <w:szCs w:val="28"/>
              </w:rPr>
              <w:t xml:space="preserve">; 8–10 </w:t>
            </w:r>
            <w:proofErr w:type="spellStart"/>
            <w:r w:rsidRPr="00272BD0">
              <w:rPr>
                <w:rFonts w:cs="Times New Roman"/>
                <w:szCs w:val="28"/>
              </w:rPr>
              <w:t>сенімді</w:t>
            </w:r>
            <w:proofErr w:type="spellEnd"/>
          </w:p>
        </w:tc>
        <w:tc>
          <w:tcPr>
            <w:tcW w:w="2057" w:type="dxa"/>
            <w:vAlign w:val="center"/>
            <w:hideMark/>
          </w:tcPr>
          <w:p w14:paraId="7D0D5671" w14:textId="77777777" w:rsidR="00D53DD4" w:rsidRPr="00272BD0" w:rsidRDefault="00D53DD4" w:rsidP="00C46C6A">
            <w:pPr>
              <w:ind w:firstLine="0"/>
              <w:jc w:val="both"/>
              <w:rPr>
                <w:rFonts w:cs="Times New Roman"/>
                <w:szCs w:val="28"/>
                <w:lang w:val="kk-KZ"/>
              </w:rPr>
            </w:pPr>
            <w:proofErr w:type="spellStart"/>
            <w:r w:rsidRPr="00272BD0">
              <w:rPr>
                <w:rFonts w:cs="Times New Roman"/>
                <w:szCs w:val="28"/>
              </w:rPr>
              <w:t>Педагогтер</w:t>
            </w:r>
            <w:proofErr w:type="spellEnd"/>
            <w:r w:rsidRPr="00272BD0">
              <w:rPr>
                <w:rFonts w:cs="Times New Roman"/>
                <w:szCs w:val="28"/>
              </w:rPr>
              <w:t xml:space="preserve">, </w:t>
            </w:r>
            <w:r>
              <w:rPr>
                <w:rFonts w:cs="Times New Roman"/>
                <w:szCs w:val="28"/>
                <w:lang w:val="kk-KZ"/>
              </w:rPr>
              <w:t>тәлімгерлер</w:t>
            </w:r>
          </w:p>
        </w:tc>
      </w:tr>
      <w:tr w:rsidR="00D53DD4" w:rsidRPr="00272BD0" w14:paraId="3C7E0C26" w14:textId="77777777" w:rsidTr="00E56216">
        <w:trPr>
          <w:tblCellSpacing w:w="15" w:type="dxa"/>
        </w:trPr>
        <w:tc>
          <w:tcPr>
            <w:tcW w:w="0" w:type="auto"/>
            <w:vAlign w:val="center"/>
            <w:hideMark/>
          </w:tcPr>
          <w:p w14:paraId="16D75A44" w14:textId="77777777" w:rsidR="00D53DD4" w:rsidRDefault="00D53DD4" w:rsidP="00C46C6A">
            <w:pPr>
              <w:ind w:firstLine="0"/>
              <w:jc w:val="both"/>
              <w:rPr>
                <w:rFonts w:cs="Times New Roman"/>
                <w:szCs w:val="28"/>
                <w:lang w:val="kk-KZ"/>
              </w:rPr>
            </w:pPr>
            <w:proofErr w:type="spellStart"/>
            <w:r w:rsidRPr="00272BD0">
              <w:rPr>
                <w:rFonts w:cs="Times New Roman"/>
                <w:szCs w:val="28"/>
              </w:rPr>
              <w:t>Туристік</w:t>
            </w:r>
            <w:proofErr w:type="spellEnd"/>
            <w:r w:rsidRPr="00272BD0">
              <w:rPr>
                <w:rFonts w:cs="Times New Roman"/>
                <w:szCs w:val="28"/>
              </w:rPr>
              <w:t xml:space="preserve"> </w:t>
            </w:r>
            <w:r>
              <w:rPr>
                <w:rFonts w:cs="Times New Roman"/>
                <w:szCs w:val="28"/>
                <w:lang w:val="kk-KZ"/>
              </w:rPr>
              <w:t>тәжірибелік</w:t>
            </w:r>
          </w:p>
          <w:p w14:paraId="5EAE931B" w14:textId="77777777" w:rsidR="00D53DD4" w:rsidRPr="00272BD0" w:rsidRDefault="00D53DD4" w:rsidP="00C46C6A">
            <w:pPr>
              <w:ind w:firstLine="0"/>
              <w:jc w:val="both"/>
              <w:rPr>
                <w:rFonts w:cs="Times New Roman"/>
                <w:szCs w:val="28"/>
              </w:rPr>
            </w:pPr>
            <w:proofErr w:type="spellStart"/>
            <w:r w:rsidRPr="00272BD0">
              <w:rPr>
                <w:rFonts w:cs="Times New Roman"/>
                <w:szCs w:val="28"/>
              </w:rPr>
              <w:t>дағдылар</w:t>
            </w:r>
            <w:proofErr w:type="spellEnd"/>
          </w:p>
        </w:tc>
        <w:tc>
          <w:tcPr>
            <w:tcW w:w="0" w:type="auto"/>
            <w:vAlign w:val="center"/>
            <w:hideMark/>
          </w:tcPr>
          <w:p w14:paraId="6A4E59AF" w14:textId="77777777" w:rsidR="00D53DD4" w:rsidRDefault="00D53DD4" w:rsidP="00C46C6A">
            <w:pPr>
              <w:ind w:firstLine="0"/>
              <w:jc w:val="both"/>
              <w:rPr>
                <w:rFonts w:cs="Times New Roman"/>
                <w:szCs w:val="28"/>
                <w:lang w:val="kk-KZ"/>
              </w:rPr>
            </w:pPr>
            <w:r>
              <w:rPr>
                <w:rFonts w:cs="Times New Roman"/>
                <w:szCs w:val="28"/>
                <w:lang w:val="kk-KZ"/>
              </w:rPr>
              <w:t>Тәжірибелер</w:t>
            </w:r>
          </w:p>
          <w:p w14:paraId="5AD37779" w14:textId="77777777" w:rsidR="00D53DD4" w:rsidRPr="00272BD0" w:rsidRDefault="00D53DD4" w:rsidP="00C46C6A">
            <w:pPr>
              <w:ind w:firstLine="0"/>
              <w:jc w:val="both"/>
              <w:rPr>
                <w:rFonts w:cs="Times New Roman"/>
                <w:szCs w:val="28"/>
              </w:rPr>
            </w:pPr>
            <w:proofErr w:type="spellStart"/>
            <w:r w:rsidRPr="00272BD0">
              <w:rPr>
                <w:rFonts w:cs="Times New Roman"/>
                <w:szCs w:val="28"/>
              </w:rPr>
              <w:t>тапсырмаларды</w:t>
            </w:r>
            <w:proofErr w:type="spellEnd"/>
            <w:r w:rsidRPr="00272BD0">
              <w:rPr>
                <w:rFonts w:cs="Times New Roman"/>
                <w:szCs w:val="28"/>
              </w:rPr>
              <w:t xml:space="preserve"> </w:t>
            </w:r>
            <w:proofErr w:type="spellStart"/>
            <w:r w:rsidRPr="00272BD0">
              <w:rPr>
                <w:rFonts w:cs="Times New Roman"/>
                <w:szCs w:val="28"/>
              </w:rPr>
              <w:t>орындау</w:t>
            </w:r>
            <w:proofErr w:type="spellEnd"/>
            <w:r w:rsidRPr="00272BD0">
              <w:rPr>
                <w:rFonts w:cs="Times New Roman"/>
                <w:szCs w:val="28"/>
              </w:rPr>
              <w:t xml:space="preserve">, </w:t>
            </w:r>
            <w:proofErr w:type="spellStart"/>
            <w:r w:rsidRPr="00272BD0">
              <w:rPr>
                <w:rFonts w:cs="Times New Roman"/>
                <w:szCs w:val="28"/>
              </w:rPr>
              <w:t>ұқыптылық</w:t>
            </w:r>
            <w:proofErr w:type="spellEnd"/>
            <w:r w:rsidRPr="00272BD0">
              <w:rPr>
                <w:rFonts w:cs="Times New Roman"/>
                <w:szCs w:val="28"/>
              </w:rPr>
              <w:t xml:space="preserve">, </w:t>
            </w:r>
            <w:proofErr w:type="spellStart"/>
            <w:r w:rsidRPr="00272BD0">
              <w:rPr>
                <w:rFonts w:cs="Times New Roman"/>
                <w:szCs w:val="28"/>
              </w:rPr>
              <w:t>қауіпсіздік</w:t>
            </w:r>
            <w:proofErr w:type="spellEnd"/>
          </w:p>
        </w:tc>
        <w:tc>
          <w:tcPr>
            <w:tcW w:w="0" w:type="auto"/>
            <w:vAlign w:val="center"/>
            <w:hideMark/>
          </w:tcPr>
          <w:p w14:paraId="7D9B422F" w14:textId="77777777" w:rsidR="00D53DD4" w:rsidRPr="00272BD0" w:rsidRDefault="00D53DD4" w:rsidP="00C46C6A">
            <w:pPr>
              <w:ind w:firstLine="0"/>
              <w:jc w:val="both"/>
              <w:rPr>
                <w:rFonts w:cs="Times New Roman"/>
                <w:szCs w:val="28"/>
              </w:rPr>
            </w:pPr>
            <w:proofErr w:type="spellStart"/>
            <w:r w:rsidRPr="00272BD0">
              <w:rPr>
                <w:rFonts w:cs="Times New Roman"/>
                <w:szCs w:val="28"/>
              </w:rPr>
              <w:t>Практикумдар</w:t>
            </w:r>
            <w:proofErr w:type="spellEnd"/>
            <w:r w:rsidRPr="00272BD0">
              <w:rPr>
                <w:rFonts w:cs="Times New Roman"/>
                <w:szCs w:val="28"/>
              </w:rPr>
              <w:t xml:space="preserve">, </w:t>
            </w:r>
            <w:proofErr w:type="spellStart"/>
            <w:r w:rsidRPr="00272BD0">
              <w:rPr>
                <w:rFonts w:cs="Times New Roman"/>
                <w:szCs w:val="28"/>
              </w:rPr>
              <w:t>станциялар</w:t>
            </w:r>
            <w:proofErr w:type="spellEnd"/>
            <w:r w:rsidRPr="00272BD0">
              <w:rPr>
                <w:rFonts w:cs="Times New Roman"/>
                <w:szCs w:val="28"/>
              </w:rPr>
              <w:t xml:space="preserve">, </w:t>
            </w:r>
            <w:proofErr w:type="spellStart"/>
            <w:r w:rsidRPr="00272BD0">
              <w:rPr>
                <w:rFonts w:cs="Times New Roman"/>
                <w:szCs w:val="28"/>
              </w:rPr>
              <w:t>бақылау</w:t>
            </w:r>
            <w:proofErr w:type="spellEnd"/>
          </w:p>
        </w:tc>
        <w:tc>
          <w:tcPr>
            <w:tcW w:w="0" w:type="auto"/>
            <w:vAlign w:val="center"/>
            <w:hideMark/>
          </w:tcPr>
          <w:p w14:paraId="4846EE20" w14:textId="77777777" w:rsidR="00D53DD4" w:rsidRPr="00272BD0"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қолдауды</w:t>
            </w:r>
            <w:proofErr w:type="spellEnd"/>
            <w:r w:rsidRPr="00272BD0">
              <w:rPr>
                <w:rFonts w:cs="Times New Roman"/>
                <w:szCs w:val="28"/>
              </w:rPr>
              <w:t xml:space="preserve"> </w:t>
            </w:r>
            <w:proofErr w:type="spellStart"/>
            <w:r w:rsidRPr="00272BD0">
              <w:rPr>
                <w:rFonts w:cs="Times New Roman"/>
                <w:szCs w:val="28"/>
              </w:rPr>
              <w:t>қажет</w:t>
            </w:r>
            <w:proofErr w:type="spellEnd"/>
            <w:r w:rsidRPr="00272BD0">
              <w:rPr>
                <w:rFonts w:cs="Times New Roman"/>
                <w:szCs w:val="28"/>
              </w:rPr>
              <w:t xml:space="preserve"> </w:t>
            </w:r>
            <w:proofErr w:type="spellStart"/>
            <w:r w:rsidRPr="00272BD0">
              <w:rPr>
                <w:rFonts w:cs="Times New Roman"/>
                <w:szCs w:val="28"/>
              </w:rPr>
              <w:t>етеді</w:t>
            </w:r>
            <w:proofErr w:type="spellEnd"/>
            <w:r w:rsidRPr="00272BD0">
              <w:rPr>
                <w:rFonts w:cs="Times New Roman"/>
                <w:szCs w:val="28"/>
              </w:rPr>
              <w:t xml:space="preserve">; 4–7 </w:t>
            </w:r>
            <w:proofErr w:type="spellStart"/>
            <w:r w:rsidRPr="00272BD0">
              <w:rPr>
                <w:rFonts w:cs="Times New Roman"/>
                <w:szCs w:val="28"/>
              </w:rPr>
              <w:t>жеткілікті</w:t>
            </w:r>
            <w:proofErr w:type="spellEnd"/>
            <w:r w:rsidRPr="00272BD0">
              <w:rPr>
                <w:rFonts w:cs="Times New Roman"/>
                <w:szCs w:val="28"/>
              </w:rPr>
              <w:t xml:space="preserve">; 8–10 </w:t>
            </w:r>
            <w:proofErr w:type="spellStart"/>
            <w:r w:rsidRPr="00272BD0">
              <w:rPr>
                <w:rFonts w:cs="Times New Roman"/>
                <w:szCs w:val="28"/>
              </w:rPr>
              <w:t>сенімді</w:t>
            </w:r>
            <w:proofErr w:type="spellEnd"/>
          </w:p>
        </w:tc>
        <w:tc>
          <w:tcPr>
            <w:tcW w:w="2057" w:type="dxa"/>
            <w:vAlign w:val="center"/>
            <w:hideMark/>
          </w:tcPr>
          <w:p w14:paraId="642A0E93"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Бағытқа</w:t>
            </w:r>
            <w:proofErr w:type="spellEnd"/>
            <w:r w:rsidRPr="00272BD0">
              <w:rPr>
                <w:rFonts w:cs="Times New Roman"/>
                <w:szCs w:val="28"/>
              </w:rPr>
              <w:t xml:space="preserve"> </w:t>
            </w:r>
            <w:proofErr w:type="spellStart"/>
            <w:r w:rsidRPr="00272BD0">
              <w:rPr>
                <w:rFonts w:cs="Times New Roman"/>
                <w:szCs w:val="28"/>
              </w:rPr>
              <w:t>жауапты</w:t>
            </w:r>
            <w:proofErr w:type="spellEnd"/>
            <w:r w:rsidRPr="00272BD0">
              <w:rPr>
                <w:rFonts w:cs="Times New Roman"/>
                <w:szCs w:val="28"/>
              </w:rPr>
              <w:t xml:space="preserve"> </w:t>
            </w:r>
            <w:proofErr w:type="spellStart"/>
            <w:r w:rsidRPr="00272BD0">
              <w:rPr>
                <w:rFonts w:cs="Times New Roman"/>
                <w:szCs w:val="28"/>
              </w:rPr>
              <w:t>тұлға</w:t>
            </w:r>
            <w:proofErr w:type="spellEnd"/>
          </w:p>
        </w:tc>
      </w:tr>
      <w:tr w:rsidR="00D53DD4" w:rsidRPr="00272BD0" w14:paraId="0AA70D0B" w14:textId="77777777" w:rsidTr="00E56216">
        <w:trPr>
          <w:tblCellSpacing w:w="15" w:type="dxa"/>
        </w:trPr>
        <w:tc>
          <w:tcPr>
            <w:tcW w:w="0" w:type="auto"/>
            <w:vAlign w:val="center"/>
            <w:hideMark/>
          </w:tcPr>
          <w:p w14:paraId="4AA4D31D" w14:textId="77777777" w:rsidR="00D53DD4" w:rsidRPr="00272BD0" w:rsidRDefault="00D53DD4" w:rsidP="00C46C6A">
            <w:pPr>
              <w:ind w:firstLine="0"/>
              <w:jc w:val="both"/>
              <w:rPr>
                <w:rFonts w:cs="Times New Roman"/>
                <w:szCs w:val="28"/>
              </w:rPr>
            </w:pPr>
            <w:proofErr w:type="spellStart"/>
            <w:r w:rsidRPr="00272BD0">
              <w:rPr>
                <w:rFonts w:cs="Times New Roman"/>
                <w:szCs w:val="28"/>
              </w:rPr>
              <w:t>Өлкетану</w:t>
            </w:r>
            <w:proofErr w:type="spellEnd"/>
            <w:r w:rsidRPr="00272BD0">
              <w:rPr>
                <w:rFonts w:cs="Times New Roman"/>
                <w:szCs w:val="28"/>
              </w:rPr>
              <w:t xml:space="preserve"> </w:t>
            </w:r>
            <w:proofErr w:type="spellStart"/>
            <w:r w:rsidRPr="00272BD0">
              <w:rPr>
                <w:rFonts w:cs="Times New Roman"/>
                <w:szCs w:val="28"/>
              </w:rPr>
              <w:t>және</w:t>
            </w:r>
            <w:proofErr w:type="spellEnd"/>
            <w:r w:rsidRPr="00272BD0">
              <w:rPr>
                <w:rFonts w:cs="Times New Roman"/>
                <w:szCs w:val="28"/>
              </w:rPr>
              <w:t xml:space="preserve"> </w:t>
            </w:r>
            <w:proofErr w:type="spellStart"/>
            <w:r w:rsidRPr="00272BD0">
              <w:rPr>
                <w:rFonts w:cs="Times New Roman"/>
                <w:szCs w:val="28"/>
              </w:rPr>
              <w:t>экология</w:t>
            </w:r>
            <w:proofErr w:type="spellEnd"/>
          </w:p>
        </w:tc>
        <w:tc>
          <w:tcPr>
            <w:tcW w:w="0" w:type="auto"/>
            <w:vAlign w:val="center"/>
            <w:hideMark/>
          </w:tcPr>
          <w:p w14:paraId="3043DA0D"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Бақылауларға</w:t>
            </w:r>
            <w:proofErr w:type="spellEnd"/>
            <w:r w:rsidRPr="00272BD0">
              <w:rPr>
                <w:rFonts w:cs="Times New Roman"/>
                <w:szCs w:val="28"/>
              </w:rPr>
              <w:t xml:space="preserve"> </w:t>
            </w:r>
            <w:proofErr w:type="spellStart"/>
            <w:r w:rsidRPr="00272BD0">
              <w:rPr>
                <w:rFonts w:cs="Times New Roman"/>
                <w:szCs w:val="28"/>
              </w:rPr>
              <w:t>қатысу</w:t>
            </w:r>
            <w:proofErr w:type="spellEnd"/>
            <w:r w:rsidRPr="00272BD0">
              <w:rPr>
                <w:rFonts w:cs="Times New Roman"/>
                <w:szCs w:val="28"/>
              </w:rPr>
              <w:t xml:space="preserve">, </w:t>
            </w:r>
            <w:proofErr w:type="spellStart"/>
            <w:r w:rsidRPr="00272BD0">
              <w:rPr>
                <w:rFonts w:cs="Times New Roman"/>
                <w:szCs w:val="28"/>
              </w:rPr>
              <w:t>табиғатқа</w:t>
            </w:r>
            <w:proofErr w:type="spellEnd"/>
            <w:r w:rsidRPr="00272BD0">
              <w:rPr>
                <w:rFonts w:cs="Times New Roman"/>
                <w:szCs w:val="28"/>
              </w:rPr>
              <w:t xml:space="preserve"> </w:t>
            </w:r>
            <w:proofErr w:type="spellStart"/>
            <w:r w:rsidRPr="00272BD0">
              <w:rPr>
                <w:rFonts w:cs="Times New Roman"/>
                <w:szCs w:val="28"/>
              </w:rPr>
              <w:t>ұқыпты</w:t>
            </w:r>
            <w:proofErr w:type="spellEnd"/>
            <w:r w:rsidRPr="00272BD0">
              <w:rPr>
                <w:rFonts w:cs="Times New Roman"/>
                <w:szCs w:val="28"/>
              </w:rPr>
              <w:t xml:space="preserve"> </w:t>
            </w:r>
            <w:proofErr w:type="spellStart"/>
            <w:r w:rsidRPr="00272BD0">
              <w:rPr>
                <w:rFonts w:cs="Times New Roman"/>
                <w:szCs w:val="28"/>
              </w:rPr>
              <w:t>қарау</w:t>
            </w:r>
            <w:proofErr w:type="spellEnd"/>
          </w:p>
        </w:tc>
        <w:tc>
          <w:tcPr>
            <w:tcW w:w="0" w:type="auto"/>
            <w:vAlign w:val="center"/>
            <w:hideMark/>
          </w:tcPr>
          <w:p w14:paraId="3610E862"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Бақылау</w:t>
            </w:r>
            <w:proofErr w:type="spellEnd"/>
            <w:r w:rsidRPr="00272BD0">
              <w:rPr>
                <w:rFonts w:cs="Times New Roman"/>
                <w:szCs w:val="28"/>
              </w:rPr>
              <w:t xml:space="preserve">, </w:t>
            </w:r>
            <w:proofErr w:type="spellStart"/>
            <w:r w:rsidRPr="00272BD0">
              <w:rPr>
                <w:rFonts w:cs="Times New Roman"/>
                <w:szCs w:val="28"/>
              </w:rPr>
              <w:t>бастамаларды</w:t>
            </w:r>
            <w:proofErr w:type="spellEnd"/>
            <w:r w:rsidRPr="00272BD0">
              <w:rPr>
                <w:rFonts w:cs="Times New Roman"/>
                <w:szCs w:val="28"/>
              </w:rPr>
              <w:t xml:space="preserve"> </w:t>
            </w:r>
            <w:proofErr w:type="spellStart"/>
            <w:r w:rsidRPr="00272BD0">
              <w:rPr>
                <w:rFonts w:cs="Times New Roman"/>
                <w:szCs w:val="28"/>
              </w:rPr>
              <w:t>талдау</w:t>
            </w:r>
            <w:proofErr w:type="spellEnd"/>
          </w:p>
        </w:tc>
        <w:tc>
          <w:tcPr>
            <w:tcW w:w="0" w:type="auto"/>
            <w:vAlign w:val="center"/>
            <w:hideMark/>
          </w:tcPr>
          <w:p w14:paraId="41AFD244" w14:textId="77777777" w:rsidR="00D53DD4"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фрагментті</w:t>
            </w:r>
            <w:proofErr w:type="spellEnd"/>
            <w:r w:rsidRPr="00272BD0">
              <w:rPr>
                <w:rFonts w:cs="Times New Roman"/>
                <w:szCs w:val="28"/>
              </w:rPr>
              <w:t xml:space="preserve">; 4–7 </w:t>
            </w:r>
            <w:proofErr w:type="spellStart"/>
            <w:r w:rsidRPr="00272BD0">
              <w:rPr>
                <w:rFonts w:cs="Times New Roman"/>
                <w:szCs w:val="28"/>
              </w:rPr>
              <w:t>тұрақты</w:t>
            </w:r>
            <w:proofErr w:type="spellEnd"/>
            <w:r w:rsidRPr="00272BD0">
              <w:rPr>
                <w:rFonts w:cs="Times New Roman"/>
                <w:szCs w:val="28"/>
              </w:rPr>
              <w:t xml:space="preserve">; </w:t>
            </w:r>
          </w:p>
          <w:p w14:paraId="11224C4E" w14:textId="77777777" w:rsidR="00D53DD4" w:rsidRPr="00272BD0" w:rsidRDefault="00D53DD4" w:rsidP="00C46C6A">
            <w:pPr>
              <w:ind w:firstLine="0"/>
              <w:jc w:val="both"/>
              <w:rPr>
                <w:rFonts w:cs="Times New Roman"/>
                <w:szCs w:val="28"/>
              </w:rPr>
            </w:pPr>
            <w:r w:rsidRPr="00272BD0">
              <w:rPr>
                <w:rFonts w:cs="Times New Roman"/>
                <w:szCs w:val="28"/>
              </w:rPr>
              <w:t xml:space="preserve">8–10 </w:t>
            </w:r>
            <w:proofErr w:type="spellStart"/>
            <w:r w:rsidRPr="00272BD0">
              <w:rPr>
                <w:rFonts w:cs="Times New Roman"/>
                <w:szCs w:val="28"/>
              </w:rPr>
              <w:t>бастамашыл</w:t>
            </w:r>
            <w:proofErr w:type="spellEnd"/>
          </w:p>
        </w:tc>
        <w:tc>
          <w:tcPr>
            <w:tcW w:w="2057" w:type="dxa"/>
            <w:vAlign w:val="center"/>
            <w:hideMark/>
          </w:tcPr>
          <w:p w14:paraId="6BD5F864" w14:textId="77777777" w:rsidR="00D53DD4" w:rsidRPr="00272BD0" w:rsidRDefault="00D53DD4" w:rsidP="00C46C6A">
            <w:pPr>
              <w:ind w:firstLine="0"/>
              <w:jc w:val="both"/>
              <w:rPr>
                <w:rFonts w:cs="Times New Roman"/>
                <w:szCs w:val="28"/>
                <w:lang w:val="kk-KZ"/>
              </w:rPr>
            </w:pPr>
            <w:proofErr w:type="spellStart"/>
            <w:r w:rsidRPr="00272BD0">
              <w:rPr>
                <w:rFonts w:cs="Times New Roman"/>
                <w:szCs w:val="28"/>
              </w:rPr>
              <w:t>Педагогтер</w:t>
            </w:r>
            <w:proofErr w:type="spellEnd"/>
            <w:r w:rsidRPr="00272BD0">
              <w:rPr>
                <w:rFonts w:cs="Times New Roman"/>
                <w:szCs w:val="28"/>
              </w:rPr>
              <w:t xml:space="preserve">, </w:t>
            </w:r>
            <w:r>
              <w:rPr>
                <w:rFonts w:cs="Times New Roman"/>
                <w:szCs w:val="28"/>
                <w:lang w:val="kk-KZ"/>
              </w:rPr>
              <w:t>тәлімгерлер</w:t>
            </w:r>
          </w:p>
        </w:tc>
      </w:tr>
      <w:tr w:rsidR="00D53DD4" w:rsidRPr="00272BD0" w14:paraId="240C26E1" w14:textId="77777777" w:rsidTr="00E56216">
        <w:trPr>
          <w:tblCellSpacing w:w="15" w:type="dxa"/>
        </w:trPr>
        <w:tc>
          <w:tcPr>
            <w:tcW w:w="0" w:type="auto"/>
            <w:vAlign w:val="center"/>
            <w:hideMark/>
          </w:tcPr>
          <w:p w14:paraId="45AC0416" w14:textId="77777777" w:rsidR="00D53DD4" w:rsidRPr="00272BD0" w:rsidRDefault="00D53DD4" w:rsidP="00C46C6A">
            <w:pPr>
              <w:ind w:firstLine="0"/>
              <w:jc w:val="both"/>
              <w:rPr>
                <w:rFonts w:cs="Times New Roman"/>
                <w:szCs w:val="28"/>
              </w:rPr>
            </w:pPr>
            <w:proofErr w:type="spellStart"/>
            <w:r w:rsidRPr="00272BD0">
              <w:rPr>
                <w:rFonts w:cs="Times New Roman"/>
                <w:szCs w:val="28"/>
              </w:rPr>
              <w:t>Командалық</w:t>
            </w:r>
            <w:proofErr w:type="spellEnd"/>
            <w:r w:rsidRPr="00272BD0">
              <w:rPr>
                <w:rFonts w:cs="Times New Roman"/>
                <w:szCs w:val="28"/>
              </w:rPr>
              <w:t xml:space="preserve"> </w:t>
            </w:r>
            <w:proofErr w:type="spellStart"/>
            <w:r w:rsidRPr="00272BD0">
              <w:rPr>
                <w:rFonts w:cs="Times New Roman"/>
                <w:szCs w:val="28"/>
              </w:rPr>
              <w:t>дағдылар</w:t>
            </w:r>
            <w:proofErr w:type="spellEnd"/>
          </w:p>
        </w:tc>
        <w:tc>
          <w:tcPr>
            <w:tcW w:w="0" w:type="auto"/>
            <w:vAlign w:val="center"/>
            <w:hideMark/>
          </w:tcPr>
          <w:p w14:paraId="73259675" w14:textId="77777777" w:rsidR="00D53DD4" w:rsidRPr="00272BD0" w:rsidRDefault="00D53DD4" w:rsidP="00C46C6A">
            <w:pPr>
              <w:ind w:firstLine="0"/>
              <w:jc w:val="both"/>
              <w:rPr>
                <w:rFonts w:cs="Times New Roman"/>
                <w:szCs w:val="28"/>
              </w:rPr>
            </w:pPr>
            <w:proofErr w:type="spellStart"/>
            <w:r w:rsidRPr="00272BD0">
              <w:rPr>
                <w:rFonts w:cs="Times New Roman"/>
                <w:szCs w:val="28"/>
              </w:rPr>
              <w:t>Ынтымақтастық</w:t>
            </w:r>
            <w:proofErr w:type="spellEnd"/>
            <w:r w:rsidRPr="00272BD0">
              <w:rPr>
                <w:rFonts w:cs="Times New Roman"/>
                <w:szCs w:val="28"/>
              </w:rPr>
              <w:t xml:space="preserve">, </w:t>
            </w:r>
            <w:proofErr w:type="spellStart"/>
            <w:r w:rsidRPr="00272BD0">
              <w:rPr>
                <w:rFonts w:cs="Times New Roman"/>
                <w:szCs w:val="28"/>
              </w:rPr>
              <w:t>өзара</w:t>
            </w:r>
            <w:proofErr w:type="spellEnd"/>
            <w:r w:rsidRPr="00272BD0">
              <w:rPr>
                <w:rFonts w:cs="Times New Roman"/>
                <w:szCs w:val="28"/>
              </w:rPr>
              <w:t xml:space="preserve"> </w:t>
            </w:r>
            <w:proofErr w:type="spellStart"/>
            <w:r w:rsidRPr="00272BD0">
              <w:rPr>
                <w:rFonts w:cs="Times New Roman"/>
                <w:szCs w:val="28"/>
              </w:rPr>
              <w:t>көмек</w:t>
            </w:r>
            <w:proofErr w:type="spellEnd"/>
            <w:r w:rsidRPr="00272BD0">
              <w:rPr>
                <w:rFonts w:cs="Times New Roman"/>
                <w:szCs w:val="28"/>
              </w:rPr>
              <w:t xml:space="preserve">, </w:t>
            </w:r>
            <w:proofErr w:type="spellStart"/>
            <w:r w:rsidRPr="00272BD0">
              <w:rPr>
                <w:rFonts w:cs="Times New Roman"/>
                <w:szCs w:val="28"/>
              </w:rPr>
              <w:t>жауапкершілік</w:t>
            </w:r>
            <w:proofErr w:type="spellEnd"/>
          </w:p>
        </w:tc>
        <w:tc>
          <w:tcPr>
            <w:tcW w:w="0" w:type="auto"/>
            <w:vAlign w:val="center"/>
            <w:hideMark/>
          </w:tcPr>
          <w:p w14:paraId="0409F7E0" w14:textId="77777777" w:rsidR="00D53DD4" w:rsidRPr="00272BD0" w:rsidRDefault="00D53DD4" w:rsidP="00C46C6A">
            <w:pPr>
              <w:ind w:firstLine="0"/>
              <w:jc w:val="both"/>
              <w:rPr>
                <w:rFonts w:cs="Times New Roman"/>
                <w:szCs w:val="28"/>
              </w:rPr>
            </w:pPr>
            <w:proofErr w:type="spellStart"/>
            <w:r w:rsidRPr="00272BD0">
              <w:rPr>
                <w:rFonts w:cs="Times New Roman"/>
                <w:szCs w:val="28"/>
              </w:rPr>
              <w:t>Бақылау</w:t>
            </w:r>
            <w:proofErr w:type="spellEnd"/>
            <w:r w:rsidRPr="00272BD0">
              <w:rPr>
                <w:rFonts w:cs="Times New Roman"/>
                <w:szCs w:val="28"/>
              </w:rPr>
              <w:t xml:space="preserve">, </w:t>
            </w:r>
            <w:r>
              <w:rPr>
                <w:rFonts w:cs="Times New Roman"/>
                <w:szCs w:val="28"/>
                <w:lang w:val="kk-KZ"/>
              </w:rPr>
              <w:t>кері байланыс</w:t>
            </w:r>
          </w:p>
        </w:tc>
        <w:tc>
          <w:tcPr>
            <w:tcW w:w="0" w:type="auto"/>
            <w:vAlign w:val="center"/>
            <w:hideMark/>
          </w:tcPr>
          <w:p w14:paraId="0D76F91C" w14:textId="77777777" w:rsidR="00D53DD4" w:rsidRPr="00272BD0"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қолдауды</w:t>
            </w:r>
            <w:proofErr w:type="spellEnd"/>
            <w:r w:rsidRPr="00272BD0">
              <w:rPr>
                <w:rFonts w:cs="Times New Roman"/>
                <w:szCs w:val="28"/>
              </w:rPr>
              <w:t xml:space="preserve"> </w:t>
            </w:r>
            <w:proofErr w:type="spellStart"/>
            <w:r w:rsidRPr="00272BD0">
              <w:rPr>
                <w:rFonts w:cs="Times New Roman"/>
                <w:szCs w:val="28"/>
              </w:rPr>
              <w:t>қажет</w:t>
            </w:r>
            <w:proofErr w:type="spellEnd"/>
            <w:r w:rsidRPr="00272BD0">
              <w:rPr>
                <w:rFonts w:cs="Times New Roman"/>
                <w:szCs w:val="28"/>
              </w:rPr>
              <w:t xml:space="preserve"> </w:t>
            </w:r>
            <w:proofErr w:type="spellStart"/>
            <w:r w:rsidRPr="00272BD0">
              <w:rPr>
                <w:rFonts w:cs="Times New Roman"/>
                <w:szCs w:val="28"/>
              </w:rPr>
              <w:t>етеді</w:t>
            </w:r>
            <w:proofErr w:type="spellEnd"/>
            <w:r w:rsidRPr="00272BD0">
              <w:rPr>
                <w:rFonts w:cs="Times New Roman"/>
                <w:szCs w:val="28"/>
              </w:rPr>
              <w:t xml:space="preserve">; </w:t>
            </w:r>
            <w:r w:rsidRPr="00272BD0">
              <w:rPr>
                <w:rFonts w:cs="Times New Roman"/>
                <w:szCs w:val="28"/>
              </w:rPr>
              <w:lastRenderedPageBreak/>
              <w:t xml:space="preserve">4–7 </w:t>
            </w:r>
            <w:proofErr w:type="spellStart"/>
            <w:r w:rsidRPr="00272BD0">
              <w:rPr>
                <w:rFonts w:cs="Times New Roman"/>
                <w:szCs w:val="28"/>
              </w:rPr>
              <w:t>дамуда</w:t>
            </w:r>
            <w:proofErr w:type="spellEnd"/>
            <w:r w:rsidRPr="00272BD0">
              <w:rPr>
                <w:rFonts w:cs="Times New Roman"/>
                <w:szCs w:val="28"/>
              </w:rPr>
              <w:t xml:space="preserve">; 8–10 </w:t>
            </w:r>
            <w:proofErr w:type="spellStart"/>
            <w:r w:rsidRPr="00272BD0">
              <w:rPr>
                <w:rFonts w:cs="Times New Roman"/>
                <w:szCs w:val="28"/>
              </w:rPr>
              <w:t>айқын</w:t>
            </w:r>
            <w:proofErr w:type="spellEnd"/>
          </w:p>
        </w:tc>
        <w:tc>
          <w:tcPr>
            <w:tcW w:w="2057" w:type="dxa"/>
            <w:vAlign w:val="center"/>
            <w:hideMark/>
          </w:tcPr>
          <w:p w14:paraId="283F6B82" w14:textId="77777777" w:rsidR="00D53DD4" w:rsidRPr="00272BD0" w:rsidRDefault="00D53DD4" w:rsidP="00C46C6A">
            <w:pPr>
              <w:ind w:firstLine="0"/>
              <w:jc w:val="both"/>
              <w:rPr>
                <w:rFonts w:cs="Times New Roman"/>
                <w:szCs w:val="28"/>
              </w:rPr>
            </w:pPr>
            <w:r>
              <w:rPr>
                <w:rFonts w:cs="Times New Roman"/>
                <w:szCs w:val="28"/>
                <w:lang w:val="kk-KZ"/>
              </w:rPr>
              <w:lastRenderedPageBreak/>
              <w:t>Тәлімгерлер</w:t>
            </w:r>
            <w:r w:rsidRPr="00272BD0">
              <w:rPr>
                <w:rFonts w:cs="Times New Roman"/>
                <w:szCs w:val="28"/>
              </w:rPr>
              <w:t xml:space="preserve">, </w:t>
            </w:r>
            <w:proofErr w:type="spellStart"/>
            <w:r w:rsidRPr="00272BD0">
              <w:rPr>
                <w:rFonts w:cs="Times New Roman"/>
                <w:szCs w:val="28"/>
              </w:rPr>
              <w:t>тәрбиешілер</w:t>
            </w:r>
            <w:proofErr w:type="spellEnd"/>
          </w:p>
        </w:tc>
      </w:tr>
      <w:tr w:rsidR="00D53DD4" w:rsidRPr="00272BD0" w14:paraId="4354B741" w14:textId="77777777" w:rsidTr="00E56216">
        <w:trPr>
          <w:tblCellSpacing w:w="15" w:type="dxa"/>
        </w:trPr>
        <w:tc>
          <w:tcPr>
            <w:tcW w:w="0" w:type="auto"/>
            <w:vAlign w:val="center"/>
            <w:hideMark/>
          </w:tcPr>
          <w:p w14:paraId="013C589D" w14:textId="77777777" w:rsidR="00D53DD4" w:rsidRPr="00272BD0" w:rsidRDefault="00D53DD4" w:rsidP="00C46C6A">
            <w:pPr>
              <w:ind w:firstLine="0"/>
              <w:jc w:val="both"/>
              <w:rPr>
                <w:rFonts w:cs="Times New Roman"/>
                <w:szCs w:val="28"/>
                <w:lang w:val="kk-KZ"/>
              </w:rPr>
            </w:pPr>
            <w:proofErr w:type="spellStart"/>
            <w:r w:rsidRPr="00272BD0">
              <w:rPr>
                <w:rFonts w:cs="Times New Roman"/>
                <w:szCs w:val="28"/>
              </w:rPr>
              <w:t>Эмоционалдық</w:t>
            </w:r>
            <w:proofErr w:type="spellEnd"/>
            <w:r w:rsidRPr="00272BD0">
              <w:rPr>
                <w:rFonts w:cs="Times New Roman"/>
                <w:szCs w:val="28"/>
              </w:rPr>
              <w:t xml:space="preserve"> </w:t>
            </w:r>
            <w:r>
              <w:rPr>
                <w:rFonts w:cs="Times New Roman"/>
                <w:szCs w:val="28"/>
                <w:lang w:val="kk-KZ"/>
              </w:rPr>
              <w:t>салауат</w:t>
            </w:r>
          </w:p>
        </w:tc>
        <w:tc>
          <w:tcPr>
            <w:tcW w:w="0" w:type="auto"/>
            <w:vAlign w:val="center"/>
            <w:hideMark/>
          </w:tcPr>
          <w:p w14:paraId="03202E78" w14:textId="77777777" w:rsidR="00D53DD4" w:rsidRPr="003F6B43" w:rsidRDefault="00D53DD4" w:rsidP="00C46C6A">
            <w:pPr>
              <w:ind w:firstLine="0"/>
              <w:jc w:val="both"/>
              <w:rPr>
                <w:rFonts w:cs="Times New Roman"/>
                <w:szCs w:val="28"/>
                <w:lang w:val="kk-KZ"/>
              </w:rPr>
            </w:pPr>
            <w:r w:rsidRPr="003F6B43">
              <w:rPr>
                <w:rFonts w:cs="Times New Roman"/>
                <w:szCs w:val="28"/>
                <w:lang w:val="kk-KZ"/>
              </w:rPr>
              <w:t>Көңіл-күй, жайлылық, жанжалдардың азаюы</w:t>
            </w:r>
          </w:p>
        </w:tc>
        <w:tc>
          <w:tcPr>
            <w:tcW w:w="0" w:type="auto"/>
            <w:vAlign w:val="center"/>
            <w:hideMark/>
          </w:tcPr>
          <w:p w14:paraId="04A36440" w14:textId="77777777" w:rsidR="00D53DD4" w:rsidRPr="00272BD0" w:rsidRDefault="00D53DD4" w:rsidP="00C46C6A">
            <w:pPr>
              <w:ind w:firstLine="0"/>
              <w:jc w:val="both"/>
              <w:rPr>
                <w:rFonts w:cs="Times New Roman"/>
                <w:szCs w:val="28"/>
              </w:rPr>
            </w:pPr>
            <w:proofErr w:type="spellStart"/>
            <w:r w:rsidRPr="00272BD0">
              <w:rPr>
                <w:rFonts w:cs="Times New Roman"/>
                <w:szCs w:val="28"/>
              </w:rPr>
              <w:t>Әңгімелесу</w:t>
            </w:r>
            <w:proofErr w:type="spellEnd"/>
            <w:r w:rsidRPr="00272BD0">
              <w:rPr>
                <w:rFonts w:cs="Times New Roman"/>
                <w:szCs w:val="28"/>
              </w:rPr>
              <w:t xml:space="preserve">, </w:t>
            </w:r>
            <w:r>
              <w:rPr>
                <w:rFonts w:cs="Times New Roman"/>
                <w:szCs w:val="28"/>
                <w:lang w:val="kk-KZ"/>
              </w:rPr>
              <w:t>кері байланыс</w:t>
            </w:r>
            <w:r w:rsidRPr="00272BD0">
              <w:rPr>
                <w:rFonts w:cs="Times New Roman"/>
                <w:szCs w:val="28"/>
              </w:rPr>
              <w:t xml:space="preserve">, </w:t>
            </w:r>
            <w:proofErr w:type="spellStart"/>
            <w:r w:rsidRPr="00272BD0">
              <w:rPr>
                <w:rFonts w:cs="Times New Roman"/>
                <w:szCs w:val="28"/>
              </w:rPr>
              <w:t>бақылау</w:t>
            </w:r>
            <w:proofErr w:type="spellEnd"/>
          </w:p>
        </w:tc>
        <w:tc>
          <w:tcPr>
            <w:tcW w:w="0" w:type="auto"/>
            <w:vAlign w:val="center"/>
            <w:hideMark/>
          </w:tcPr>
          <w:p w14:paraId="0B49A223" w14:textId="77777777" w:rsidR="00D53DD4"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алаңдаулы</w:t>
            </w:r>
            <w:proofErr w:type="spellEnd"/>
            <w:r w:rsidRPr="00272BD0">
              <w:rPr>
                <w:rFonts w:cs="Times New Roman"/>
                <w:szCs w:val="28"/>
              </w:rPr>
              <w:t xml:space="preserve">; 4–7 </w:t>
            </w:r>
            <w:proofErr w:type="spellStart"/>
            <w:r w:rsidRPr="00272BD0">
              <w:rPr>
                <w:rFonts w:cs="Times New Roman"/>
                <w:szCs w:val="28"/>
              </w:rPr>
              <w:t>тұрақты</w:t>
            </w:r>
            <w:proofErr w:type="spellEnd"/>
            <w:r w:rsidRPr="00272BD0">
              <w:rPr>
                <w:rFonts w:cs="Times New Roman"/>
                <w:szCs w:val="28"/>
              </w:rPr>
              <w:t xml:space="preserve">; </w:t>
            </w:r>
          </w:p>
          <w:p w14:paraId="22DDCA5E" w14:textId="77777777" w:rsidR="00D53DD4" w:rsidRPr="00272BD0" w:rsidRDefault="00D53DD4" w:rsidP="00C46C6A">
            <w:pPr>
              <w:ind w:firstLine="0"/>
              <w:jc w:val="both"/>
              <w:rPr>
                <w:rFonts w:cs="Times New Roman"/>
                <w:szCs w:val="28"/>
              </w:rPr>
            </w:pPr>
            <w:r w:rsidRPr="00272BD0">
              <w:rPr>
                <w:rFonts w:cs="Times New Roman"/>
                <w:szCs w:val="28"/>
              </w:rPr>
              <w:t xml:space="preserve">8–10 </w:t>
            </w:r>
            <w:proofErr w:type="spellStart"/>
            <w:r w:rsidRPr="00272BD0">
              <w:rPr>
                <w:rFonts w:cs="Times New Roman"/>
                <w:szCs w:val="28"/>
              </w:rPr>
              <w:t>жайлы</w:t>
            </w:r>
            <w:proofErr w:type="spellEnd"/>
          </w:p>
        </w:tc>
        <w:tc>
          <w:tcPr>
            <w:tcW w:w="2057" w:type="dxa"/>
            <w:vAlign w:val="center"/>
            <w:hideMark/>
          </w:tcPr>
          <w:p w14:paraId="31A934A0" w14:textId="77777777" w:rsidR="00D53DD4" w:rsidRPr="00272BD0" w:rsidRDefault="00D53DD4" w:rsidP="00C46C6A">
            <w:pPr>
              <w:ind w:firstLine="0"/>
              <w:jc w:val="both"/>
              <w:rPr>
                <w:rFonts w:cs="Times New Roman"/>
                <w:szCs w:val="28"/>
              </w:rPr>
            </w:pPr>
            <w:r>
              <w:rPr>
                <w:rFonts w:cs="Times New Roman"/>
                <w:szCs w:val="28"/>
                <w:lang w:val="kk-KZ"/>
              </w:rPr>
              <w:t>Тәлімгерлер</w:t>
            </w:r>
            <w:r w:rsidRPr="00272BD0">
              <w:rPr>
                <w:rFonts w:cs="Times New Roman"/>
                <w:szCs w:val="28"/>
              </w:rPr>
              <w:t xml:space="preserve">, </w:t>
            </w:r>
            <w:proofErr w:type="spellStart"/>
            <w:r w:rsidRPr="00272BD0">
              <w:rPr>
                <w:rFonts w:cs="Times New Roman"/>
                <w:szCs w:val="28"/>
              </w:rPr>
              <w:t>психолог</w:t>
            </w:r>
            <w:proofErr w:type="spellEnd"/>
            <w:r w:rsidRPr="00272BD0">
              <w:rPr>
                <w:rFonts w:cs="Times New Roman"/>
                <w:szCs w:val="28"/>
              </w:rPr>
              <w:t xml:space="preserve"> (</w:t>
            </w:r>
            <w:proofErr w:type="spellStart"/>
            <w:r w:rsidRPr="00272BD0">
              <w:rPr>
                <w:rFonts w:cs="Times New Roman"/>
                <w:szCs w:val="28"/>
              </w:rPr>
              <w:t>болған</w:t>
            </w:r>
            <w:proofErr w:type="spellEnd"/>
            <w:r w:rsidRPr="00272BD0">
              <w:rPr>
                <w:rFonts w:cs="Times New Roman"/>
                <w:szCs w:val="28"/>
              </w:rPr>
              <w:t xml:space="preserve"> </w:t>
            </w:r>
            <w:proofErr w:type="spellStart"/>
            <w:r w:rsidRPr="00272BD0">
              <w:rPr>
                <w:rFonts w:cs="Times New Roman"/>
                <w:szCs w:val="28"/>
              </w:rPr>
              <w:t>жағдайда</w:t>
            </w:r>
            <w:proofErr w:type="spellEnd"/>
            <w:r w:rsidRPr="00272BD0">
              <w:rPr>
                <w:rFonts w:cs="Times New Roman"/>
                <w:szCs w:val="28"/>
              </w:rPr>
              <w:t>)</w:t>
            </w:r>
          </w:p>
        </w:tc>
      </w:tr>
      <w:tr w:rsidR="00D53DD4" w:rsidRPr="00272BD0" w14:paraId="6DEFF995" w14:textId="77777777" w:rsidTr="00E56216">
        <w:trPr>
          <w:tblCellSpacing w:w="15" w:type="dxa"/>
        </w:trPr>
        <w:tc>
          <w:tcPr>
            <w:tcW w:w="0" w:type="auto"/>
            <w:vAlign w:val="center"/>
            <w:hideMark/>
          </w:tcPr>
          <w:p w14:paraId="240701A2" w14:textId="77777777" w:rsidR="00D53DD4" w:rsidRPr="00272BD0" w:rsidRDefault="00D53DD4" w:rsidP="00C46C6A">
            <w:pPr>
              <w:ind w:firstLine="0"/>
              <w:jc w:val="both"/>
              <w:rPr>
                <w:rFonts w:cs="Times New Roman"/>
                <w:szCs w:val="28"/>
              </w:rPr>
            </w:pPr>
            <w:proofErr w:type="spellStart"/>
            <w:r w:rsidRPr="00272BD0">
              <w:rPr>
                <w:rFonts w:cs="Times New Roman"/>
                <w:szCs w:val="28"/>
              </w:rPr>
              <w:t>Қанағаттану</w:t>
            </w:r>
            <w:proofErr w:type="spellEnd"/>
            <w:r w:rsidRPr="00272BD0">
              <w:rPr>
                <w:rFonts w:cs="Times New Roman"/>
                <w:szCs w:val="28"/>
              </w:rPr>
              <w:t xml:space="preserve"> </w:t>
            </w:r>
            <w:proofErr w:type="spellStart"/>
            <w:r w:rsidRPr="00272BD0">
              <w:rPr>
                <w:rFonts w:cs="Times New Roman"/>
                <w:szCs w:val="28"/>
              </w:rPr>
              <w:t>деңгейі</w:t>
            </w:r>
            <w:proofErr w:type="spellEnd"/>
          </w:p>
        </w:tc>
        <w:tc>
          <w:tcPr>
            <w:tcW w:w="0" w:type="auto"/>
            <w:vAlign w:val="center"/>
            <w:hideMark/>
          </w:tcPr>
          <w:p w14:paraId="3BD66AE2" w14:textId="77777777" w:rsidR="00D53DD4" w:rsidRPr="00272BD0" w:rsidRDefault="00D53DD4" w:rsidP="00C46C6A">
            <w:pPr>
              <w:ind w:firstLine="0"/>
              <w:jc w:val="both"/>
              <w:rPr>
                <w:rFonts w:cs="Times New Roman"/>
                <w:szCs w:val="28"/>
              </w:rPr>
            </w:pPr>
            <w:proofErr w:type="spellStart"/>
            <w:r w:rsidRPr="00272BD0">
              <w:rPr>
                <w:rFonts w:cs="Times New Roman"/>
                <w:szCs w:val="28"/>
              </w:rPr>
              <w:t>Ауысымға</w:t>
            </w:r>
            <w:proofErr w:type="spellEnd"/>
            <w:r w:rsidRPr="00272BD0">
              <w:rPr>
                <w:rFonts w:cs="Times New Roman"/>
                <w:szCs w:val="28"/>
              </w:rPr>
              <w:t xml:space="preserve">, </w:t>
            </w:r>
            <w:proofErr w:type="spellStart"/>
            <w:r w:rsidRPr="00272BD0">
              <w:rPr>
                <w:rFonts w:cs="Times New Roman"/>
                <w:szCs w:val="28"/>
              </w:rPr>
              <w:t>жағдайларға</w:t>
            </w:r>
            <w:proofErr w:type="spellEnd"/>
            <w:r w:rsidRPr="00272BD0">
              <w:rPr>
                <w:rFonts w:cs="Times New Roman"/>
                <w:szCs w:val="28"/>
              </w:rPr>
              <w:t xml:space="preserve"> </w:t>
            </w:r>
            <w:proofErr w:type="spellStart"/>
            <w:r w:rsidRPr="00272BD0">
              <w:rPr>
                <w:rFonts w:cs="Times New Roman"/>
                <w:szCs w:val="28"/>
              </w:rPr>
              <w:t>және</w:t>
            </w:r>
            <w:proofErr w:type="spellEnd"/>
            <w:r w:rsidRPr="00272BD0">
              <w:rPr>
                <w:rFonts w:cs="Times New Roman"/>
                <w:szCs w:val="28"/>
              </w:rPr>
              <w:t xml:space="preserve"> </w:t>
            </w:r>
            <w:proofErr w:type="spellStart"/>
            <w:r w:rsidRPr="00272BD0">
              <w:rPr>
                <w:rFonts w:cs="Times New Roman"/>
                <w:szCs w:val="28"/>
              </w:rPr>
              <w:t>іс-шараларға</w:t>
            </w:r>
            <w:proofErr w:type="spellEnd"/>
            <w:r w:rsidRPr="00272BD0">
              <w:rPr>
                <w:rFonts w:cs="Times New Roman"/>
                <w:szCs w:val="28"/>
              </w:rPr>
              <w:t xml:space="preserve"> </w:t>
            </w:r>
            <w:proofErr w:type="spellStart"/>
            <w:r w:rsidRPr="00272BD0">
              <w:rPr>
                <w:rFonts w:cs="Times New Roman"/>
                <w:szCs w:val="28"/>
              </w:rPr>
              <w:t>қатынасы</w:t>
            </w:r>
            <w:proofErr w:type="spellEnd"/>
          </w:p>
        </w:tc>
        <w:tc>
          <w:tcPr>
            <w:tcW w:w="0" w:type="auto"/>
            <w:vAlign w:val="center"/>
            <w:hideMark/>
          </w:tcPr>
          <w:p w14:paraId="2BCF416F" w14:textId="77777777" w:rsidR="00D53DD4" w:rsidRPr="00272BD0" w:rsidRDefault="00D53DD4" w:rsidP="00C46C6A">
            <w:pPr>
              <w:ind w:firstLine="0"/>
              <w:jc w:val="both"/>
              <w:rPr>
                <w:rFonts w:cs="Times New Roman"/>
                <w:szCs w:val="28"/>
              </w:rPr>
            </w:pPr>
            <w:proofErr w:type="spellStart"/>
            <w:r w:rsidRPr="00272BD0">
              <w:rPr>
                <w:rFonts w:cs="Times New Roman"/>
                <w:szCs w:val="28"/>
              </w:rPr>
              <w:t>Сауалнама</w:t>
            </w:r>
            <w:proofErr w:type="spellEnd"/>
            <w:r w:rsidRPr="00272BD0">
              <w:rPr>
                <w:rFonts w:cs="Times New Roman"/>
                <w:szCs w:val="28"/>
              </w:rPr>
              <w:t xml:space="preserve">, </w:t>
            </w:r>
            <w:proofErr w:type="spellStart"/>
            <w:r w:rsidRPr="00272BD0">
              <w:rPr>
                <w:rFonts w:cs="Times New Roman"/>
                <w:szCs w:val="28"/>
              </w:rPr>
              <w:t>кері</w:t>
            </w:r>
            <w:proofErr w:type="spellEnd"/>
            <w:r w:rsidRPr="00272BD0">
              <w:rPr>
                <w:rFonts w:cs="Times New Roman"/>
                <w:szCs w:val="28"/>
              </w:rPr>
              <w:t xml:space="preserve"> </w:t>
            </w:r>
            <w:proofErr w:type="spellStart"/>
            <w:r w:rsidRPr="00272BD0">
              <w:rPr>
                <w:rFonts w:cs="Times New Roman"/>
                <w:szCs w:val="28"/>
              </w:rPr>
              <w:t>байланыс</w:t>
            </w:r>
            <w:proofErr w:type="spellEnd"/>
          </w:p>
        </w:tc>
        <w:tc>
          <w:tcPr>
            <w:tcW w:w="0" w:type="auto"/>
            <w:vAlign w:val="center"/>
            <w:hideMark/>
          </w:tcPr>
          <w:p w14:paraId="490E174A" w14:textId="77777777" w:rsidR="00D53DD4" w:rsidRPr="00272BD0" w:rsidRDefault="00D53DD4" w:rsidP="00C46C6A">
            <w:pPr>
              <w:ind w:firstLine="0"/>
              <w:jc w:val="both"/>
              <w:rPr>
                <w:rFonts w:cs="Times New Roman"/>
                <w:szCs w:val="28"/>
              </w:rPr>
            </w:pPr>
            <w:r w:rsidRPr="00272BD0">
              <w:rPr>
                <w:rFonts w:cs="Times New Roman"/>
                <w:szCs w:val="28"/>
              </w:rPr>
              <w:t xml:space="preserve">1–3 </w:t>
            </w:r>
            <w:proofErr w:type="spellStart"/>
            <w:r w:rsidRPr="00272BD0">
              <w:rPr>
                <w:rFonts w:cs="Times New Roman"/>
                <w:szCs w:val="28"/>
              </w:rPr>
              <w:t>төмен</w:t>
            </w:r>
            <w:proofErr w:type="spellEnd"/>
            <w:r w:rsidRPr="00272BD0">
              <w:rPr>
                <w:rFonts w:cs="Times New Roman"/>
                <w:szCs w:val="28"/>
              </w:rPr>
              <w:t xml:space="preserve">; 4–7 </w:t>
            </w:r>
            <w:proofErr w:type="spellStart"/>
            <w:r w:rsidRPr="00272BD0">
              <w:rPr>
                <w:rFonts w:cs="Times New Roman"/>
                <w:szCs w:val="28"/>
              </w:rPr>
              <w:t>жеткілікті</w:t>
            </w:r>
            <w:proofErr w:type="spellEnd"/>
            <w:r w:rsidRPr="00272BD0">
              <w:rPr>
                <w:rFonts w:cs="Times New Roman"/>
                <w:szCs w:val="28"/>
              </w:rPr>
              <w:t xml:space="preserve">; 8–10 </w:t>
            </w:r>
            <w:proofErr w:type="spellStart"/>
            <w:r w:rsidRPr="00272BD0">
              <w:rPr>
                <w:rFonts w:cs="Times New Roman"/>
                <w:szCs w:val="28"/>
              </w:rPr>
              <w:t>жоғары</w:t>
            </w:r>
            <w:proofErr w:type="spellEnd"/>
          </w:p>
        </w:tc>
        <w:tc>
          <w:tcPr>
            <w:tcW w:w="2057" w:type="dxa"/>
            <w:vAlign w:val="center"/>
            <w:hideMark/>
          </w:tcPr>
          <w:p w14:paraId="3CA0552A" w14:textId="77777777" w:rsidR="00D53DD4" w:rsidRPr="00272BD0" w:rsidRDefault="00D53DD4" w:rsidP="00C46C6A">
            <w:pPr>
              <w:ind w:firstLine="0"/>
              <w:jc w:val="both"/>
              <w:rPr>
                <w:rFonts w:cs="Times New Roman"/>
                <w:szCs w:val="28"/>
              </w:rPr>
            </w:pPr>
            <w:proofErr w:type="spellStart"/>
            <w:r w:rsidRPr="00272BD0">
              <w:rPr>
                <w:rFonts w:cs="Times New Roman"/>
                <w:szCs w:val="28"/>
              </w:rPr>
              <w:t>Әкімшілік</w:t>
            </w:r>
            <w:proofErr w:type="spellEnd"/>
            <w:r w:rsidRPr="00272BD0">
              <w:rPr>
                <w:rFonts w:cs="Times New Roman"/>
                <w:szCs w:val="28"/>
              </w:rPr>
              <w:t xml:space="preserve">, </w:t>
            </w:r>
            <w:proofErr w:type="spellStart"/>
            <w:r w:rsidRPr="00272BD0">
              <w:rPr>
                <w:rFonts w:cs="Times New Roman"/>
                <w:szCs w:val="28"/>
              </w:rPr>
              <w:t>әдіскер</w:t>
            </w:r>
            <w:proofErr w:type="spellEnd"/>
          </w:p>
        </w:tc>
      </w:tr>
    </w:tbl>
    <w:p w14:paraId="2A46B45A" w14:textId="77777777" w:rsidR="00D53DD4" w:rsidRDefault="00D53DD4" w:rsidP="00D53DD4"/>
    <w:p w14:paraId="7581B7D5" w14:textId="77777777" w:rsidR="00D53DD4" w:rsidRDefault="00D53DD4" w:rsidP="00D53DD4">
      <w:pPr>
        <w:pStyle w:val="aff8"/>
        <w:spacing w:before="0" w:beforeAutospacing="0" w:after="0" w:afterAutospacing="0"/>
        <w:ind w:firstLine="709"/>
        <w:jc w:val="both"/>
        <w:rPr>
          <w:rStyle w:val="af6"/>
          <w:sz w:val="28"/>
          <w:szCs w:val="28"/>
        </w:rPr>
      </w:pPr>
      <w:r>
        <w:rPr>
          <w:rStyle w:val="af6"/>
          <w:sz w:val="28"/>
          <w:szCs w:val="28"/>
          <w:lang w:val="kk-KZ"/>
        </w:rPr>
        <w:t>Ағымдағы</w:t>
      </w:r>
      <w:r w:rsidRPr="00E26D8A">
        <w:rPr>
          <w:rStyle w:val="af6"/>
          <w:sz w:val="28"/>
          <w:szCs w:val="28"/>
        </w:rPr>
        <w:t xml:space="preserve"> </w:t>
      </w:r>
      <w:proofErr w:type="spellStart"/>
      <w:r w:rsidRPr="00E26D8A">
        <w:rPr>
          <w:rStyle w:val="af6"/>
          <w:sz w:val="28"/>
          <w:szCs w:val="28"/>
        </w:rPr>
        <w:t>мониторинг</w:t>
      </w:r>
      <w:proofErr w:type="spellEnd"/>
      <w:r w:rsidRPr="00E26D8A">
        <w:rPr>
          <w:rStyle w:val="af6"/>
          <w:sz w:val="28"/>
          <w:szCs w:val="28"/>
        </w:rPr>
        <w:t xml:space="preserve"> </w:t>
      </w:r>
      <w:proofErr w:type="spellStart"/>
      <w:r w:rsidRPr="00E26D8A">
        <w:rPr>
          <w:rStyle w:val="af6"/>
          <w:sz w:val="28"/>
          <w:szCs w:val="28"/>
        </w:rPr>
        <w:t>нәтижелерін</w:t>
      </w:r>
      <w:proofErr w:type="spellEnd"/>
      <w:r w:rsidRPr="00E26D8A">
        <w:rPr>
          <w:rStyle w:val="af6"/>
          <w:sz w:val="28"/>
          <w:szCs w:val="28"/>
        </w:rPr>
        <w:t xml:space="preserve"> </w:t>
      </w:r>
      <w:proofErr w:type="spellStart"/>
      <w:r w:rsidRPr="00E26D8A">
        <w:rPr>
          <w:rStyle w:val="af6"/>
          <w:sz w:val="28"/>
          <w:szCs w:val="28"/>
        </w:rPr>
        <w:t>есепке</w:t>
      </w:r>
      <w:proofErr w:type="spellEnd"/>
      <w:r w:rsidRPr="00E26D8A">
        <w:rPr>
          <w:rStyle w:val="af6"/>
          <w:sz w:val="28"/>
          <w:szCs w:val="28"/>
        </w:rPr>
        <w:t xml:space="preserve"> </w:t>
      </w:r>
      <w:proofErr w:type="spellStart"/>
      <w:r w:rsidRPr="00E26D8A">
        <w:rPr>
          <w:rStyle w:val="af6"/>
          <w:sz w:val="28"/>
          <w:szCs w:val="28"/>
        </w:rPr>
        <w:t>алу</w:t>
      </w:r>
      <w:proofErr w:type="spellEnd"/>
      <w:r w:rsidRPr="00E26D8A">
        <w:rPr>
          <w:rStyle w:val="af6"/>
          <w:sz w:val="28"/>
          <w:szCs w:val="28"/>
        </w:rPr>
        <w:t xml:space="preserve"> </w:t>
      </w:r>
      <w:proofErr w:type="spellStart"/>
      <w:r w:rsidRPr="00E26D8A">
        <w:rPr>
          <w:rStyle w:val="af6"/>
          <w:sz w:val="28"/>
          <w:szCs w:val="28"/>
        </w:rPr>
        <w:t>тәртібі</w:t>
      </w:r>
      <w:proofErr w:type="spellEnd"/>
    </w:p>
    <w:p w14:paraId="0C76701A" w14:textId="2C63DFD4" w:rsidR="00D53DD4" w:rsidRPr="00E26D8A" w:rsidRDefault="00D53DD4" w:rsidP="00D53DD4">
      <w:pPr>
        <w:pStyle w:val="aff8"/>
        <w:spacing w:before="0" w:beforeAutospacing="0" w:after="0" w:afterAutospacing="0"/>
        <w:ind w:firstLine="709"/>
        <w:jc w:val="both"/>
        <w:rPr>
          <w:sz w:val="28"/>
          <w:szCs w:val="28"/>
        </w:rPr>
      </w:pPr>
      <w:proofErr w:type="spellStart"/>
      <w:r w:rsidRPr="00E26D8A">
        <w:rPr>
          <w:sz w:val="28"/>
          <w:szCs w:val="28"/>
        </w:rPr>
        <w:t>Ағымдағы</w:t>
      </w:r>
      <w:proofErr w:type="spellEnd"/>
      <w:r w:rsidRPr="00E26D8A">
        <w:rPr>
          <w:sz w:val="28"/>
          <w:szCs w:val="28"/>
        </w:rPr>
        <w:t xml:space="preserve"> </w:t>
      </w:r>
      <w:proofErr w:type="spellStart"/>
      <w:r w:rsidRPr="00E26D8A">
        <w:rPr>
          <w:sz w:val="28"/>
          <w:szCs w:val="28"/>
        </w:rPr>
        <w:t>мониторинг</w:t>
      </w:r>
      <w:proofErr w:type="spellEnd"/>
      <w:r w:rsidRPr="00E26D8A">
        <w:rPr>
          <w:sz w:val="28"/>
          <w:szCs w:val="28"/>
        </w:rPr>
        <w:t xml:space="preserve"> </w:t>
      </w:r>
      <w:proofErr w:type="spellStart"/>
      <w:r w:rsidRPr="00E26D8A">
        <w:rPr>
          <w:sz w:val="28"/>
          <w:szCs w:val="28"/>
        </w:rPr>
        <w:t>нәтижелері</w:t>
      </w:r>
      <w:proofErr w:type="spellEnd"/>
      <w:r w:rsidR="00AA0F75">
        <w:rPr>
          <w:sz w:val="28"/>
          <w:szCs w:val="28"/>
          <w:lang w:val="kk-KZ"/>
        </w:rPr>
        <w:t>не</w:t>
      </w:r>
      <w:r w:rsidRPr="00E26D8A">
        <w:rPr>
          <w:sz w:val="28"/>
          <w:szCs w:val="28"/>
        </w:rPr>
        <w:t xml:space="preserve"> </w:t>
      </w:r>
      <w:proofErr w:type="spellStart"/>
      <w:r w:rsidRPr="00E26D8A">
        <w:rPr>
          <w:sz w:val="28"/>
          <w:szCs w:val="28"/>
        </w:rPr>
        <w:t>педагогикалық</w:t>
      </w:r>
      <w:proofErr w:type="spellEnd"/>
      <w:r w:rsidRPr="00E26D8A">
        <w:rPr>
          <w:sz w:val="28"/>
          <w:szCs w:val="28"/>
        </w:rPr>
        <w:t xml:space="preserve"> </w:t>
      </w:r>
      <w:proofErr w:type="spellStart"/>
      <w:r w:rsidRPr="00E26D8A">
        <w:rPr>
          <w:sz w:val="28"/>
          <w:szCs w:val="28"/>
        </w:rPr>
        <w:t>команда</w:t>
      </w:r>
      <w:proofErr w:type="spellEnd"/>
      <w:r w:rsidRPr="00E26D8A">
        <w:rPr>
          <w:sz w:val="28"/>
          <w:szCs w:val="28"/>
        </w:rPr>
        <w:t xml:space="preserve"> </w:t>
      </w:r>
      <w:proofErr w:type="spellStart"/>
      <w:r w:rsidRPr="00E26D8A">
        <w:rPr>
          <w:sz w:val="28"/>
          <w:szCs w:val="28"/>
        </w:rPr>
        <w:t>іс-шараларды</w:t>
      </w:r>
      <w:proofErr w:type="spellEnd"/>
      <w:r w:rsidRPr="00E26D8A">
        <w:rPr>
          <w:sz w:val="28"/>
          <w:szCs w:val="28"/>
        </w:rPr>
        <w:t xml:space="preserve"> </w:t>
      </w:r>
      <w:proofErr w:type="spellStart"/>
      <w:r w:rsidRPr="00E26D8A">
        <w:rPr>
          <w:sz w:val="28"/>
          <w:szCs w:val="28"/>
        </w:rPr>
        <w:t>ұйымдастыруға</w:t>
      </w:r>
      <w:proofErr w:type="spellEnd"/>
      <w:r w:rsidRPr="00E26D8A">
        <w:rPr>
          <w:sz w:val="28"/>
          <w:szCs w:val="28"/>
        </w:rPr>
        <w:t xml:space="preserve">, </w:t>
      </w:r>
      <w:proofErr w:type="spellStart"/>
      <w:r w:rsidRPr="00E26D8A">
        <w:rPr>
          <w:sz w:val="28"/>
          <w:szCs w:val="28"/>
        </w:rPr>
        <w:t>жүктемені</w:t>
      </w:r>
      <w:proofErr w:type="spellEnd"/>
      <w:r w:rsidRPr="00E26D8A">
        <w:rPr>
          <w:sz w:val="28"/>
          <w:szCs w:val="28"/>
        </w:rPr>
        <w:t xml:space="preserve"> </w:t>
      </w:r>
      <w:proofErr w:type="spellStart"/>
      <w:r w:rsidRPr="00E26D8A">
        <w:rPr>
          <w:sz w:val="28"/>
          <w:szCs w:val="28"/>
        </w:rPr>
        <w:t>бөлуге</w:t>
      </w:r>
      <w:proofErr w:type="spellEnd"/>
      <w:r w:rsidRPr="00E26D8A">
        <w:rPr>
          <w:sz w:val="28"/>
          <w:szCs w:val="28"/>
        </w:rPr>
        <w:t xml:space="preserve">, </w:t>
      </w:r>
      <w:proofErr w:type="spellStart"/>
      <w:r w:rsidRPr="00E26D8A">
        <w:rPr>
          <w:sz w:val="28"/>
          <w:szCs w:val="28"/>
        </w:rPr>
        <w:t>қатысушыларға</w:t>
      </w:r>
      <w:proofErr w:type="spellEnd"/>
      <w:r w:rsidRPr="00E26D8A">
        <w:rPr>
          <w:sz w:val="28"/>
          <w:szCs w:val="28"/>
        </w:rPr>
        <w:t xml:space="preserve"> </w:t>
      </w:r>
      <w:proofErr w:type="spellStart"/>
      <w:r w:rsidRPr="00E26D8A">
        <w:rPr>
          <w:sz w:val="28"/>
          <w:szCs w:val="28"/>
        </w:rPr>
        <w:t>қолдау</w:t>
      </w:r>
      <w:proofErr w:type="spellEnd"/>
      <w:r w:rsidRPr="00E26D8A">
        <w:rPr>
          <w:sz w:val="28"/>
          <w:szCs w:val="28"/>
        </w:rPr>
        <w:t xml:space="preserve"> </w:t>
      </w:r>
      <w:proofErr w:type="spellStart"/>
      <w:r w:rsidRPr="00E26D8A">
        <w:rPr>
          <w:sz w:val="28"/>
          <w:szCs w:val="28"/>
        </w:rPr>
        <w:t>көрсету</w:t>
      </w:r>
      <w:proofErr w:type="spellEnd"/>
      <w:r w:rsidRPr="00E26D8A">
        <w:rPr>
          <w:sz w:val="28"/>
          <w:szCs w:val="28"/>
        </w:rPr>
        <w:t xml:space="preserve"> </w:t>
      </w:r>
      <w:proofErr w:type="spellStart"/>
      <w:r w:rsidRPr="00E26D8A">
        <w:rPr>
          <w:sz w:val="28"/>
          <w:szCs w:val="28"/>
        </w:rPr>
        <w:t>формаларына</w:t>
      </w:r>
      <w:proofErr w:type="spellEnd"/>
      <w:r w:rsidRPr="00E26D8A">
        <w:rPr>
          <w:sz w:val="28"/>
          <w:szCs w:val="28"/>
        </w:rPr>
        <w:t xml:space="preserve"> </w:t>
      </w:r>
      <w:proofErr w:type="spellStart"/>
      <w:r w:rsidRPr="00E26D8A">
        <w:rPr>
          <w:sz w:val="28"/>
          <w:szCs w:val="28"/>
        </w:rPr>
        <w:t>және</w:t>
      </w:r>
      <w:proofErr w:type="spellEnd"/>
      <w:r w:rsidRPr="00E26D8A">
        <w:rPr>
          <w:sz w:val="28"/>
          <w:szCs w:val="28"/>
        </w:rPr>
        <w:t xml:space="preserve"> </w:t>
      </w:r>
      <w:proofErr w:type="spellStart"/>
      <w:r w:rsidRPr="00E26D8A">
        <w:rPr>
          <w:sz w:val="28"/>
          <w:szCs w:val="28"/>
        </w:rPr>
        <w:t>ауысымның</w:t>
      </w:r>
      <w:proofErr w:type="spellEnd"/>
      <w:r w:rsidRPr="00E26D8A">
        <w:rPr>
          <w:sz w:val="28"/>
          <w:szCs w:val="28"/>
        </w:rPr>
        <w:t xml:space="preserve"> </w:t>
      </w:r>
      <w:proofErr w:type="spellStart"/>
      <w:r w:rsidRPr="00E26D8A">
        <w:rPr>
          <w:sz w:val="28"/>
          <w:szCs w:val="28"/>
        </w:rPr>
        <w:t>келесі</w:t>
      </w:r>
      <w:proofErr w:type="spellEnd"/>
      <w:r w:rsidRPr="00E26D8A">
        <w:rPr>
          <w:sz w:val="28"/>
          <w:szCs w:val="28"/>
        </w:rPr>
        <w:t xml:space="preserve"> </w:t>
      </w:r>
      <w:proofErr w:type="spellStart"/>
      <w:r w:rsidRPr="00E26D8A">
        <w:rPr>
          <w:sz w:val="28"/>
          <w:szCs w:val="28"/>
        </w:rPr>
        <w:t>күндерінің</w:t>
      </w:r>
      <w:proofErr w:type="spellEnd"/>
      <w:r w:rsidRPr="00E26D8A">
        <w:rPr>
          <w:sz w:val="28"/>
          <w:szCs w:val="28"/>
        </w:rPr>
        <w:t xml:space="preserve"> </w:t>
      </w:r>
      <w:proofErr w:type="spellStart"/>
      <w:r w:rsidRPr="00E26D8A">
        <w:rPr>
          <w:sz w:val="28"/>
          <w:szCs w:val="28"/>
        </w:rPr>
        <w:t>мазмұнына</w:t>
      </w:r>
      <w:proofErr w:type="spellEnd"/>
      <w:r w:rsidRPr="00E26D8A">
        <w:rPr>
          <w:sz w:val="28"/>
          <w:szCs w:val="28"/>
        </w:rPr>
        <w:t xml:space="preserve"> </w:t>
      </w:r>
      <w:proofErr w:type="spellStart"/>
      <w:r w:rsidRPr="00E26D8A">
        <w:rPr>
          <w:sz w:val="28"/>
          <w:szCs w:val="28"/>
        </w:rPr>
        <w:t>жедел</w:t>
      </w:r>
      <w:proofErr w:type="spellEnd"/>
      <w:r w:rsidRPr="00E26D8A">
        <w:rPr>
          <w:sz w:val="28"/>
          <w:szCs w:val="28"/>
        </w:rPr>
        <w:t xml:space="preserve"> </w:t>
      </w:r>
      <w:proofErr w:type="spellStart"/>
      <w:r w:rsidRPr="00E26D8A">
        <w:rPr>
          <w:sz w:val="28"/>
          <w:szCs w:val="28"/>
        </w:rPr>
        <w:t>өзгерістер</w:t>
      </w:r>
      <w:proofErr w:type="spellEnd"/>
      <w:r w:rsidRPr="00E26D8A">
        <w:rPr>
          <w:sz w:val="28"/>
          <w:szCs w:val="28"/>
        </w:rPr>
        <w:t xml:space="preserve"> </w:t>
      </w:r>
      <w:proofErr w:type="spellStart"/>
      <w:r w:rsidRPr="00E26D8A">
        <w:rPr>
          <w:sz w:val="28"/>
          <w:szCs w:val="28"/>
        </w:rPr>
        <w:t>енгізеді</w:t>
      </w:r>
      <w:proofErr w:type="spellEnd"/>
      <w:r w:rsidRPr="00E26D8A">
        <w:rPr>
          <w:sz w:val="28"/>
          <w:szCs w:val="28"/>
        </w:rPr>
        <w:t>.</w:t>
      </w:r>
    </w:p>
    <w:p w14:paraId="36B74387" w14:textId="77777777" w:rsidR="00D53DD4" w:rsidRPr="00E26D8A" w:rsidRDefault="00D53DD4" w:rsidP="00D53DD4">
      <w:pPr>
        <w:pStyle w:val="aff8"/>
        <w:spacing w:before="0" w:beforeAutospacing="0" w:after="0" w:afterAutospacing="0"/>
        <w:ind w:firstLine="709"/>
        <w:jc w:val="both"/>
        <w:rPr>
          <w:sz w:val="28"/>
          <w:szCs w:val="28"/>
        </w:rPr>
      </w:pPr>
      <w:proofErr w:type="spellStart"/>
      <w:r w:rsidRPr="00E26D8A">
        <w:rPr>
          <w:sz w:val="28"/>
          <w:szCs w:val="28"/>
        </w:rPr>
        <w:t>Ауысым</w:t>
      </w:r>
      <w:proofErr w:type="spellEnd"/>
      <w:r w:rsidRPr="00E26D8A">
        <w:rPr>
          <w:sz w:val="28"/>
          <w:szCs w:val="28"/>
        </w:rPr>
        <w:t xml:space="preserve"> </w:t>
      </w:r>
      <w:proofErr w:type="spellStart"/>
      <w:r w:rsidRPr="00E26D8A">
        <w:rPr>
          <w:sz w:val="28"/>
          <w:szCs w:val="28"/>
        </w:rPr>
        <w:t>аяқталғаннан</w:t>
      </w:r>
      <w:proofErr w:type="spellEnd"/>
      <w:r w:rsidRPr="00E26D8A">
        <w:rPr>
          <w:sz w:val="28"/>
          <w:szCs w:val="28"/>
        </w:rPr>
        <w:t xml:space="preserve"> </w:t>
      </w:r>
      <w:proofErr w:type="spellStart"/>
      <w:r w:rsidRPr="00E26D8A">
        <w:rPr>
          <w:sz w:val="28"/>
          <w:szCs w:val="28"/>
        </w:rPr>
        <w:t>кейін</w:t>
      </w:r>
      <w:proofErr w:type="spellEnd"/>
      <w:r w:rsidRPr="00E26D8A">
        <w:rPr>
          <w:sz w:val="28"/>
          <w:szCs w:val="28"/>
        </w:rPr>
        <w:t xml:space="preserve"> </w:t>
      </w:r>
      <w:proofErr w:type="spellStart"/>
      <w:r w:rsidRPr="00E26D8A">
        <w:rPr>
          <w:sz w:val="28"/>
          <w:szCs w:val="28"/>
        </w:rPr>
        <w:t>мониторинг</w:t>
      </w:r>
      <w:proofErr w:type="spellEnd"/>
      <w:r w:rsidRPr="00E26D8A">
        <w:rPr>
          <w:sz w:val="28"/>
          <w:szCs w:val="28"/>
        </w:rPr>
        <w:t xml:space="preserve"> </w:t>
      </w:r>
      <w:proofErr w:type="spellStart"/>
      <w:r w:rsidRPr="00E26D8A">
        <w:rPr>
          <w:sz w:val="28"/>
          <w:szCs w:val="28"/>
        </w:rPr>
        <w:t>нәтижелері</w:t>
      </w:r>
      <w:proofErr w:type="spellEnd"/>
      <w:r w:rsidRPr="00E26D8A">
        <w:rPr>
          <w:sz w:val="28"/>
          <w:szCs w:val="28"/>
        </w:rPr>
        <w:t xml:space="preserve"> </w:t>
      </w:r>
      <w:proofErr w:type="spellStart"/>
      <w:r w:rsidRPr="00E26D8A">
        <w:rPr>
          <w:sz w:val="28"/>
          <w:szCs w:val="28"/>
        </w:rPr>
        <w:t>жинақталып</w:t>
      </w:r>
      <w:proofErr w:type="spellEnd"/>
      <w:r w:rsidRPr="00E26D8A">
        <w:rPr>
          <w:sz w:val="28"/>
          <w:szCs w:val="28"/>
        </w:rPr>
        <w:t xml:space="preserve">, </w:t>
      </w:r>
      <w:proofErr w:type="spellStart"/>
      <w:r w:rsidRPr="00E26D8A">
        <w:rPr>
          <w:sz w:val="28"/>
          <w:szCs w:val="28"/>
        </w:rPr>
        <w:t>келесі</w:t>
      </w:r>
      <w:proofErr w:type="spellEnd"/>
      <w:r w:rsidRPr="00E26D8A">
        <w:rPr>
          <w:sz w:val="28"/>
          <w:szCs w:val="28"/>
        </w:rPr>
        <w:t xml:space="preserve"> </w:t>
      </w:r>
      <w:proofErr w:type="spellStart"/>
      <w:r w:rsidRPr="00E26D8A">
        <w:rPr>
          <w:sz w:val="28"/>
          <w:szCs w:val="28"/>
        </w:rPr>
        <w:t>ауысымдарды</w:t>
      </w:r>
      <w:proofErr w:type="spellEnd"/>
      <w:r w:rsidRPr="00E26D8A">
        <w:rPr>
          <w:sz w:val="28"/>
          <w:szCs w:val="28"/>
        </w:rPr>
        <w:t xml:space="preserve"> </w:t>
      </w:r>
      <w:proofErr w:type="spellStart"/>
      <w:r w:rsidRPr="00E26D8A">
        <w:rPr>
          <w:sz w:val="28"/>
          <w:szCs w:val="28"/>
        </w:rPr>
        <w:t>жоспарлау</w:t>
      </w:r>
      <w:proofErr w:type="spellEnd"/>
      <w:r w:rsidRPr="00E26D8A">
        <w:rPr>
          <w:sz w:val="28"/>
          <w:szCs w:val="28"/>
        </w:rPr>
        <w:t xml:space="preserve">, </w:t>
      </w:r>
      <w:proofErr w:type="spellStart"/>
      <w:r w:rsidRPr="00E26D8A">
        <w:rPr>
          <w:sz w:val="28"/>
          <w:szCs w:val="28"/>
        </w:rPr>
        <w:t>әдістемелік</w:t>
      </w:r>
      <w:proofErr w:type="spellEnd"/>
      <w:r w:rsidRPr="00E26D8A">
        <w:rPr>
          <w:sz w:val="28"/>
          <w:szCs w:val="28"/>
        </w:rPr>
        <w:t xml:space="preserve"> </w:t>
      </w:r>
      <w:proofErr w:type="spellStart"/>
      <w:r w:rsidRPr="00E26D8A">
        <w:rPr>
          <w:sz w:val="28"/>
          <w:szCs w:val="28"/>
        </w:rPr>
        <w:t>материалдарды</w:t>
      </w:r>
      <w:proofErr w:type="spellEnd"/>
      <w:r w:rsidRPr="00E26D8A">
        <w:rPr>
          <w:sz w:val="28"/>
          <w:szCs w:val="28"/>
        </w:rPr>
        <w:t xml:space="preserve"> </w:t>
      </w:r>
      <w:proofErr w:type="spellStart"/>
      <w:r w:rsidRPr="00E26D8A">
        <w:rPr>
          <w:sz w:val="28"/>
          <w:szCs w:val="28"/>
        </w:rPr>
        <w:t>жаңарту</w:t>
      </w:r>
      <w:proofErr w:type="spellEnd"/>
      <w:r w:rsidRPr="00E26D8A">
        <w:rPr>
          <w:sz w:val="28"/>
          <w:szCs w:val="28"/>
        </w:rPr>
        <w:t xml:space="preserve"> </w:t>
      </w:r>
      <w:proofErr w:type="spellStart"/>
      <w:r w:rsidRPr="00E26D8A">
        <w:rPr>
          <w:sz w:val="28"/>
          <w:szCs w:val="28"/>
        </w:rPr>
        <w:t>және</w:t>
      </w:r>
      <w:proofErr w:type="spellEnd"/>
      <w:r w:rsidRPr="00E26D8A">
        <w:rPr>
          <w:sz w:val="28"/>
          <w:szCs w:val="28"/>
        </w:rPr>
        <w:t xml:space="preserve"> </w:t>
      </w:r>
      <w:proofErr w:type="spellStart"/>
      <w:r w:rsidRPr="00E26D8A">
        <w:rPr>
          <w:sz w:val="28"/>
          <w:szCs w:val="28"/>
        </w:rPr>
        <w:t>Бағдарламаны</w:t>
      </w:r>
      <w:proofErr w:type="spellEnd"/>
      <w:r w:rsidRPr="00E26D8A">
        <w:rPr>
          <w:sz w:val="28"/>
          <w:szCs w:val="28"/>
        </w:rPr>
        <w:t xml:space="preserve"> </w:t>
      </w:r>
      <w:proofErr w:type="spellStart"/>
      <w:r w:rsidRPr="00E26D8A">
        <w:rPr>
          <w:sz w:val="28"/>
          <w:szCs w:val="28"/>
        </w:rPr>
        <w:t>жетілдіру</w:t>
      </w:r>
      <w:proofErr w:type="spellEnd"/>
      <w:r w:rsidRPr="00E26D8A">
        <w:rPr>
          <w:sz w:val="28"/>
          <w:szCs w:val="28"/>
        </w:rPr>
        <w:t xml:space="preserve"> </w:t>
      </w:r>
      <w:proofErr w:type="spellStart"/>
      <w:r w:rsidRPr="00E26D8A">
        <w:rPr>
          <w:sz w:val="28"/>
          <w:szCs w:val="28"/>
        </w:rPr>
        <w:t>барысында</w:t>
      </w:r>
      <w:proofErr w:type="spellEnd"/>
      <w:r w:rsidRPr="00E26D8A">
        <w:rPr>
          <w:sz w:val="28"/>
          <w:szCs w:val="28"/>
        </w:rPr>
        <w:t xml:space="preserve"> </w:t>
      </w:r>
      <w:proofErr w:type="spellStart"/>
      <w:r w:rsidRPr="00E26D8A">
        <w:rPr>
          <w:sz w:val="28"/>
          <w:szCs w:val="28"/>
        </w:rPr>
        <w:t>пайдаланылады</w:t>
      </w:r>
      <w:proofErr w:type="spellEnd"/>
      <w:r w:rsidRPr="00E26D8A">
        <w:rPr>
          <w:sz w:val="28"/>
          <w:szCs w:val="28"/>
        </w:rPr>
        <w:t>.</w:t>
      </w:r>
    </w:p>
    <w:p w14:paraId="5673C53F" w14:textId="400C688B" w:rsidR="00C46C6A" w:rsidRDefault="00C46C6A" w:rsidP="00F41431">
      <w:pPr>
        <w:pStyle w:val="21"/>
        <w:rPr>
          <w:rStyle w:val="af6"/>
          <w:b/>
          <w:bCs/>
          <w:szCs w:val="28"/>
        </w:rPr>
      </w:pPr>
    </w:p>
    <w:p w14:paraId="37136B52" w14:textId="77777777" w:rsidR="00C46C6A" w:rsidRPr="00C46C6A" w:rsidRDefault="00C46C6A" w:rsidP="00C46C6A"/>
    <w:p w14:paraId="2FA660B8" w14:textId="1305895F" w:rsidR="00D53DD4" w:rsidRPr="00E26D8A" w:rsidRDefault="00D53DD4" w:rsidP="00F41431">
      <w:pPr>
        <w:pStyle w:val="21"/>
      </w:pPr>
      <w:r w:rsidRPr="00E26D8A">
        <w:rPr>
          <w:rStyle w:val="af6"/>
          <w:b/>
          <w:bCs/>
          <w:szCs w:val="28"/>
        </w:rPr>
        <w:t xml:space="preserve">9-бөлім. </w:t>
      </w:r>
      <w:proofErr w:type="spellStart"/>
      <w:r w:rsidRPr="00E26D8A">
        <w:rPr>
          <w:rStyle w:val="af6"/>
          <w:b/>
          <w:bCs/>
          <w:szCs w:val="28"/>
        </w:rPr>
        <w:t>Негізгі</w:t>
      </w:r>
      <w:proofErr w:type="spellEnd"/>
      <w:r w:rsidRPr="00E26D8A">
        <w:rPr>
          <w:rStyle w:val="af6"/>
          <w:b/>
          <w:bCs/>
          <w:szCs w:val="28"/>
        </w:rPr>
        <w:t xml:space="preserve"> </w:t>
      </w:r>
      <w:proofErr w:type="spellStart"/>
      <w:r w:rsidRPr="00E26D8A">
        <w:rPr>
          <w:rStyle w:val="af6"/>
          <w:b/>
          <w:bCs/>
          <w:szCs w:val="28"/>
        </w:rPr>
        <w:t>және</w:t>
      </w:r>
      <w:proofErr w:type="spellEnd"/>
      <w:r w:rsidRPr="00E26D8A">
        <w:rPr>
          <w:rStyle w:val="af6"/>
          <w:b/>
          <w:bCs/>
          <w:szCs w:val="28"/>
        </w:rPr>
        <w:t xml:space="preserve"> </w:t>
      </w:r>
      <w:proofErr w:type="spellStart"/>
      <w:r w:rsidRPr="00E26D8A">
        <w:rPr>
          <w:rStyle w:val="af6"/>
          <w:b/>
          <w:bCs/>
          <w:szCs w:val="28"/>
        </w:rPr>
        <w:t>қосымша</w:t>
      </w:r>
      <w:proofErr w:type="spellEnd"/>
      <w:r w:rsidRPr="00E26D8A">
        <w:rPr>
          <w:rStyle w:val="af6"/>
          <w:b/>
          <w:bCs/>
          <w:szCs w:val="28"/>
        </w:rPr>
        <w:t xml:space="preserve"> </w:t>
      </w:r>
      <w:proofErr w:type="spellStart"/>
      <w:r w:rsidRPr="00E26D8A">
        <w:rPr>
          <w:rStyle w:val="af6"/>
          <w:b/>
          <w:bCs/>
          <w:szCs w:val="28"/>
        </w:rPr>
        <w:t>әдебиеттер</w:t>
      </w:r>
      <w:proofErr w:type="spellEnd"/>
      <w:r w:rsidRPr="00E26D8A">
        <w:rPr>
          <w:rStyle w:val="af6"/>
          <w:b/>
          <w:bCs/>
          <w:szCs w:val="28"/>
        </w:rPr>
        <w:t xml:space="preserve"> </w:t>
      </w:r>
      <w:proofErr w:type="spellStart"/>
      <w:r w:rsidRPr="00E26D8A">
        <w:rPr>
          <w:rStyle w:val="af6"/>
          <w:b/>
          <w:bCs/>
          <w:szCs w:val="28"/>
        </w:rPr>
        <w:t>тізімі</w:t>
      </w:r>
      <w:proofErr w:type="spellEnd"/>
    </w:p>
    <w:p w14:paraId="16BF32CC" w14:textId="77777777" w:rsidR="00C46C6A" w:rsidRDefault="00C46C6A" w:rsidP="00D53DD4">
      <w:pPr>
        <w:pStyle w:val="31"/>
        <w:spacing w:before="0" w:after="0"/>
        <w:ind w:firstLine="709"/>
        <w:jc w:val="both"/>
        <w:rPr>
          <w:rStyle w:val="af6"/>
          <w:b/>
          <w:bCs/>
          <w:szCs w:val="28"/>
        </w:rPr>
      </w:pPr>
    </w:p>
    <w:p w14:paraId="1CD9420C" w14:textId="3262E385" w:rsidR="00D53DD4" w:rsidRPr="00E26D8A" w:rsidRDefault="00D53DD4" w:rsidP="00D53DD4">
      <w:pPr>
        <w:pStyle w:val="31"/>
        <w:spacing w:before="0" w:after="0"/>
        <w:ind w:firstLine="709"/>
        <w:jc w:val="both"/>
        <w:rPr>
          <w:szCs w:val="28"/>
        </w:rPr>
      </w:pPr>
      <w:proofErr w:type="spellStart"/>
      <w:r w:rsidRPr="00E26D8A">
        <w:rPr>
          <w:rStyle w:val="af6"/>
          <w:b/>
          <w:bCs/>
          <w:szCs w:val="28"/>
        </w:rPr>
        <w:t>Нормативтік</w:t>
      </w:r>
      <w:proofErr w:type="spellEnd"/>
      <w:r w:rsidRPr="00E26D8A">
        <w:rPr>
          <w:rStyle w:val="af6"/>
          <w:b/>
          <w:bCs/>
          <w:szCs w:val="28"/>
        </w:rPr>
        <w:t xml:space="preserve"> </w:t>
      </w:r>
      <w:proofErr w:type="spellStart"/>
      <w:r w:rsidRPr="00E26D8A">
        <w:rPr>
          <w:rStyle w:val="af6"/>
          <w:b/>
          <w:bCs/>
          <w:szCs w:val="28"/>
        </w:rPr>
        <w:t>құқықтық</w:t>
      </w:r>
      <w:proofErr w:type="spellEnd"/>
      <w:r w:rsidRPr="00E26D8A">
        <w:rPr>
          <w:rStyle w:val="af6"/>
          <w:b/>
          <w:bCs/>
          <w:szCs w:val="28"/>
        </w:rPr>
        <w:t xml:space="preserve"> </w:t>
      </w:r>
      <w:proofErr w:type="spellStart"/>
      <w:r w:rsidRPr="00E26D8A">
        <w:rPr>
          <w:rStyle w:val="af6"/>
          <w:b/>
          <w:bCs/>
          <w:szCs w:val="28"/>
        </w:rPr>
        <w:t>актілер</w:t>
      </w:r>
      <w:proofErr w:type="spellEnd"/>
    </w:p>
    <w:p w14:paraId="55C7799C" w14:textId="77777777" w:rsidR="00D53DD4" w:rsidRPr="00E26D8A" w:rsidRDefault="00D53DD4" w:rsidP="00D53DD4">
      <w:pPr>
        <w:numPr>
          <w:ilvl w:val="0"/>
          <w:numId w:val="17"/>
        </w:numPr>
        <w:tabs>
          <w:tab w:val="clear" w:pos="720"/>
          <w:tab w:val="num" w:pos="851"/>
          <w:tab w:val="left" w:pos="993"/>
        </w:tabs>
        <w:ind w:left="0" w:firstLine="709"/>
        <w:jc w:val="both"/>
        <w:rPr>
          <w:szCs w:val="28"/>
        </w:rPr>
      </w:pPr>
      <w:proofErr w:type="spellStart"/>
      <w:r w:rsidRPr="00E26D8A">
        <w:rPr>
          <w:szCs w:val="28"/>
        </w:rPr>
        <w:t>Қазақстан</w:t>
      </w:r>
      <w:proofErr w:type="spellEnd"/>
      <w:r w:rsidRPr="00E26D8A">
        <w:rPr>
          <w:szCs w:val="28"/>
        </w:rPr>
        <w:t xml:space="preserve"> </w:t>
      </w:r>
      <w:proofErr w:type="spellStart"/>
      <w:r w:rsidRPr="00E26D8A">
        <w:rPr>
          <w:szCs w:val="28"/>
        </w:rPr>
        <w:t>Республикасының</w:t>
      </w:r>
      <w:proofErr w:type="spellEnd"/>
      <w:r w:rsidRPr="00E26D8A">
        <w:rPr>
          <w:szCs w:val="28"/>
        </w:rPr>
        <w:t xml:space="preserve"> </w:t>
      </w:r>
      <w:proofErr w:type="spellStart"/>
      <w:r w:rsidRPr="00E26D8A">
        <w:rPr>
          <w:szCs w:val="28"/>
        </w:rPr>
        <w:t>Конституциясы</w:t>
      </w:r>
      <w:proofErr w:type="spellEnd"/>
      <w:r w:rsidRPr="00E26D8A">
        <w:rPr>
          <w:szCs w:val="28"/>
        </w:rPr>
        <w:t xml:space="preserve">. </w:t>
      </w:r>
    </w:p>
    <w:p w14:paraId="609138CD" w14:textId="77777777" w:rsidR="00D53DD4" w:rsidRPr="00E26D8A" w:rsidRDefault="00D53DD4" w:rsidP="00D53DD4">
      <w:pPr>
        <w:numPr>
          <w:ilvl w:val="0"/>
          <w:numId w:val="17"/>
        </w:numPr>
        <w:tabs>
          <w:tab w:val="clear" w:pos="720"/>
          <w:tab w:val="num" w:pos="851"/>
          <w:tab w:val="left" w:pos="993"/>
        </w:tabs>
        <w:ind w:left="0" w:firstLine="709"/>
        <w:jc w:val="both"/>
        <w:rPr>
          <w:szCs w:val="28"/>
        </w:rPr>
      </w:pPr>
      <w:r w:rsidRPr="00E26D8A">
        <w:rPr>
          <w:szCs w:val="28"/>
        </w:rPr>
        <w:t>«</w:t>
      </w:r>
      <w:proofErr w:type="spellStart"/>
      <w:r w:rsidRPr="00E26D8A">
        <w:rPr>
          <w:szCs w:val="28"/>
        </w:rPr>
        <w:t>Білім</w:t>
      </w:r>
      <w:proofErr w:type="spellEnd"/>
      <w:r w:rsidRPr="00E26D8A">
        <w:rPr>
          <w:szCs w:val="28"/>
        </w:rPr>
        <w:t xml:space="preserve"> </w:t>
      </w:r>
      <w:proofErr w:type="spellStart"/>
      <w:r w:rsidRPr="00E26D8A">
        <w:rPr>
          <w:szCs w:val="28"/>
        </w:rPr>
        <w:t>туралы</w:t>
      </w:r>
      <w:proofErr w:type="spellEnd"/>
      <w:r w:rsidRPr="00E26D8A">
        <w:rPr>
          <w:szCs w:val="28"/>
        </w:rPr>
        <w:t xml:space="preserve">» </w:t>
      </w:r>
      <w:proofErr w:type="spellStart"/>
      <w:r w:rsidRPr="00E26D8A">
        <w:rPr>
          <w:szCs w:val="28"/>
        </w:rPr>
        <w:t>Қазақстан</w:t>
      </w:r>
      <w:proofErr w:type="spellEnd"/>
      <w:r w:rsidRPr="00E26D8A">
        <w:rPr>
          <w:szCs w:val="28"/>
        </w:rPr>
        <w:t xml:space="preserve"> </w:t>
      </w:r>
      <w:proofErr w:type="spellStart"/>
      <w:r w:rsidRPr="00E26D8A">
        <w:rPr>
          <w:szCs w:val="28"/>
        </w:rPr>
        <w:t>Республикасының</w:t>
      </w:r>
      <w:proofErr w:type="spellEnd"/>
      <w:r w:rsidRPr="00E26D8A">
        <w:rPr>
          <w:szCs w:val="28"/>
        </w:rPr>
        <w:t xml:space="preserve"> </w:t>
      </w:r>
      <w:proofErr w:type="spellStart"/>
      <w:r w:rsidRPr="00E26D8A">
        <w:rPr>
          <w:szCs w:val="28"/>
        </w:rPr>
        <w:t>Заңы</w:t>
      </w:r>
      <w:proofErr w:type="spellEnd"/>
      <w:r w:rsidRPr="00E26D8A">
        <w:rPr>
          <w:szCs w:val="28"/>
        </w:rPr>
        <w:t xml:space="preserve"> 2007 </w:t>
      </w:r>
      <w:proofErr w:type="spellStart"/>
      <w:r w:rsidRPr="00E26D8A">
        <w:rPr>
          <w:szCs w:val="28"/>
        </w:rPr>
        <w:t>жылғы</w:t>
      </w:r>
      <w:proofErr w:type="spellEnd"/>
      <w:r w:rsidRPr="00E26D8A">
        <w:rPr>
          <w:szCs w:val="28"/>
        </w:rPr>
        <w:t xml:space="preserve"> 27 </w:t>
      </w:r>
      <w:proofErr w:type="spellStart"/>
      <w:r w:rsidRPr="00E26D8A">
        <w:rPr>
          <w:szCs w:val="28"/>
        </w:rPr>
        <w:t>шілдедегі</w:t>
      </w:r>
      <w:proofErr w:type="spellEnd"/>
      <w:r w:rsidRPr="00E26D8A">
        <w:rPr>
          <w:szCs w:val="28"/>
        </w:rPr>
        <w:t xml:space="preserve"> № 319-III. </w:t>
      </w:r>
    </w:p>
    <w:p w14:paraId="3E3CF63A" w14:textId="77777777" w:rsidR="00D53DD4" w:rsidRPr="00E26D8A" w:rsidRDefault="00D53DD4" w:rsidP="00D53DD4">
      <w:pPr>
        <w:numPr>
          <w:ilvl w:val="0"/>
          <w:numId w:val="17"/>
        </w:numPr>
        <w:tabs>
          <w:tab w:val="clear" w:pos="720"/>
          <w:tab w:val="num" w:pos="851"/>
          <w:tab w:val="left" w:pos="993"/>
        </w:tabs>
        <w:ind w:left="0" w:firstLine="709"/>
        <w:jc w:val="both"/>
        <w:rPr>
          <w:szCs w:val="28"/>
        </w:rPr>
      </w:pPr>
      <w:r w:rsidRPr="00E26D8A">
        <w:rPr>
          <w:szCs w:val="28"/>
        </w:rPr>
        <w:t>«</w:t>
      </w:r>
      <w:proofErr w:type="spellStart"/>
      <w:r w:rsidRPr="00E26D8A">
        <w:rPr>
          <w:szCs w:val="28"/>
        </w:rPr>
        <w:t>Қазақстан</w:t>
      </w:r>
      <w:proofErr w:type="spellEnd"/>
      <w:r w:rsidRPr="00E26D8A">
        <w:rPr>
          <w:szCs w:val="28"/>
        </w:rPr>
        <w:t xml:space="preserve"> </w:t>
      </w:r>
      <w:proofErr w:type="spellStart"/>
      <w:r w:rsidRPr="00E26D8A">
        <w:rPr>
          <w:szCs w:val="28"/>
        </w:rPr>
        <w:t>Республикасындағы</w:t>
      </w:r>
      <w:proofErr w:type="spellEnd"/>
      <w:r w:rsidRPr="00E26D8A">
        <w:rPr>
          <w:szCs w:val="28"/>
        </w:rPr>
        <w:t xml:space="preserve"> </w:t>
      </w:r>
      <w:proofErr w:type="spellStart"/>
      <w:r w:rsidRPr="00E26D8A">
        <w:rPr>
          <w:szCs w:val="28"/>
        </w:rPr>
        <w:t>баланың</w:t>
      </w:r>
      <w:proofErr w:type="spellEnd"/>
      <w:r w:rsidRPr="00E26D8A">
        <w:rPr>
          <w:szCs w:val="28"/>
        </w:rPr>
        <w:t xml:space="preserve"> </w:t>
      </w:r>
      <w:proofErr w:type="spellStart"/>
      <w:r w:rsidRPr="00E26D8A">
        <w:rPr>
          <w:szCs w:val="28"/>
        </w:rPr>
        <w:t>құқықтары</w:t>
      </w:r>
      <w:proofErr w:type="spellEnd"/>
      <w:r w:rsidRPr="00E26D8A">
        <w:rPr>
          <w:szCs w:val="28"/>
        </w:rPr>
        <w:t xml:space="preserve"> </w:t>
      </w:r>
      <w:proofErr w:type="spellStart"/>
      <w:r w:rsidRPr="00E26D8A">
        <w:rPr>
          <w:szCs w:val="28"/>
        </w:rPr>
        <w:t>туралы</w:t>
      </w:r>
      <w:proofErr w:type="spellEnd"/>
      <w:r w:rsidRPr="00E26D8A">
        <w:rPr>
          <w:szCs w:val="28"/>
        </w:rPr>
        <w:t xml:space="preserve">» </w:t>
      </w:r>
      <w:proofErr w:type="spellStart"/>
      <w:r w:rsidRPr="00E26D8A">
        <w:rPr>
          <w:szCs w:val="28"/>
        </w:rPr>
        <w:t>Қазақстан</w:t>
      </w:r>
      <w:proofErr w:type="spellEnd"/>
      <w:r w:rsidRPr="00E26D8A">
        <w:rPr>
          <w:szCs w:val="28"/>
        </w:rPr>
        <w:t xml:space="preserve"> </w:t>
      </w:r>
      <w:proofErr w:type="spellStart"/>
      <w:r w:rsidRPr="00E26D8A">
        <w:rPr>
          <w:szCs w:val="28"/>
        </w:rPr>
        <w:t>Республикасының</w:t>
      </w:r>
      <w:proofErr w:type="spellEnd"/>
      <w:r w:rsidRPr="00E26D8A">
        <w:rPr>
          <w:szCs w:val="28"/>
        </w:rPr>
        <w:t xml:space="preserve"> </w:t>
      </w:r>
      <w:proofErr w:type="spellStart"/>
      <w:r w:rsidRPr="00E26D8A">
        <w:rPr>
          <w:szCs w:val="28"/>
        </w:rPr>
        <w:t>Заңы</w:t>
      </w:r>
      <w:proofErr w:type="spellEnd"/>
      <w:r w:rsidRPr="00E26D8A">
        <w:rPr>
          <w:szCs w:val="28"/>
        </w:rPr>
        <w:t xml:space="preserve"> 2002 </w:t>
      </w:r>
      <w:proofErr w:type="spellStart"/>
      <w:r w:rsidRPr="00E26D8A">
        <w:rPr>
          <w:szCs w:val="28"/>
        </w:rPr>
        <w:t>жылғы</w:t>
      </w:r>
      <w:proofErr w:type="spellEnd"/>
      <w:r w:rsidRPr="00E26D8A">
        <w:rPr>
          <w:szCs w:val="28"/>
        </w:rPr>
        <w:t xml:space="preserve"> 8 </w:t>
      </w:r>
      <w:proofErr w:type="spellStart"/>
      <w:r w:rsidRPr="00E26D8A">
        <w:rPr>
          <w:szCs w:val="28"/>
        </w:rPr>
        <w:t>тамыздағы</w:t>
      </w:r>
      <w:proofErr w:type="spellEnd"/>
      <w:r w:rsidRPr="00E26D8A">
        <w:rPr>
          <w:szCs w:val="28"/>
        </w:rPr>
        <w:t xml:space="preserve"> № 345. </w:t>
      </w:r>
    </w:p>
    <w:p w14:paraId="43BEDC2C" w14:textId="77777777" w:rsidR="00D53DD4" w:rsidRPr="00E26D8A" w:rsidRDefault="00D53DD4" w:rsidP="00D53DD4">
      <w:pPr>
        <w:numPr>
          <w:ilvl w:val="0"/>
          <w:numId w:val="17"/>
        </w:numPr>
        <w:tabs>
          <w:tab w:val="clear" w:pos="720"/>
          <w:tab w:val="num" w:pos="851"/>
          <w:tab w:val="left" w:pos="993"/>
        </w:tabs>
        <w:ind w:left="0" w:firstLine="709"/>
        <w:jc w:val="both"/>
        <w:rPr>
          <w:szCs w:val="28"/>
        </w:rPr>
      </w:pPr>
      <w:r w:rsidRPr="00E26D8A">
        <w:rPr>
          <w:szCs w:val="28"/>
        </w:rPr>
        <w:t>«</w:t>
      </w:r>
      <w:proofErr w:type="spellStart"/>
      <w:r w:rsidRPr="00E26D8A">
        <w:rPr>
          <w:szCs w:val="28"/>
        </w:rPr>
        <w:t>Халық</w:t>
      </w:r>
      <w:proofErr w:type="spellEnd"/>
      <w:r w:rsidRPr="00E26D8A">
        <w:rPr>
          <w:szCs w:val="28"/>
        </w:rPr>
        <w:t xml:space="preserve"> </w:t>
      </w:r>
      <w:proofErr w:type="spellStart"/>
      <w:r w:rsidRPr="00E26D8A">
        <w:rPr>
          <w:szCs w:val="28"/>
        </w:rPr>
        <w:t>денсаулығы</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денсаулық</w:t>
      </w:r>
      <w:proofErr w:type="spellEnd"/>
      <w:r w:rsidRPr="00E26D8A">
        <w:rPr>
          <w:szCs w:val="28"/>
        </w:rPr>
        <w:t xml:space="preserve"> </w:t>
      </w:r>
      <w:proofErr w:type="spellStart"/>
      <w:r w:rsidRPr="00E26D8A">
        <w:rPr>
          <w:szCs w:val="28"/>
        </w:rPr>
        <w:t>сақтау</w:t>
      </w:r>
      <w:proofErr w:type="spellEnd"/>
      <w:r w:rsidRPr="00E26D8A">
        <w:rPr>
          <w:szCs w:val="28"/>
        </w:rPr>
        <w:t xml:space="preserve"> </w:t>
      </w:r>
      <w:proofErr w:type="spellStart"/>
      <w:r w:rsidRPr="00E26D8A">
        <w:rPr>
          <w:szCs w:val="28"/>
        </w:rPr>
        <w:t>жүйесі</w:t>
      </w:r>
      <w:proofErr w:type="spellEnd"/>
      <w:r w:rsidRPr="00E26D8A">
        <w:rPr>
          <w:szCs w:val="28"/>
        </w:rPr>
        <w:t xml:space="preserve"> </w:t>
      </w:r>
      <w:proofErr w:type="spellStart"/>
      <w:r w:rsidRPr="00E26D8A">
        <w:rPr>
          <w:szCs w:val="28"/>
        </w:rPr>
        <w:t>туралы</w:t>
      </w:r>
      <w:proofErr w:type="spellEnd"/>
      <w:r w:rsidRPr="00E26D8A">
        <w:rPr>
          <w:szCs w:val="28"/>
        </w:rPr>
        <w:t xml:space="preserve">» </w:t>
      </w:r>
      <w:proofErr w:type="spellStart"/>
      <w:r w:rsidRPr="00E26D8A">
        <w:rPr>
          <w:szCs w:val="28"/>
        </w:rPr>
        <w:t>Қазақстан</w:t>
      </w:r>
      <w:proofErr w:type="spellEnd"/>
      <w:r w:rsidRPr="00E26D8A">
        <w:rPr>
          <w:szCs w:val="28"/>
        </w:rPr>
        <w:t xml:space="preserve"> </w:t>
      </w:r>
      <w:proofErr w:type="spellStart"/>
      <w:r w:rsidRPr="00E26D8A">
        <w:rPr>
          <w:szCs w:val="28"/>
        </w:rPr>
        <w:t>Республикасының</w:t>
      </w:r>
      <w:proofErr w:type="spellEnd"/>
      <w:r w:rsidRPr="00E26D8A">
        <w:rPr>
          <w:szCs w:val="28"/>
        </w:rPr>
        <w:t xml:space="preserve"> </w:t>
      </w:r>
      <w:proofErr w:type="spellStart"/>
      <w:r w:rsidRPr="00E26D8A">
        <w:rPr>
          <w:szCs w:val="28"/>
        </w:rPr>
        <w:t>Кодексі</w:t>
      </w:r>
      <w:proofErr w:type="spellEnd"/>
      <w:r w:rsidRPr="00E26D8A">
        <w:rPr>
          <w:szCs w:val="28"/>
        </w:rPr>
        <w:t xml:space="preserve"> 2020 </w:t>
      </w:r>
      <w:proofErr w:type="spellStart"/>
      <w:r w:rsidRPr="00E26D8A">
        <w:rPr>
          <w:szCs w:val="28"/>
        </w:rPr>
        <w:t>жылғы</w:t>
      </w:r>
      <w:proofErr w:type="spellEnd"/>
      <w:r w:rsidRPr="00E26D8A">
        <w:rPr>
          <w:szCs w:val="28"/>
        </w:rPr>
        <w:t xml:space="preserve"> 7 </w:t>
      </w:r>
      <w:proofErr w:type="spellStart"/>
      <w:r w:rsidRPr="00E26D8A">
        <w:rPr>
          <w:szCs w:val="28"/>
        </w:rPr>
        <w:t>шілдедегі</w:t>
      </w:r>
      <w:proofErr w:type="spellEnd"/>
      <w:r w:rsidRPr="00E26D8A">
        <w:rPr>
          <w:szCs w:val="28"/>
        </w:rPr>
        <w:t xml:space="preserve"> № 360-VI. </w:t>
      </w:r>
    </w:p>
    <w:p w14:paraId="0C115A4E" w14:textId="77777777" w:rsidR="00D53DD4" w:rsidRPr="00E26D8A" w:rsidRDefault="00D53DD4" w:rsidP="00D53DD4">
      <w:pPr>
        <w:numPr>
          <w:ilvl w:val="0"/>
          <w:numId w:val="17"/>
        </w:numPr>
        <w:tabs>
          <w:tab w:val="clear" w:pos="720"/>
          <w:tab w:val="num" w:pos="851"/>
          <w:tab w:val="left" w:pos="993"/>
        </w:tabs>
        <w:ind w:left="0" w:firstLine="709"/>
        <w:jc w:val="both"/>
        <w:rPr>
          <w:szCs w:val="28"/>
        </w:rPr>
      </w:pPr>
      <w:r w:rsidRPr="00E26D8A">
        <w:rPr>
          <w:szCs w:val="28"/>
        </w:rPr>
        <w:t>«</w:t>
      </w:r>
      <w:proofErr w:type="spellStart"/>
      <w:r w:rsidRPr="00E26D8A">
        <w:rPr>
          <w:szCs w:val="28"/>
        </w:rPr>
        <w:t>Педагог</w:t>
      </w:r>
      <w:proofErr w:type="spellEnd"/>
      <w:r w:rsidRPr="00E26D8A">
        <w:rPr>
          <w:szCs w:val="28"/>
        </w:rPr>
        <w:t xml:space="preserve"> </w:t>
      </w:r>
      <w:proofErr w:type="spellStart"/>
      <w:r w:rsidRPr="00E26D8A">
        <w:rPr>
          <w:szCs w:val="28"/>
        </w:rPr>
        <w:t>мәртебесі</w:t>
      </w:r>
      <w:proofErr w:type="spellEnd"/>
      <w:r w:rsidRPr="00E26D8A">
        <w:rPr>
          <w:szCs w:val="28"/>
        </w:rPr>
        <w:t xml:space="preserve"> </w:t>
      </w:r>
      <w:proofErr w:type="spellStart"/>
      <w:r w:rsidRPr="00E26D8A">
        <w:rPr>
          <w:szCs w:val="28"/>
        </w:rPr>
        <w:t>туралы</w:t>
      </w:r>
      <w:proofErr w:type="spellEnd"/>
      <w:r w:rsidRPr="00E26D8A">
        <w:rPr>
          <w:szCs w:val="28"/>
        </w:rPr>
        <w:t xml:space="preserve">» </w:t>
      </w:r>
      <w:proofErr w:type="spellStart"/>
      <w:r w:rsidRPr="00E26D8A">
        <w:rPr>
          <w:szCs w:val="28"/>
        </w:rPr>
        <w:t>Қазақстан</w:t>
      </w:r>
      <w:proofErr w:type="spellEnd"/>
      <w:r w:rsidRPr="00E26D8A">
        <w:rPr>
          <w:szCs w:val="28"/>
        </w:rPr>
        <w:t xml:space="preserve"> </w:t>
      </w:r>
      <w:proofErr w:type="spellStart"/>
      <w:r w:rsidRPr="00E26D8A">
        <w:rPr>
          <w:szCs w:val="28"/>
        </w:rPr>
        <w:t>Республикасының</w:t>
      </w:r>
      <w:proofErr w:type="spellEnd"/>
      <w:r w:rsidRPr="00E26D8A">
        <w:rPr>
          <w:szCs w:val="28"/>
        </w:rPr>
        <w:t xml:space="preserve"> </w:t>
      </w:r>
      <w:proofErr w:type="spellStart"/>
      <w:r w:rsidRPr="00E26D8A">
        <w:rPr>
          <w:szCs w:val="28"/>
        </w:rPr>
        <w:t>Заңы</w:t>
      </w:r>
      <w:proofErr w:type="spellEnd"/>
      <w:r w:rsidRPr="00E26D8A">
        <w:rPr>
          <w:szCs w:val="28"/>
        </w:rPr>
        <w:t xml:space="preserve"> 2019 </w:t>
      </w:r>
      <w:proofErr w:type="spellStart"/>
      <w:r w:rsidRPr="00E26D8A">
        <w:rPr>
          <w:szCs w:val="28"/>
        </w:rPr>
        <w:t>жылғы</w:t>
      </w:r>
      <w:proofErr w:type="spellEnd"/>
      <w:r w:rsidRPr="00E26D8A">
        <w:rPr>
          <w:szCs w:val="28"/>
        </w:rPr>
        <w:t xml:space="preserve"> 27 </w:t>
      </w:r>
      <w:proofErr w:type="spellStart"/>
      <w:r w:rsidRPr="00E26D8A">
        <w:rPr>
          <w:szCs w:val="28"/>
        </w:rPr>
        <w:t>желтоқсандағы</w:t>
      </w:r>
      <w:proofErr w:type="spellEnd"/>
      <w:r w:rsidRPr="00E26D8A">
        <w:rPr>
          <w:szCs w:val="28"/>
        </w:rPr>
        <w:t xml:space="preserve"> № 293-VI. </w:t>
      </w:r>
    </w:p>
    <w:p w14:paraId="10C21F68" w14:textId="77777777" w:rsidR="00D53DD4" w:rsidRPr="00E26D8A" w:rsidRDefault="00D53DD4" w:rsidP="00D53DD4">
      <w:pPr>
        <w:numPr>
          <w:ilvl w:val="0"/>
          <w:numId w:val="17"/>
        </w:numPr>
        <w:tabs>
          <w:tab w:val="clear" w:pos="720"/>
          <w:tab w:val="num" w:pos="851"/>
          <w:tab w:val="left" w:pos="993"/>
        </w:tabs>
        <w:ind w:left="0" w:firstLine="709"/>
        <w:jc w:val="both"/>
        <w:rPr>
          <w:szCs w:val="28"/>
        </w:rPr>
      </w:pPr>
      <w:proofErr w:type="spellStart"/>
      <w:r w:rsidRPr="00E26D8A">
        <w:rPr>
          <w:szCs w:val="28"/>
        </w:rPr>
        <w:t>Кәмелетке</w:t>
      </w:r>
      <w:proofErr w:type="spellEnd"/>
      <w:r w:rsidRPr="00E26D8A">
        <w:rPr>
          <w:szCs w:val="28"/>
        </w:rPr>
        <w:t xml:space="preserve"> </w:t>
      </w:r>
      <w:proofErr w:type="spellStart"/>
      <w:r w:rsidRPr="00E26D8A">
        <w:rPr>
          <w:szCs w:val="28"/>
        </w:rPr>
        <w:t>толмағандарға</w:t>
      </w:r>
      <w:proofErr w:type="spellEnd"/>
      <w:r w:rsidRPr="00E26D8A">
        <w:rPr>
          <w:szCs w:val="28"/>
        </w:rPr>
        <w:t xml:space="preserve"> </w:t>
      </w:r>
      <w:proofErr w:type="spellStart"/>
      <w:r w:rsidRPr="00E26D8A">
        <w:rPr>
          <w:szCs w:val="28"/>
        </w:rPr>
        <w:t>арналған</w:t>
      </w:r>
      <w:proofErr w:type="spellEnd"/>
      <w:r w:rsidRPr="00E26D8A">
        <w:rPr>
          <w:szCs w:val="28"/>
        </w:rPr>
        <w:t xml:space="preserve"> </w:t>
      </w:r>
      <w:proofErr w:type="spellStart"/>
      <w:r w:rsidRPr="00E26D8A">
        <w:rPr>
          <w:szCs w:val="28"/>
        </w:rPr>
        <w:t>білім</w:t>
      </w:r>
      <w:proofErr w:type="spellEnd"/>
      <w:r w:rsidRPr="00E26D8A">
        <w:rPr>
          <w:szCs w:val="28"/>
        </w:rPr>
        <w:t xml:space="preserve"> </w:t>
      </w:r>
      <w:proofErr w:type="spellStart"/>
      <w:r w:rsidRPr="00E26D8A">
        <w:rPr>
          <w:szCs w:val="28"/>
        </w:rPr>
        <w:t>беру-сауықтыру</w:t>
      </w:r>
      <w:proofErr w:type="spellEnd"/>
      <w:r w:rsidRPr="00E26D8A">
        <w:rPr>
          <w:szCs w:val="28"/>
        </w:rPr>
        <w:t xml:space="preserve"> </w:t>
      </w:r>
      <w:proofErr w:type="spellStart"/>
      <w:r w:rsidRPr="00E26D8A">
        <w:rPr>
          <w:szCs w:val="28"/>
        </w:rPr>
        <w:t>бағдарламаларын</w:t>
      </w:r>
      <w:proofErr w:type="spellEnd"/>
      <w:r w:rsidRPr="00E26D8A">
        <w:rPr>
          <w:szCs w:val="28"/>
        </w:rPr>
        <w:t xml:space="preserve"> </w:t>
      </w:r>
      <w:proofErr w:type="spellStart"/>
      <w:r w:rsidRPr="00E26D8A">
        <w:rPr>
          <w:szCs w:val="28"/>
        </w:rPr>
        <w:t>әзірлеу</w:t>
      </w:r>
      <w:proofErr w:type="spellEnd"/>
      <w:r w:rsidRPr="00E26D8A">
        <w:rPr>
          <w:szCs w:val="28"/>
        </w:rPr>
        <w:t xml:space="preserve">, </w:t>
      </w:r>
      <w:proofErr w:type="spellStart"/>
      <w:r w:rsidRPr="00E26D8A">
        <w:rPr>
          <w:szCs w:val="28"/>
        </w:rPr>
        <w:t>келісу</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бекіту</w:t>
      </w:r>
      <w:proofErr w:type="spellEnd"/>
      <w:r w:rsidRPr="00E26D8A">
        <w:rPr>
          <w:szCs w:val="28"/>
        </w:rPr>
        <w:t xml:space="preserve"> </w:t>
      </w:r>
      <w:proofErr w:type="spellStart"/>
      <w:r w:rsidRPr="00E26D8A">
        <w:rPr>
          <w:szCs w:val="28"/>
        </w:rPr>
        <w:t>қағидалары</w:t>
      </w:r>
      <w:proofErr w:type="spellEnd"/>
      <w:r w:rsidRPr="00E26D8A">
        <w:rPr>
          <w:szCs w:val="28"/>
        </w:rPr>
        <w:t xml:space="preserve">, </w:t>
      </w:r>
      <w:proofErr w:type="spellStart"/>
      <w:r w:rsidRPr="00E26D8A">
        <w:rPr>
          <w:szCs w:val="28"/>
        </w:rPr>
        <w:t>сондай-ақ</w:t>
      </w:r>
      <w:proofErr w:type="spellEnd"/>
      <w:r w:rsidRPr="00E26D8A">
        <w:rPr>
          <w:szCs w:val="28"/>
        </w:rPr>
        <w:t xml:space="preserve"> </w:t>
      </w:r>
      <w:proofErr w:type="spellStart"/>
      <w:r w:rsidRPr="00E26D8A">
        <w:rPr>
          <w:szCs w:val="28"/>
        </w:rPr>
        <w:t>олардың</w:t>
      </w:r>
      <w:proofErr w:type="spellEnd"/>
      <w:r w:rsidRPr="00E26D8A">
        <w:rPr>
          <w:szCs w:val="28"/>
        </w:rPr>
        <w:t xml:space="preserve"> </w:t>
      </w:r>
      <w:proofErr w:type="spellStart"/>
      <w:r w:rsidRPr="00E26D8A">
        <w:rPr>
          <w:szCs w:val="28"/>
        </w:rPr>
        <w:t>құрылымы</w:t>
      </w:r>
      <w:proofErr w:type="spellEnd"/>
      <w:r w:rsidRPr="00E26D8A">
        <w:rPr>
          <w:szCs w:val="28"/>
        </w:rPr>
        <w:t xml:space="preserve"> </w:t>
      </w:r>
      <w:proofErr w:type="spellStart"/>
      <w:r w:rsidRPr="00E26D8A">
        <w:rPr>
          <w:szCs w:val="28"/>
        </w:rPr>
        <w:t>мен</w:t>
      </w:r>
      <w:proofErr w:type="spellEnd"/>
      <w:r w:rsidRPr="00E26D8A">
        <w:rPr>
          <w:szCs w:val="28"/>
        </w:rPr>
        <w:t xml:space="preserve"> </w:t>
      </w:r>
      <w:proofErr w:type="spellStart"/>
      <w:r w:rsidRPr="00E26D8A">
        <w:rPr>
          <w:szCs w:val="28"/>
        </w:rPr>
        <w:t>мазмұнына</w:t>
      </w:r>
      <w:proofErr w:type="spellEnd"/>
      <w:r w:rsidRPr="00E26D8A">
        <w:rPr>
          <w:szCs w:val="28"/>
        </w:rPr>
        <w:t xml:space="preserve"> </w:t>
      </w:r>
      <w:proofErr w:type="spellStart"/>
      <w:r w:rsidRPr="00E26D8A">
        <w:rPr>
          <w:szCs w:val="28"/>
        </w:rPr>
        <w:t>қойылатын</w:t>
      </w:r>
      <w:proofErr w:type="spellEnd"/>
      <w:r w:rsidRPr="00E26D8A">
        <w:rPr>
          <w:szCs w:val="28"/>
        </w:rPr>
        <w:t xml:space="preserve"> </w:t>
      </w:r>
      <w:proofErr w:type="spellStart"/>
      <w:r w:rsidRPr="00E26D8A">
        <w:rPr>
          <w:szCs w:val="28"/>
        </w:rPr>
        <w:t>талаптар</w:t>
      </w:r>
      <w:proofErr w:type="spellEnd"/>
      <w:r w:rsidRPr="00E26D8A">
        <w:rPr>
          <w:szCs w:val="28"/>
        </w:rPr>
        <w:t xml:space="preserve">. </w:t>
      </w:r>
    </w:p>
    <w:p w14:paraId="023B8DAF" w14:textId="77777777" w:rsidR="00D53DD4" w:rsidRPr="00E26D8A" w:rsidRDefault="00D53DD4" w:rsidP="00D53DD4">
      <w:pPr>
        <w:numPr>
          <w:ilvl w:val="0"/>
          <w:numId w:val="17"/>
        </w:numPr>
        <w:tabs>
          <w:tab w:val="clear" w:pos="720"/>
          <w:tab w:val="num" w:pos="851"/>
          <w:tab w:val="left" w:pos="993"/>
        </w:tabs>
        <w:ind w:left="0" w:firstLine="709"/>
        <w:jc w:val="both"/>
        <w:rPr>
          <w:szCs w:val="28"/>
        </w:rPr>
      </w:pPr>
      <w:proofErr w:type="spellStart"/>
      <w:r w:rsidRPr="00E26D8A">
        <w:rPr>
          <w:szCs w:val="28"/>
        </w:rPr>
        <w:lastRenderedPageBreak/>
        <w:t>Қазақстан</w:t>
      </w:r>
      <w:proofErr w:type="spellEnd"/>
      <w:r w:rsidRPr="00E26D8A">
        <w:rPr>
          <w:szCs w:val="28"/>
        </w:rPr>
        <w:t xml:space="preserve"> </w:t>
      </w:r>
      <w:proofErr w:type="spellStart"/>
      <w:r w:rsidRPr="00E26D8A">
        <w:rPr>
          <w:szCs w:val="28"/>
        </w:rPr>
        <w:t>Республикасы</w:t>
      </w:r>
      <w:proofErr w:type="spellEnd"/>
      <w:r w:rsidRPr="00E26D8A">
        <w:rPr>
          <w:szCs w:val="28"/>
        </w:rPr>
        <w:t xml:space="preserve"> </w:t>
      </w:r>
      <w:proofErr w:type="spellStart"/>
      <w:r w:rsidRPr="00E26D8A">
        <w:rPr>
          <w:szCs w:val="28"/>
        </w:rPr>
        <w:t>Оқу-ағарту</w:t>
      </w:r>
      <w:proofErr w:type="spellEnd"/>
      <w:r w:rsidRPr="00E26D8A">
        <w:rPr>
          <w:szCs w:val="28"/>
        </w:rPr>
        <w:t xml:space="preserve"> </w:t>
      </w:r>
      <w:proofErr w:type="spellStart"/>
      <w:r w:rsidRPr="00E26D8A">
        <w:rPr>
          <w:szCs w:val="28"/>
        </w:rPr>
        <w:t>министрінің</w:t>
      </w:r>
      <w:proofErr w:type="spellEnd"/>
      <w:r w:rsidRPr="00E26D8A">
        <w:rPr>
          <w:szCs w:val="28"/>
        </w:rPr>
        <w:t xml:space="preserve"> 2025 </w:t>
      </w:r>
      <w:proofErr w:type="spellStart"/>
      <w:r w:rsidRPr="00E26D8A">
        <w:rPr>
          <w:szCs w:val="28"/>
        </w:rPr>
        <w:t>жылғы</w:t>
      </w:r>
      <w:proofErr w:type="spellEnd"/>
      <w:r w:rsidRPr="00E26D8A">
        <w:rPr>
          <w:szCs w:val="28"/>
        </w:rPr>
        <w:t xml:space="preserve"> 7 </w:t>
      </w:r>
      <w:proofErr w:type="spellStart"/>
      <w:r w:rsidRPr="00E26D8A">
        <w:rPr>
          <w:szCs w:val="28"/>
        </w:rPr>
        <w:t>қазандағы</w:t>
      </w:r>
      <w:proofErr w:type="spellEnd"/>
      <w:r w:rsidRPr="00E26D8A">
        <w:rPr>
          <w:szCs w:val="28"/>
        </w:rPr>
        <w:t xml:space="preserve"> № 237 </w:t>
      </w:r>
      <w:proofErr w:type="spellStart"/>
      <w:r w:rsidRPr="00E26D8A">
        <w:rPr>
          <w:szCs w:val="28"/>
        </w:rPr>
        <w:t>бұйрығымен</w:t>
      </w:r>
      <w:proofErr w:type="spellEnd"/>
      <w:r w:rsidRPr="00E26D8A">
        <w:rPr>
          <w:szCs w:val="28"/>
        </w:rPr>
        <w:t xml:space="preserve"> </w:t>
      </w:r>
      <w:proofErr w:type="spellStart"/>
      <w:r w:rsidRPr="00E26D8A">
        <w:rPr>
          <w:szCs w:val="28"/>
        </w:rPr>
        <w:t>бекітілген</w:t>
      </w:r>
      <w:proofErr w:type="spellEnd"/>
      <w:r w:rsidRPr="00E26D8A">
        <w:rPr>
          <w:szCs w:val="28"/>
        </w:rPr>
        <w:t xml:space="preserve"> </w:t>
      </w:r>
      <w:proofErr w:type="spellStart"/>
      <w:r w:rsidRPr="00E26D8A">
        <w:rPr>
          <w:szCs w:val="28"/>
        </w:rPr>
        <w:t>білім</w:t>
      </w:r>
      <w:proofErr w:type="spellEnd"/>
      <w:r w:rsidRPr="00E26D8A">
        <w:rPr>
          <w:szCs w:val="28"/>
        </w:rPr>
        <w:t xml:space="preserve"> </w:t>
      </w:r>
      <w:proofErr w:type="spellStart"/>
      <w:r w:rsidRPr="00E26D8A">
        <w:rPr>
          <w:szCs w:val="28"/>
        </w:rPr>
        <w:t>беру</w:t>
      </w:r>
      <w:proofErr w:type="spellEnd"/>
      <w:r w:rsidRPr="00E26D8A">
        <w:rPr>
          <w:szCs w:val="28"/>
        </w:rPr>
        <w:t xml:space="preserve"> </w:t>
      </w:r>
      <w:proofErr w:type="spellStart"/>
      <w:r w:rsidRPr="00E26D8A">
        <w:rPr>
          <w:szCs w:val="28"/>
        </w:rPr>
        <w:t>ұйымдарында</w:t>
      </w:r>
      <w:proofErr w:type="spellEnd"/>
      <w:r w:rsidRPr="00E26D8A">
        <w:rPr>
          <w:szCs w:val="28"/>
        </w:rPr>
        <w:t xml:space="preserve"> </w:t>
      </w:r>
      <w:proofErr w:type="spellStart"/>
      <w:r w:rsidRPr="00E26D8A">
        <w:rPr>
          <w:szCs w:val="28"/>
        </w:rPr>
        <w:t>балаларды</w:t>
      </w:r>
      <w:proofErr w:type="spellEnd"/>
      <w:r w:rsidRPr="00E26D8A">
        <w:rPr>
          <w:szCs w:val="28"/>
        </w:rPr>
        <w:t xml:space="preserve"> </w:t>
      </w:r>
      <w:proofErr w:type="spellStart"/>
      <w:r w:rsidRPr="00E26D8A">
        <w:rPr>
          <w:szCs w:val="28"/>
        </w:rPr>
        <w:t>сауықтыру</w:t>
      </w:r>
      <w:proofErr w:type="spellEnd"/>
      <w:r w:rsidRPr="00E26D8A">
        <w:rPr>
          <w:szCs w:val="28"/>
        </w:rPr>
        <w:t xml:space="preserve"> </w:t>
      </w:r>
      <w:proofErr w:type="spellStart"/>
      <w:r w:rsidRPr="00E26D8A">
        <w:rPr>
          <w:szCs w:val="28"/>
        </w:rPr>
        <w:t>мен</w:t>
      </w:r>
      <w:proofErr w:type="spellEnd"/>
      <w:r w:rsidRPr="00E26D8A">
        <w:rPr>
          <w:szCs w:val="28"/>
        </w:rPr>
        <w:t xml:space="preserve"> </w:t>
      </w:r>
      <w:proofErr w:type="spellStart"/>
      <w:r w:rsidRPr="00E26D8A">
        <w:rPr>
          <w:szCs w:val="28"/>
        </w:rPr>
        <w:t>демалысын</w:t>
      </w:r>
      <w:proofErr w:type="spellEnd"/>
      <w:r w:rsidRPr="00E26D8A">
        <w:rPr>
          <w:szCs w:val="28"/>
        </w:rPr>
        <w:t xml:space="preserve"> </w:t>
      </w:r>
      <w:proofErr w:type="spellStart"/>
      <w:r w:rsidRPr="00E26D8A">
        <w:rPr>
          <w:szCs w:val="28"/>
        </w:rPr>
        <w:t>ұйымдастыру</w:t>
      </w:r>
      <w:proofErr w:type="spellEnd"/>
      <w:r w:rsidRPr="00E26D8A">
        <w:rPr>
          <w:szCs w:val="28"/>
        </w:rPr>
        <w:t xml:space="preserve"> </w:t>
      </w:r>
      <w:proofErr w:type="spellStart"/>
      <w:r w:rsidRPr="00E26D8A">
        <w:rPr>
          <w:szCs w:val="28"/>
        </w:rPr>
        <w:t>қағидалары</w:t>
      </w:r>
      <w:proofErr w:type="spellEnd"/>
      <w:r w:rsidRPr="00E26D8A">
        <w:rPr>
          <w:szCs w:val="28"/>
        </w:rPr>
        <w:t xml:space="preserve">. </w:t>
      </w:r>
    </w:p>
    <w:p w14:paraId="41B72F31" w14:textId="77777777" w:rsidR="00D53DD4" w:rsidRPr="00E26D8A" w:rsidRDefault="00D53DD4" w:rsidP="00D53DD4">
      <w:pPr>
        <w:numPr>
          <w:ilvl w:val="0"/>
          <w:numId w:val="17"/>
        </w:numPr>
        <w:tabs>
          <w:tab w:val="clear" w:pos="720"/>
          <w:tab w:val="num" w:pos="851"/>
          <w:tab w:val="left" w:pos="993"/>
        </w:tabs>
        <w:ind w:left="0" w:firstLine="709"/>
        <w:jc w:val="both"/>
        <w:rPr>
          <w:szCs w:val="28"/>
        </w:rPr>
      </w:pPr>
      <w:proofErr w:type="spellStart"/>
      <w:r w:rsidRPr="00E26D8A">
        <w:rPr>
          <w:szCs w:val="28"/>
        </w:rPr>
        <w:t>Жоғары</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жоғары</w:t>
      </w:r>
      <w:proofErr w:type="spellEnd"/>
      <w:r w:rsidRPr="00E26D8A">
        <w:rPr>
          <w:szCs w:val="28"/>
        </w:rPr>
        <w:t xml:space="preserve"> </w:t>
      </w:r>
      <w:proofErr w:type="spellStart"/>
      <w:r w:rsidRPr="00E26D8A">
        <w:rPr>
          <w:szCs w:val="28"/>
        </w:rPr>
        <w:t>оқу</w:t>
      </w:r>
      <w:proofErr w:type="spellEnd"/>
      <w:r w:rsidRPr="00E26D8A">
        <w:rPr>
          <w:szCs w:val="28"/>
        </w:rPr>
        <w:t xml:space="preserve"> </w:t>
      </w:r>
      <w:proofErr w:type="spellStart"/>
      <w:r w:rsidRPr="00E26D8A">
        <w:rPr>
          <w:szCs w:val="28"/>
        </w:rPr>
        <w:t>орнынан</w:t>
      </w:r>
      <w:proofErr w:type="spellEnd"/>
      <w:r w:rsidRPr="00E26D8A">
        <w:rPr>
          <w:szCs w:val="28"/>
        </w:rPr>
        <w:t xml:space="preserve"> </w:t>
      </w:r>
      <w:proofErr w:type="spellStart"/>
      <w:r w:rsidRPr="00E26D8A">
        <w:rPr>
          <w:szCs w:val="28"/>
        </w:rPr>
        <w:t>кейінгі</w:t>
      </w:r>
      <w:proofErr w:type="spellEnd"/>
      <w:r w:rsidRPr="00E26D8A">
        <w:rPr>
          <w:szCs w:val="28"/>
        </w:rPr>
        <w:t xml:space="preserve"> </w:t>
      </w:r>
      <w:proofErr w:type="spellStart"/>
      <w:r w:rsidRPr="00E26D8A">
        <w:rPr>
          <w:szCs w:val="28"/>
        </w:rPr>
        <w:t>білім</w:t>
      </w:r>
      <w:proofErr w:type="spellEnd"/>
      <w:r w:rsidRPr="00E26D8A">
        <w:rPr>
          <w:szCs w:val="28"/>
        </w:rPr>
        <w:t xml:space="preserve"> </w:t>
      </w:r>
      <w:proofErr w:type="spellStart"/>
      <w:r w:rsidRPr="00E26D8A">
        <w:rPr>
          <w:szCs w:val="28"/>
        </w:rPr>
        <w:t>беру</w:t>
      </w:r>
      <w:proofErr w:type="spellEnd"/>
      <w:r w:rsidRPr="00E26D8A">
        <w:rPr>
          <w:szCs w:val="28"/>
        </w:rPr>
        <w:t xml:space="preserve"> </w:t>
      </w:r>
      <w:proofErr w:type="spellStart"/>
      <w:r w:rsidRPr="00E26D8A">
        <w:rPr>
          <w:szCs w:val="28"/>
        </w:rPr>
        <w:t>ұйымдарынан</w:t>
      </w:r>
      <w:proofErr w:type="spellEnd"/>
      <w:r w:rsidRPr="00E26D8A">
        <w:rPr>
          <w:szCs w:val="28"/>
        </w:rPr>
        <w:t xml:space="preserve"> </w:t>
      </w:r>
      <w:proofErr w:type="spellStart"/>
      <w:r w:rsidRPr="00E26D8A">
        <w:rPr>
          <w:szCs w:val="28"/>
        </w:rPr>
        <w:t>басқа</w:t>
      </w:r>
      <w:proofErr w:type="spellEnd"/>
      <w:r w:rsidRPr="00E26D8A">
        <w:rPr>
          <w:szCs w:val="28"/>
        </w:rPr>
        <w:t xml:space="preserve">, </w:t>
      </w:r>
      <w:proofErr w:type="spellStart"/>
      <w:r w:rsidRPr="00E26D8A">
        <w:rPr>
          <w:szCs w:val="28"/>
        </w:rPr>
        <w:t>білім</w:t>
      </w:r>
      <w:proofErr w:type="spellEnd"/>
      <w:r w:rsidRPr="00E26D8A">
        <w:rPr>
          <w:szCs w:val="28"/>
        </w:rPr>
        <w:t xml:space="preserve"> </w:t>
      </w:r>
      <w:proofErr w:type="spellStart"/>
      <w:r w:rsidRPr="00E26D8A">
        <w:rPr>
          <w:szCs w:val="28"/>
        </w:rPr>
        <w:t>беру</w:t>
      </w:r>
      <w:proofErr w:type="spellEnd"/>
      <w:r w:rsidRPr="00E26D8A">
        <w:rPr>
          <w:szCs w:val="28"/>
        </w:rPr>
        <w:t xml:space="preserve"> </w:t>
      </w:r>
      <w:proofErr w:type="spellStart"/>
      <w:r w:rsidRPr="00E26D8A">
        <w:rPr>
          <w:szCs w:val="28"/>
        </w:rPr>
        <w:t>ұйымдарының</w:t>
      </w:r>
      <w:proofErr w:type="spellEnd"/>
      <w:r w:rsidRPr="00E26D8A">
        <w:rPr>
          <w:szCs w:val="28"/>
        </w:rPr>
        <w:t xml:space="preserve"> </w:t>
      </w:r>
      <w:proofErr w:type="spellStart"/>
      <w:r w:rsidRPr="00E26D8A">
        <w:rPr>
          <w:szCs w:val="28"/>
        </w:rPr>
        <w:t>тиісті</w:t>
      </w:r>
      <w:proofErr w:type="spellEnd"/>
      <w:r w:rsidRPr="00E26D8A">
        <w:rPr>
          <w:szCs w:val="28"/>
        </w:rPr>
        <w:t xml:space="preserve"> </w:t>
      </w:r>
      <w:proofErr w:type="spellStart"/>
      <w:r w:rsidRPr="00E26D8A">
        <w:rPr>
          <w:szCs w:val="28"/>
        </w:rPr>
        <w:t>түрлері</w:t>
      </w:r>
      <w:proofErr w:type="spellEnd"/>
      <w:r w:rsidRPr="00E26D8A">
        <w:rPr>
          <w:szCs w:val="28"/>
        </w:rPr>
        <w:t xml:space="preserve"> </w:t>
      </w:r>
      <w:proofErr w:type="spellStart"/>
      <w:r w:rsidRPr="00E26D8A">
        <w:rPr>
          <w:szCs w:val="28"/>
        </w:rPr>
        <w:t>мен</w:t>
      </w:r>
      <w:proofErr w:type="spellEnd"/>
      <w:r w:rsidRPr="00E26D8A">
        <w:rPr>
          <w:szCs w:val="28"/>
        </w:rPr>
        <w:t xml:space="preserve"> </w:t>
      </w:r>
      <w:proofErr w:type="spellStart"/>
      <w:r w:rsidRPr="00E26D8A">
        <w:rPr>
          <w:szCs w:val="28"/>
        </w:rPr>
        <w:t>түршелерінің</w:t>
      </w:r>
      <w:proofErr w:type="spellEnd"/>
      <w:r w:rsidRPr="00E26D8A">
        <w:rPr>
          <w:szCs w:val="28"/>
        </w:rPr>
        <w:t xml:space="preserve"> </w:t>
      </w:r>
      <w:proofErr w:type="spellStart"/>
      <w:r w:rsidRPr="00E26D8A">
        <w:rPr>
          <w:szCs w:val="28"/>
        </w:rPr>
        <w:t>қызметінің</w:t>
      </w:r>
      <w:proofErr w:type="spellEnd"/>
      <w:r w:rsidRPr="00E26D8A">
        <w:rPr>
          <w:szCs w:val="28"/>
        </w:rPr>
        <w:t xml:space="preserve"> </w:t>
      </w:r>
      <w:proofErr w:type="spellStart"/>
      <w:r w:rsidRPr="00E26D8A">
        <w:rPr>
          <w:szCs w:val="28"/>
        </w:rPr>
        <w:t>үлгілік</w:t>
      </w:r>
      <w:proofErr w:type="spellEnd"/>
      <w:r w:rsidRPr="00E26D8A">
        <w:rPr>
          <w:szCs w:val="28"/>
        </w:rPr>
        <w:t xml:space="preserve"> </w:t>
      </w:r>
      <w:proofErr w:type="spellStart"/>
      <w:r w:rsidRPr="00E26D8A">
        <w:rPr>
          <w:szCs w:val="28"/>
        </w:rPr>
        <w:t>қағидалары</w:t>
      </w:r>
      <w:proofErr w:type="spellEnd"/>
      <w:r w:rsidRPr="00E26D8A">
        <w:rPr>
          <w:szCs w:val="28"/>
        </w:rPr>
        <w:t xml:space="preserve"> (2022 </w:t>
      </w:r>
      <w:proofErr w:type="spellStart"/>
      <w:r w:rsidRPr="00E26D8A">
        <w:rPr>
          <w:szCs w:val="28"/>
        </w:rPr>
        <w:t>жылғы</w:t>
      </w:r>
      <w:proofErr w:type="spellEnd"/>
      <w:r w:rsidRPr="00E26D8A">
        <w:rPr>
          <w:szCs w:val="28"/>
        </w:rPr>
        <w:t xml:space="preserve"> 31 </w:t>
      </w:r>
      <w:proofErr w:type="spellStart"/>
      <w:r w:rsidRPr="00E26D8A">
        <w:rPr>
          <w:szCs w:val="28"/>
        </w:rPr>
        <w:t>тамыздағы</w:t>
      </w:r>
      <w:proofErr w:type="spellEnd"/>
      <w:r w:rsidRPr="00E26D8A">
        <w:rPr>
          <w:szCs w:val="28"/>
        </w:rPr>
        <w:t xml:space="preserve"> № 385 </w:t>
      </w:r>
      <w:proofErr w:type="spellStart"/>
      <w:r w:rsidRPr="00E26D8A">
        <w:rPr>
          <w:szCs w:val="28"/>
        </w:rPr>
        <w:t>бұйрық</w:t>
      </w:r>
      <w:proofErr w:type="spellEnd"/>
      <w:r w:rsidRPr="00E26D8A">
        <w:rPr>
          <w:szCs w:val="28"/>
        </w:rPr>
        <w:t xml:space="preserve">). </w:t>
      </w:r>
    </w:p>
    <w:p w14:paraId="2B9A429F" w14:textId="77777777" w:rsidR="00D53DD4" w:rsidRPr="00E26D8A" w:rsidRDefault="00D53DD4" w:rsidP="00D53DD4">
      <w:pPr>
        <w:numPr>
          <w:ilvl w:val="0"/>
          <w:numId w:val="17"/>
        </w:numPr>
        <w:tabs>
          <w:tab w:val="clear" w:pos="720"/>
          <w:tab w:val="num" w:pos="851"/>
          <w:tab w:val="left" w:pos="993"/>
        </w:tabs>
        <w:ind w:left="0" w:firstLine="709"/>
        <w:jc w:val="both"/>
        <w:rPr>
          <w:szCs w:val="28"/>
        </w:rPr>
      </w:pPr>
      <w:proofErr w:type="spellStart"/>
      <w:r w:rsidRPr="00E26D8A">
        <w:rPr>
          <w:szCs w:val="28"/>
        </w:rPr>
        <w:t>Қазақстан</w:t>
      </w:r>
      <w:proofErr w:type="spellEnd"/>
      <w:r w:rsidRPr="00E26D8A">
        <w:rPr>
          <w:szCs w:val="28"/>
        </w:rPr>
        <w:t xml:space="preserve"> </w:t>
      </w:r>
      <w:proofErr w:type="spellStart"/>
      <w:r w:rsidRPr="00E26D8A">
        <w:rPr>
          <w:szCs w:val="28"/>
        </w:rPr>
        <w:t>Республикасы</w:t>
      </w:r>
      <w:proofErr w:type="spellEnd"/>
      <w:r w:rsidRPr="00E26D8A">
        <w:rPr>
          <w:szCs w:val="28"/>
        </w:rPr>
        <w:t xml:space="preserve"> </w:t>
      </w:r>
      <w:proofErr w:type="spellStart"/>
      <w:r w:rsidRPr="00E26D8A">
        <w:rPr>
          <w:szCs w:val="28"/>
        </w:rPr>
        <w:t>Денсаулық</w:t>
      </w:r>
      <w:proofErr w:type="spellEnd"/>
      <w:r w:rsidRPr="00E26D8A">
        <w:rPr>
          <w:szCs w:val="28"/>
        </w:rPr>
        <w:t xml:space="preserve"> </w:t>
      </w:r>
      <w:proofErr w:type="spellStart"/>
      <w:r w:rsidRPr="00E26D8A">
        <w:rPr>
          <w:szCs w:val="28"/>
        </w:rPr>
        <w:t>сақтау</w:t>
      </w:r>
      <w:proofErr w:type="spellEnd"/>
      <w:r w:rsidRPr="00E26D8A">
        <w:rPr>
          <w:szCs w:val="28"/>
        </w:rPr>
        <w:t xml:space="preserve"> </w:t>
      </w:r>
      <w:proofErr w:type="spellStart"/>
      <w:r w:rsidRPr="00E26D8A">
        <w:rPr>
          <w:szCs w:val="28"/>
        </w:rPr>
        <w:t>министрінің</w:t>
      </w:r>
      <w:proofErr w:type="spellEnd"/>
      <w:r w:rsidRPr="00E26D8A">
        <w:rPr>
          <w:szCs w:val="28"/>
        </w:rPr>
        <w:t xml:space="preserve"> 2022 </w:t>
      </w:r>
      <w:proofErr w:type="spellStart"/>
      <w:r w:rsidRPr="00E26D8A">
        <w:rPr>
          <w:szCs w:val="28"/>
        </w:rPr>
        <w:t>жылғы</w:t>
      </w:r>
      <w:proofErr w:type="spellEnd"/>
      <w:r w:rsidRPr="00E26D8A">
        <w:rPr>
          <w:szCs w:val="28"/>
        </w:rPr>
        <w:t xml:space="preserve"> 10 </w:t>
      </w:r>
      <w:proofErr w:type="spellStart"/>
      <w:r w:rsidRPr="00E26D8A">
        <w:rPr>
          <w:szCs w:val="28"/>
        </w:rPr>
        <w:t>тамыздағы</w:t>
      </w:r>
      <w:proofErr w:type="spellEnd"/>
      <w:r w:rsidRPr="00E26D8A">
        <w:rPr>
          <w:szCs w:val="28"/>
        </w:rPr>
        <w:t xml:space="preserve"> № ҚР ДСМ-78 </w:t>
      </w:r>
      <w:proofErr w:type="spellStart"/>
      <w:r w:rsidRPr="00E26D8A">
        <w:rPr>
          <w:szCs w:val="28"/>
        </w:rPr>
        <w:t>бұйрығымен</w:t>
      </w:r>
      <w:proofErr w:type="spellEnd"/>
      <w:r w:rsidRPr="00E26D8A">
        <w:rPr>
          <w:szCs w:val="28"/>
        </w:rPr>
        <w:t xml:space="preserve"> </w:t>
      </w:r>
      <w:proofErr w:type="spellStart"/>
      <w:r w:rsidRPr="00E26D8A">
        <w:rPr>
          <w:szCs w:val="28"/>
        </w:rPr>
        <w:t>бекітілген</w:t>
      </w:r>
      <w:proofErr w:type="spellEnd"/>
      <w:r w:rsidRPr="00E26D8A">
        <w:rPr>
          <w:szCs w:val="28"/>
        </w:rPr>
        <w:t xml:space="preserve"> «</w:t>
      </w:r>
      <w:proofErr w:type="spellStart"/>
      <w:r w:rsidRPr="00E26D8A">
        <w:rPr>
          <w:szCs w:val="28"/>
        </w:rPr>
        <w:t>Балалардың</w:t>
      </w:r>
      <w:proofErr w:type="spellEnd"/>
      <w:r w:rsidRPr="00E26D8A">
        <w:rPr>
          <w:szCs w:val="28"/>
        </w:rPr>
        <w:t xml:space="preserve"> </w:t>
      </w:r>
      <w:proofErr w:type="spellStart"/>
      <w:r w:rsidRPr="00E26D8A">
        <w:rPr>
          <w:szCs w:val="28"/>
        </w:rPr>
        <w:t>сауықтыру</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санаторлық</w:t>
      </w:r>
      <w:proofErr w:type="spellEnd"/>
      <w:r w:rsidRPr="00E26D8A">
        <w:rPr>
          <w:szCs w:val="28"/>
        </w:rPr>
        <w:t xml:space="preserve"> </w:t>
      </w:r>
      <w:proofErr w:type="spellStart"/>
      <w:r w:rsidRPr="00E26D8A">
        <w:rPr>
          <w:szCs w:val="28"/>
        </w:rPr>
        <w:t>объектілеріне</w:t>
      </w:r>
      <w:proofErr w:type="spellEnd"/>
      <w:r w:rsidRPr="00E26D8A">
        <w:rPr>
          <w:szCs w:val="28"/>
        </w:rPr>
        <w:t xml:space="preserve"> </w:t>
      </w:r>
      <w:proofErr w:type="spellStart"/>
      <w:r w:rsidRPr="00E26D8A">
        <w:rPr>
          <w:szCs w:val="28"/>
        </w:rPr>
        <w:t>қойылатын</w:t>
      </w:r>
      <w:proofErr w:type="spellEnd"/>
      <w:r w:rsidRPr="00E26D8A">
        <w:rPr>
          <w:szCs w:val="28"/>
        </w:rPr>
        <w:t xml:space="preserve"> </w:t>
      </w:r>
      <w:proofErr w:type="spellStart"/>
      <w:r w:rsidRPr="00E26D8A">
        <w:rPr>
          <w:szCs w:val="28"/>
        </w:rPr>
        <w:t>санитариялық-эпидемиологиялық</w:t>
      </w:r>
      <w:proofErr w:type="spellEnd"/>
      <w:r w:rsidRPr="00E26D8A">
        <w:rPr>
          <w:szCs w:val="28"/>
        </w:rPr>
        <w:t xml:space="preserve"> </w:t>
      </w:r>
      <w:proofErr w:type="spellStart"/>
      <w:r w:rsidRPr="00E26D8A">
        <w:rPr>
          <w:szCs w:val="28"/>
        </w:rPr>
        <w:t>талаптар</w:t>
      </w:r>
      <w:proofErr w:type="spellEnd"/>
      <w:r w:rsidRPr="00E26D8A">
        <w:rPr>
          <w:szCs w:val="28"/>
        </w:rPr>
        <w:t xml:space="preserve">» </w:t>
      </w:r>
      <w:proofErr w:type="spellStart"/>
      <w:r w:rsidRPr="00E26D8A">
        <w:rPr>
          <w:szCs w:val="28"/>
        </w:rPr>
        <w:t>санитариялық</w:t>
      </w:r>
      <w:proofErr w:type="spellEnd"/>
      <w:r w:rsidRPr="00E26D8A">
        <w:rPr>
          <w:szCs w:val="28"/>
        </w:rPr>
        <w:t xml:space="preserve"> </w:t>
      </w:r>
      <w:proofErr w:type="spellStart"/>
      <w:r w:rsidRPr="00E26D8A">
        <w:rPr>
          <w:szCs w:val="28"/>
        </w:rPr>
        <w:t>қағидалары</w:t>
      </w:r>
      <w:proofErr w:type="spellEnd"/>
      <w:r w:rsidRPr="00E26D8A">
        <w:rPr>
          <w:szCs w:val="28"/>
        </w:rPr>
        <w:t xml:space="preserve">. </w:t>
      </w:r>
    </w:p>
    <w:p w14:paraId="57FA93BE" w14:textId="77777777" w:rsidR="00D53DD4" w:rsidRPr="00E26D8A" w:rsidRDefault="00D53DD4" w:rsidP="00D53DD4">
      <w:pPr>
        <w:numPr>
          <w:ilvl w:val="0"/>
          <w:numId w:val="17"/>
        </w:numPr>
        <w:tabs>
          <w:tab w:val="clear" w:pos="720"/>
          <w:tab w:val="num" w:pos="851"/>
          <w:tab w:val="left" w:pos="993"/>
        </w:tabs>
        <w:ind w:left="0" w:firstLine="709"/>
        <w:jc w:val="both"/>
        <w:rPr>
          <w:szCs w:val="28"/>
        </w:rPr>
      </w:pPr>
      <w:proofErr w:type="spellStart"/>
      <w:r w:rsidRPr="00E26D8A">
        <w:rPr>
          <w:szCs w:val="28"/>
        </w:rPr>
        <w:t>Дене</w:t>
      </w:r>
      <w:proofErr w:type="spellEnd"/>
      <w:r w:rsidRPr="00E26D8A">
        <w:rPr>
          <w:szCs w:val="28"/>
        </w:rPr>
        <w:t xml:space="preserve"> </w:t>
      </w:r>
      <w:proofErr w:type="spellStart"/>
      <w:r w:rsidRPr="00E26D8A">
        <w:rPr>
          <w:szCs w:val="28"/>
        </w:rPr>
        <w:t>шынықтыру</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спорт</w:t>
      </w:r>
      <w:proofErr w:type="spellEnd"/>
      <w:r w:rsidRPr="00E26D8A">
        <w:rPr>
          <w:szCs w:val="28"/>
        </w:rPr>
        <w:t xml:space="preserve"> </w:t>
      </w:r>
      <w:proofErr w:type="spellStart"/>
      <w:r w:rsidRPr="00E26D8A">
        <w:rPr>
          <w:szCs w:val="28"/>
        </w:rPr>
        <w:t>сабақтарын</w:t>
      </w:r>
      <w:proofErr w:type="spellEnd"/>
      <w:r w:rsidRPr="00E26D8A">
        <w:rPr>
          <w:szCs w:val="28"/>
        </w:rPr>
        <w:t xml:space="preserve"> </w:t>
      </w:r>
      <w:proofErr w:type="spellStart"/>
      <w:r w:rsidRPr="00E26D8A">
        <w:rPr>
          <w:szCs w:val="28"/>
        </w:rPr>
        <w:t>өткізу</w:t>
      </w:r>
      <w:proofErr w:type="spellEnd"/>
      <w:r w:rsidRPr="00E26D8A">
        <w:rPr>
          <w:szCs w:val="28"/>
        </w:rPr>
        <w:t xml:space="preserve"> </w:t>
      </w:r>
      <w:proofErr w:type="spellStart"/>
      <w:r w:rsidRPr="00E26D8A">
        <w:rPr>
          <w:szCs w:val="28"/>
        </w:rPr>
        <w:t>кезіндегі</w:t>
      </w:r>
      <w:proofErr w:type="spellEnd"/>
      <w:r w:rsidRPr="00E26D8A">
        <w:rPr>
          <w:szCs w:val="28"/>
        </w:rPr>
        <w:t xml:space="preserve"> </w:t>
      </w:r>
      <w:proofErr w:type="spellStart"/>
      <w:r w:rsidRPr="00E26D8A">
        <w:rPr>
          <w:szCs w:val="28"/>
        </w:rPr>
        <w:t>қауіпсіздік</w:t>
      </w:r>
      <w:proofErr w:type="spellEnd"/>
      <w:r w:rsidRPr="00E26D8A">
        <w:rPr>
          <w:szCs w:val="28"/>
        </w:rPr>
        <w:t xml:space="preserve"> </w:t>
      </w:r>
      <w:proofErr w:type="spellStart"/>
      <w:r w:rsidRPr="00E26D8A">
        <w:rPr>
          <w:szCs w:val="28"/>
        </w:rPr>
        <w:t>қағидалары</w:t>
      </w:r>
      <w:proofErr w:type="spellEnd"/>
      <w:r w:rsidRPr="00E26D8A">
        <w:rPr>
          <w:szCs w:val="28"/>
        </w:rPr>
        <w:t xml:space="preserve"> (2014 </w:t>
      </w:r>
      <w:proofErr w:type="spellStart"/>
      <w:r w:rsidRPr="00E26D8A">
        <w:rPr>
          <w:szCs w:val="28"/>
        </w:rPr>
        <w:t>жылғы</w:t>
      </w:r>
      <w:proofErr w:type="spellEnd"/>
      <w:r w:rsidRPr="00E26D8A">
        <w:rPr>
          <w:szCs w:val="28"/>
        </w:rPr>
        <w:t xml:space="preserve"> 3 </w:t>
      </w:r>
      <w:proofErr w:type="spellStart"/>
      <w:r w:rsidRPr="00E26D8A">
        <w:rPr>
          <w:szCs w:val="28"/>
        </w:rPr>
        <w:t>қарашадағы</w:t>
      </w:r>
      <w:proofErr w:type="spellEnd"/>
      <w:r w:rsidRPr="00E26D8A">
        <w:rPr>
          <w:szCs w:val="28"/>
        </w:rPr>
        <w:t xml:space="preserve"> № 68 </w:t>
      </w:r>
      <w:proofErr w:type="spellStart"/>
      <w:r w:rsidRPr="00E26D8A">
        <w:rPr>
          <w:szCs w:val="28"/>
        </w:rPr>
        <w:t>бұйрық</w:t>
      </w:r>
      <w:proofErr w:type="spellEnd"/>
      <w:r w:rsidRPr="00E26D8A">
        <w:rPr>
          <w:szCs w:val="28"/>
        </w:rPr>
        <w:t xml:space="preserve">). </w:t>
      </w:r>
    </w:p>
    <w:p w14:paraId="4302D2E3" w14:textId="37BD0BDB" w:rsidR="00D53DD4" w:rsidRPr="00E26D8A" w:rsidRDefault="00D53DD4" w:rsidP="00D53DD4">
      <w:pPr>
        <w:numPr>
          <w:ilvl w:val="0"/>
          <w:numId w:val="17"/>
        </w:numPr>
        <w:tabs>
          <w:tab w:val="clear" w:pos="720"/>
          <w:tab w:val="num" w:pos="851"/>
          <w:tab w:val="left" w:pos="993"/>
        </w:tabs>
        <w:ind w:left="0" w:firstLine="709"/>
        <w:jc w:val="both"/>
        <w:rPr>
          <w:szCs w:val="28"/>
        </w:rPr>
      </w:pPr>
      <w:r w:rsidRPr="00E26D8A">
        <w:rPr>
          <w:szCs w:val="28"/>
        </w:rPr>
        <w:t>«</w:t>
      </w:r>
      <w:proofErr w:type="spellStart"/>
      <w:r w:rsidRPr="00E26D8A">
        <w:rPr>
          <w:szCs w:val="28"/>
        </w:rPr>
        <w:t>Адал</w:t>
      </w:r>
      <w:proofErr w:type="spellEnd"/>
      <w:r w:rsidRPr="00E26D8A">
        <w:rPr>
          <w:szCs w:val="28"/>
        </w:rPr>
        <w:t xml:space="preserve"> </w:t>
      </w:r>
      <w:proofErr w:type="spellStart"/>
      <w:r w:rsidRPr="00E26D8A">
        <w:rPr>
          <w:szCs w:val="28"/>
        </w:rPr>
        <w:t>азамат</w:t>
      </w:r>
      <w:proofErr w:type="spellEnd"/>
      <w:r w:rsidRPr="00E26D8A">
        <w:rPr>
          <w:szCs w:val="28"/>
        </w:rPr>
        <w:t xml:space="preserve">» </w:t>
      </w:r>
      <w:r w:rsidR="00C80AAE">
        <w:rPr>
          <w:szCs w:val="28"/>
          <w:lang w:val="kk-KZ"/>
        </w:rPr>
        <w:t>біртұтас</w:t>
      </w:r>
      <w:r w:rsidRPr="00E26D8A">
        <w:rPr>
          <w:szCs w:val="28"/>
        </w:rPr>
        <w:t xml:space="preserve"> </w:t>
      </w:r>
      <w:proofErr w:type="spellStart"/>
      <w:r w:rsidRPr="00E26D8A">
        <w:rPr>
          <w:szCs w:val="28"/>
        </w:rPr>
        <w:t>тәрбие</w:t>
      </w:r>
      <w:proofErr w:type="spellEnd"/>
      <w:r w:rsidRPr="00E26D8A">
        <w:rPr>
          <w:szCs w:val="28"/>
        </w:rPr>
        <w:t xml:space="preserve"> </w:t>
      </w:r>
      <w:proofErr w:type="spellStart"/>
      <w:r w:rsidRPr="00E26D8A">
        <w:rPr>
          <w:szCs w:val="28"/>
        </w:rPr>
        <w:t>бағдарламасы</w:t>
      </w:r>
      <w:proofErr w:type="spellEnd"/>
      <w:r w:rsidRPr="00E26D8A">
        <w:rPr>
          <w:szCs w:val="28"/>
        </w:rPr>
        <w:t xml:space="preserve">. </w:t>
      </w:r>
    </w:p>
    <w:p w14:paraId="5E6139C3" w14:textId="77777777" w:rsidR="00D53DD4" w:rsidRPr="00E26D8A" w:rsidRDefault="00D53DD4" w:rsidP="00D53DD4">
      <w:pPr>
        <w:numPr>
          <w:ilvl w:val="0"/>
          <w:numId w:val="17"/>
        </w:numPr>
        <w:tabs>
          <w:tab w:val="clear" w:pos="720"/>
          <w:tab w:val="num" w:pos="851"/>
          <w:tab w:val="left" w:pos="993"/>
        </w:tabs>
        <w:ind w:left="0" w:firstLine="709"/>
        <w:jc w:val="both"/>
        <w:rPr>
          <w:szCs w:val="28"/>
        </w:rPr>
      </w:pPr>
      <w:proofErr w:type="spellStart"/>
      <w:r w:rsidRPr="00E26D8A">
        <w:rPr>
          <w:szCs w:val="28"/>
        </w:rPr>
        <w:t>Кәмелетке</w:t>
      </w:r>
      <w:proofErr w:type="spellEnd"/>
      <w:r w:rsidRPr="00E26D8A">
        <w:rPr>
          <w:szCs w:val="28"/>
        </w:rPr>
        <w:t xml:space="preserve"> </w:t>
      </w:r>
      <w:proofErr w:type="spellStart"/>
      <w:r w:rsidRPr="00E26D8A">
        <w:rPr>
          <w:szCs w:val="28"/>
        </w:rPr>
        <w:t>толмағандардың</w:t>
      </w:r>
      <w:proofErr w:type="spellEnd"/>
      <w:r w:rsidRPr="00E26D8A">
        <w:rPr>
          <w:szCs w:val="28"/>
        </w:rPr>
        <w:t xml:space="preserve"> </w:t>
      </w:r>
      <w:proofErr w:type="spellStart"/>
      <w:r w:rsidRPr="00E26D8A">
        <w:rPr>
          <w:szCs w:val="28"/>
        </w:rPr>
        <w:t>демалысын</w:t>
      </w:r>
      <w:proofErr w:type="spellEnd"/>
      <w:r w:rsidRPr="00E26D8A">
        <w:rPr>
          <w:szCs w:val="28"/>
        </w:rPr>
        <w:t xml:space="preserve">, </w:t>
      </w:r>
      <w:proofErr w:type="spellStart"/>
      <w:r w:rsidRPr="00E26D8A">
        <w:rPr>
          <w:szCs w:val="28"/>
        </w:rPr>
        <w:t>сауықтырылуын</w:t>
      </w:r>
      <w:proofErr w:type="spellEnd"/>
      <w:r w:rsidRPr="00E26D8A">
        <w:rPr>
          <w:szCs w:val="28"/>
        </w:rPr>
        <w:t xml:space="preserve">, </w:t>
      </w:r>
      <w:proofErr w:type="spellStart"/>
      <w:r w:rsidRPr="00E26D8A">
        <w:rPr>
          <w:szCs w:val="28"/>
        </w:rPr>
        <w:t>тәрбиесін</w:t>
      </w:r>
      <w:proofErr w:type="spellEnd"/>
      <w:r w:rsidRPr="00E26D8A">
        <w:rPr>
          <w:szCs w:val="28"/>
        </w:rPr>
        <w:t xml:space="preserve">, </w:t>
      </w:r>
      <w:proofErr w:type="spellStart"/>
      <w:r w:rsidRPr="00E26D8A">
        <w:rPr>
          <w:szCs w:val="28"/>
        </w:rPr>
        <w:t>қосымша</w:t>
      </w:r>
      <w:proofErr w:type="spellEnd"/>
      <w:r w:rsidRPr="00E26D8A">
        <w:rPr>
          <w:szCs w:val="28"/>
        </w:rPr>
        <w:t xml:space="preserve"> </w:t>
      </w:r>
      <w:proofErr w:type="spellStart"/>
      <w:r w:rsidRPr="00E26D8A">
        <w:rPr>
          <w:szCs w:val="28"/>
        </w:rPr>
        <w:t>білім</w:t>
      </w:r>
      <w:proofErr w:type="spellEnd"/>
      <w:r w:rsidRPr="00E26D8A">
        <w:rPr>
          <w:szCs w:val="28"/>
        </w:rPr>
        <w:t xml:space="preserve"> </w:t>
      </w:r>
      <w:proofErr w:type="spellStart"/>
      <w:r w:rsidRPr="00E26D8A">
        <w:rPr>
          <w:szCs w:val="28"/>
        </w:rPr>
        <w:t>алуын</w:t>
      </w:r>
      <w:proofErr w:type="spellEnd"/>
      <w:r w:rsidRPr="00E26D8A">
        <w:rPr>
          <w:szCs w:val="28"/>
        </w:rPr>
        <w:t xml:space="preserve">, </w:t>
      </w:r>
      <w:proofErr w:type="spellStart"/>
      <w:r w:rsidRPr="00E26D8A">
        <w:rPr>
          <w:szCs w:val="28"/>
        </w:rPr>
        <w:t>медициналық</w:t>
      </w:r>
      <w:proofErr w:type="spellEnd"/>
      <w:r w:rsidRPr="00E26D8A">
        <w:rPr>
          <w:szCs w:val="28"/>
        </w:rPr>
        <w:t xml:space="preserve"> </w:t>
      </w:r>
      <w:proofErr w:type="spellStart"/>
      <w:r w:rsidRPr="00E26D8A">
        <w:rPr>
          <w:szCs w:val="28"/>
        </w:rPr>
        <w:t>сүйемелдеуін</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қауіпсіздігін</w:t>
      </w:r>
      <w:proofErr w:type="spellEnd"/>
      <w:r w:rsidRPr="00E26D8A">
        <w:rPr>
          <w:szCs w:val="28"/>
        </w:rPr>
        <w:t xml:space="preserve"> </w:t>
      </w:r>
      <w:proofErr w:type="spellStart"/>
      <w:r w:rsidRPr="00E26D8A">
        <w:rPr>
          <w:szCs w:val="28"/>
        </w:rPr>
        <w:t>қамтамасыз</w:t>
      </w:r>
      <w:proofErr w:type="spellEnd"/>
      <w:r w:rsidRPr="00E26D8A">
        <w:rPr>
          <w:szCs w:val="28"/>
        </w:rPr>
        <w:t xml:space="preserve"> </w:t>
      </w:r>
      <w:proofErr w:type="spellStart"/>
      <w:r w:rsidRPr="00E26D8A">
        <w:rPr>
          <w:szCs w:val="28"/>
        </w:rPr>
        <w:t>ету</w:t>
      </w:r>
      <w:proofErr w:type="spellEnd"/>
      <w:r w:rsidRPr="00E26D8A">
        <w:rPr>
          <w:szCs w:val="28"/>
        </w:rPr>
        <w:t xml:space="preserve"> </w:t>
      </w:r>
      <w:proofErr w:type="spellStart"/>
      <w:r w:rsidRPr="00E26D8A">
        <w:rPr>
          <w:szCs w:val="28"/>
        </w:rPr>
        <w:t>мәселелерін</w:t>
      </w:r>
      <w:proofErr w:type="spellEnd"/>
      <w:r w:rsidRPr="00E26D8A">
        <w:rPr>
          <w:szCs w:val="28"/>
        </w:rPr>
        <w:t xml:space="preserve"> </w:t>
      </w:r>
      <w:proofErr w:type="spellStart"/>
      <w:r w:rsidRPr="00E26D8A">
        <w:rPr>
          <w:szCs w:val="28"/>
        </w:rPr>
        <w:t>реттейтін</w:t>
      </w:r>
      <w:proofErr w:type="spellEnd"/>
      <w:r w:rsidRPr="00E26D8A">
        <w:rPr>
          <w:szCs w:val="28"/>
        </w:rPr>
        <w:t xml:space="preserve"> </w:t>
      </w:r>
      <w:proofErr w:type="spellStart"/>
      <w:r w:rsidRPr="00E26D8A">
        <w:rPr>
          <w:szCs w:val="28"/>
        </w:rPr>
        <w:t>өзге</w:t>
      </w:r>
      <w:proofErr w:type="spellEnd"/>
      <w:r w:rsidRPr="00E26D8A">
        <w:rPr>
          <w:szCs w:val="28"/>
        </w:rPr>
        <w:t xml:space="preserve"> </w:t>
      </w:r>
      <w:proofErr w:type="spellStart"/>
      <w:r w:rsidRPr="00E26D8A">
        <w:rPr>
          <w:szCs w:val="28"/>
        </w:rPr>
        <w:t>де</w:t>
      </w:r>
      <w:proofErr w:type="spellEnd"/>
      <w:r w:rsidRPr="00E26D8A">
        <w:rPr>
          <w:szCs w:val="28"/>
        </w:rPr>
        <w:t xml:space="preserve"> </w:t>
      </w:r>
      <w:proofErr w:type="spellStart"/>
      <w:r w:rsidRPr="00E26D8A">
        <w:rPr>
          <w:szCs w:val="28"/>
        </w:rPr>
        <w:t>нормативтік</w:t>
      </w:r>
      <w:proofErr w:type="spellEnd"/>
      <w:r w:rsidRPr="00E26D8A">
        <w:rPr>
          <w:szCs w:val="28"/>
        </w:rPr>
        <w:t xml:space="preserve"> </w:t>
      </w:r>
      <w:proofErr w:type="spellStart"/>
      <w:r w:rsidRPr="00E26D8A">
        <w:rPr>
          <w:szCs w:val="28"/>
        </w:rPr>
        <w:t>құқықтық</w:t>
      </w:r>
      <w:proofErr w:type="spellEnd"/>
      <w:r w:rsidRPr="00E26D8A">
        <w:rPr>
          <w:szCs w:val="28"/>
        </w:rPr>
        <w:t xml:space="preserve"> </w:t>
      </w:r>
      <w:proofErr w:type="spellStart"/>
      <w:r w:rsidRPr="00E26D8A">
        <w:rPr>
          <w:szCs w:val="28"/>
        </w:rPr>
        <w:t>актілер</w:t>
      </w:r>
      <w:proofErr w:type="spellEnd"/>
      <w:r w:rsidRPr="00E26D8A">
        <w:rPr>
          <w:szCs w:val="28"/>
        </w:rPr>
        <w:t xml:space="preserve">. </w:t>
      </w:r>
    </w:p>
    <w:p w14:paraId="52F1CBE0" w14:textId="77777777" w:rsidR="00D53DD4" w:rsidRPr="00E26D8A" w:rsidRDefault="00D53DD4" w:rsidP="00D53DD4">
      <w:pPr>
        <w:jc w:val="both"/>
        <w:rPr>
          <w:szCs w:val="28"/>
        </w:rPr>
      </w:pPr>
    </w:p>
    <w:p w14:paraId="212728A5" w14:textId="77777777" w:rsidR="00D53DD4" w:rsidRPr="00E26D8A" w:rsidRDefault="00D53DD4" w:rsidP="00D53DD4">
      <w:pPr>
        <w:pStyle w:val="31"/>
        <w:spacing w:before="0" w:after="0"/>
        <w:ind w:firstLine="709"/>
        <w:jc w:val="both"/>
        <w:rPr>
          <w:szCs w:val="28"/>
        </w:rPr>
      </w:pPr>
      <w:proofErr w:type="spellStart"/>
      <w:r w:rsidRPr="00E26D8A">
        <w:rPr>
          <w:rStyle w:val="af6"/>
          <w:b/>
          <w:bCs/>
          <w:szCs w:val="28"/>
        </w:rPr>
        <w:t>Оқу-әдістемелік</w:t>
      </w:r>
      <w:proofErr w:type="spellEnd"/>
      <w:r w:rsidRPr="00E26D8A">
        <w:rPr>
          <w:rStyle w:val="af6"/>
          <w:b/>
          <w:bCs/>
          <w:szCs w:val="28"/>
        </w:rPr>
        <w:t xml:space="preserve"> </w:t>
      </w:r>
      <w:proofErr w:type="spellStart"/>
      <w:r w:rsidRPr="00E26D8A">
        <w:rPr>
          <w:rStyle w:val="af6"/>
          <w:b/>
          <w:bCs/>
          <w:szCs w:val="28"/>
        </w:rPr>
        <w:t>және</w:t>
      </w:r>
      <w:proofErr w:type="spellEnd"/>
      <w:r w:rsidRPr="00E26D8A">
        <w:rPr>
          <w:rStyle w:val="af6"/>
          <w:b/>
          <w:bCs/>
          <w:szCs w:val="28"/>
        </w:rPr>
        <w:t xml:space="preserve"> </w:t>
      </w:r>
      <w:proofErr w:type="spellStart"/>
      <w:r w:rsidRPr="00E26D8A">
        <w:rPr>
          <w:rStyle w:val="af6"/>
          <w:b/>
          <w:bCs/>
          <w:szCs w:val="28"/>
        </w:rPr>
        <w:t>қосымша</w:t>
      </w:r>
      <w:proofErr w:type="spellEnd"/>
      <w:r w:rsidRPr="00E26D8A">
        <w:rPr>
          <w:rStyle w:val="af6"/>
          <w:b/>
          <w:bCs/>
          <w:szCs w:val="28"/>
        </w:rPr>
        <w:t xml:space="preserve"> </w:t>
      </w:r>
      <w:proofErr w:type="spellStart"/>
      <w:r w:rsidRPr="00E26D8A">
        <w:rPr>
          <w:rStyle w:val="af6"/>
          <w:b/>
          <w:bCs/>
          <w:szCs w:val="28"/>
        </w:rPr>
        <w:t>материалдар</w:t>
      </w:r>
      <w:proofErr w:type="spellEnd"/>
    </w:p>
    <w:p w14:paraId="764EF45D"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Демалыс</w:t>
      </w:r>
      <w:proofErr w:type="spellEnd"/>
      <w:r w:rsidRPr="00E26D8A">
        <w:rPr>
          <w:szCs w:val="28"/>
        </w:rPr>
        <w:t xml:space="preserve"> </w:t>
      </w:r>
      <w:proofErr w:type="spellStart"/>
      <w:r w:rsidRPr="00E26D8A">
        <w:rPr>
          <w:szCs w:val="28"/>
        </w:rPr>
        <w:t>кезеңінде</w:t>
      </w:r>
      <w:proofErr w:type="spellEnd"/>
      <w:r w:rsidRPr="00E26D8A">
        <w:rPr>
          <w:szCs w:val="28"/>
        </w:rPr>
        <w:t xml:space="preserve"> </w:t>
      </w:r>
      <w:proofErr w:type="spellStart"/>
      <w:r w:rsidRPr="00E26D8A">
        <w:rPr>
          <w:szCs w:val="28"/>
        </w:rPr>
        <w:t>балалардың</w:t>
      </w:r>
      <w:proofErr w:type="spellEnd"/>
      <w:r w:rsidRPr="00E26D8A">
        <w:rPr>
          <w:szCs w:val="28"/>
        </w:rPr>
        <w:t xml:space="preserve"> </w:t>
      </w:r>
      <w:proofErr w:type="spellStart"/>
      <w:r w:rsidRPr="00E26D8A">
        <w:rPr>
          <w:szCs w:val="28"/>
        </w:rPr>
        <w:t>демалысын</w:t>
      </w:r>
      <w:proofErr w:type="spellEnd"/>
      <w:r w:rsidRPr="00E26D8A">
        <w:rPr>
          <w:szCs w:val="28"/>
        </w:rPr>
        <w:t xml:space="preserve">, </w:t>
      </w:r>
      <w:proofErr w:type="spellStart"/>
      <w:r w:rsidRPr="00E26D8A">
        <w:rPr>
          <w:szCs w:val="28"/>
        </w:rPr>
        <w:t>сауықтырылуын</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жұмыспен</w:t>
      </w:r>
      <w:proofErr w:type="spellEnd"/>
      <w:r w:rsidRPr="00E26D8A">
        <w:rPr>
          <w:szCs w:val="28"/>
        </w:rPr>
        <w:t xml:space="preserve"> </w:t>
      </w:r>
      <w:proofErr w:type="spellStart"/>
      <w:r w:rsidRPr="00E26D8A">
        <w:rPr>
          <w:szCs w:val="28"/>
        </w:rPr>
        <w:t>қамтылуын</w:t>
      </w:r>
      <w:proofErr w:type="spellEnd"/>
      <w:r w:rsidRPr="00E26D8A">
        <w:rPr>
          <w:szCs w:val="28"/>
        </w:rPr>
        <w:t xml:space="preserve"> </w:t>
      </w:r>
      <w:proofErr w:type="spellStart"/>
      <w:r w:rsidRPr="00E26D8A">
        <w:rPr>
          <w:szCs w:val="28"/>
        </w:rPr>
        <w:t>ұйымдастыру</w:t>
      </w:r>
      <w:proofErr w:type="spellEnd"/>
      <w:r w:rsidRPr="00E26D8A">
        <w:rPr>
          <w:szCs w:val="28"/>
        </w:rPr>
        <w:t xml:space="preserve"> </w:t>
      </w:r>
      <w:proofErr w:type="spellStart"/>
      <w:r w:rsidRPr="00E26D8A">
        <w:rPr>
          <w:szCs w:val="28"/>
        </w:rPr>
        <w:t>бойынша</w:t>
      </w:r>
      <w:proofErr w:type="spellEnd"/>
      <w:r w:rsidRPr="00E26D8A">
        <w:rPr>
          <w:szCs w:val="28"/>
        </w:rPr>
        <w:t xml:space="preserve"> </w:t>
      </w:r>
      <w:proofErr w:type="spellStart"/>
      <w:r w:rsidRPr="00E26D8A">
        <w:rPr>
          <w:szCs w:val="28"/>
        </w:rPr>
        <w:t>әдістемелік</w:t>
      </w:r>
      <w:proofErr w:type="spellEnd"/>
      <w:r w:rsidRPr="00E26D8A">
        <w:rPr>
          <w:szCs w:val="28"/>
        </w:rPr>
        <w:t xml:space="preserve"> </w:t>
      </w:r>
      <w:proofErr w:type="spellStart"/>
      <w:r w:rsidRPr="00E26D8A">
        <w:rPr>
          <w:szCs w:val="28"/>
        </w:rPr>
        <w:t>ұсынымдар</w:t>
      </w:r>
      <w:proofErr w:type="spellEnd"/>
      <w:r w:rsidRPr="00E26D8A">
        <w:rPr>
          <w:szCs w:val="28"/>
        </w:rPr>
        <w:t xml:space="preserve">. </w:t>
      </w:r>
    </w:p>
    <w:p w14:paraId="4E019D5A" w14:textId="5657AD0D" w:rsidR="00D53DD4" w:rsidRPr="00E26D8A" w:rsidRDefault="00195065" w:rsidP="00D53DD4">
      <w:pPr>
        <w:numPr>
          <w:ilvl w:val="0"/>
          <w:numId w:val="18"/>
        </w:numPr>
        <w:tabs>
          <w:tab w:val="clear" w:pos="720"/>
          <w:tab w:val="num" w:pos="851"/>
          <w:tab w:val="left" w:pos="1134"/>
        </w:tabs>
        <w:ind w:left="0" w:firstLine="709"/>
        <w:jc w:val="both"/>
        <w:rPr>
          <w:szCs w:val="28"/>
        </w:rPr>
      </w:pPr>
      <w:r>
        <w:rPr>
          <w:lang w:val="ru-RU"/>
        </w:rPr>
        <w:t>ББСО</w:t>
      </w:r>
      <w:r w:rsidR="00D53DD4" w:rsidRPr="00E26D8A">
        <w:rPr>
          <w:szCs w:val="28"/>
        </w:rPr>
        <w:t xml:space="preserve"> </w:t>
      </w:r>
      <w:proofErr w:type="spellStart"/>
      <w:r w:rsidR="00D53DD4" w:rsidRPr="00E26D8A">
        <w:rPr>
          <w:szCs w:val="28"/>
        </w:rPr>
        <w:t>тәрбие</w:t>
      </w:r>
      <w:proofErr w:type="spellEnd"/>
      <w:r w:rsidR="00D53DD4" w:rsidRPr="00E26D8A">
        <w:rPr>
          <w:szCs w:val="28"/>
        </w:rPr>
        <w:t xml:space="preserve"> </w:t>
      </w:r>
      <w:proofErr w:type="spellStart"/>
      <w:r w:rsidR="00D53DD4" w:rsidRPr="00E26D8A">
        <w:rPr>
          <w:szCs w:val="28"/>
        </w:rPr>
        <w:t>жұмысын</w:t>
      </w:r>
      <w:proofErr w:type="spellEnd"/>
      <w:r w:rsidR="00D53DD4" w:rsidRPr="00E26D8A">
        <w:rPr>
          <w:szCs w:val="28"/>
        </w:rPr>
        <w:t xml:space="preserve"> </w:t>
      </w:r>
      <w:proofErr w:type="spellStart"/>
      <w:r w:rsidR="00D53DD4" w:rsidRPr="00E26D8A">
        <w:rPr>
          <w:szCs w:val="28"/>
        </w:rPr>
        <w:t>ұйымдастыру</w:t>
      </w:r>
      <w:proofErr w:type="spellEnd"/>
      <w:r w:rsidR="00D53DD4">
        <w:rPr>
          <w:szCs w:val="28"/>
          <w:lang w:val="kk-KZ"/>
        </w:rPr>
        <w:t>дың</w:t>
      </w:r>
      <w:r w:rsidR="00D53DD4" w:rsidRPr="00E26D8A">
        <w:rPr>
          <w:szCs w:val="28"/>
        </w:rPr>
        <w:t xml:space="preserve"> </w:t>
      </w:r>
      <w:proofErr w:type="spellStart"/>
      <w:r w:rsidR="00D53DD4" w:rsidRPr="00E26D8A">
        <w:rPr>
          <w:szCs w:val="28"/>
        </w:rPr>
        <w:t>әдістемелік</w:t>
      </w:r>
      <w:proofErr w:type="spellEnd"/>
      <w:r w:rsidR="00D53DD4" w:rsidRPr="00E26D8A">
        <w:rPr>
          <w:szCs w:val="28"/>
        </w:rPr>
        <w:t xml:space="preserve"> </w:t>
      </w:r>
      <w:proofErr w:type="spellStart"/>
      <w:r w:rsidR="00D53DD4" w:rsidRPr="00E26D8A">
        <w:rPr>
          <w:szCs w:val="28"/>
        </w:rPr>
        <w:t>материалдар</w:t>
      </w:r>
      <w:proofErr w:type="spellEnd"/>
      <w:r w:rsidR="00D53DD4" w:rsidRPr="00E26D8A">
        <w:rPr>
          <w:szCs w:val="28"/>
        </w:rPr>
        <w:t xml:space="preserve">. </w:t>
      </w:r>
    </w:p>
    <w:p w14:paraId="2EFE726B"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Балалар</w:t>
      </w:r>
      <w:proofErr w:type="spellEnd"/>
      <w:r w:rsidRPr="00E26D8A">
        <w:rPr>
          <w:szCs w:val="28"/>
        </w:rPr>
        <w:t xml:space="preserve"> </w:t>
      </w:r>
      <w:proofErr w:type="spellStart"/>
      <w:r w:rsidRPr="00E26D8A">
        <w:rPr>
          <w:szCs w:val="28"/>
        </w:rPr>
        <w:t>мен</w:t>
      </w:r>
      <w:proofErr w:type="spellEnd"/>
      <w:r w:rsidRPr="00E26D8A">
        <w:rPr>
          <w:szCs w:val="28"/>
        </w:rPr>
        <w:t xml:space="preserve"> </w:t>
      </w:r>
      <w:proofErr w:type="spellStart"/>
      <w:r w:rsidRPr="00E26D8A">
        <w:rPr>
          <w:szCs w:val="28"/>
        </w:rPr>
        <w:t>жасөспірімдердің</w:t>
      </w:r>
      <w:proofErr w:type="spellEnd"/>
      <w:r w:rsidRPr="00E26D8A">
        <w:rPr>
          <w:szCs w:val="28"/>
        </w:rPr>
        <w:t xml:space="preserve"> </w:t>
      </w:r>
      <w:proofErr w:type="spellStart"/>
      <w:r w:rsidRPr="00E26D8A">
        <w:rPr>
          <w:szCs w:val="28"/>
        </w:rPr>
        <w:t>коммуникативтік</w:t>
      </w:r>
      <w:proofErr w:type="spellEnd"/>
      <w:r w:rsidRPr="00E26D8A">
        <w:rPr>
          <w:szCs w:val="28"/>
        </w:rPr>
        <w:t xml:space="preserve"> </w:t>
      </w:r>
      <w:proofErr w:type="spellStart"/>
      <w:r w:rsidRPr="00E26D8A">
        <w:rPr>
          <w:szCs w:val="28"/>
        </w:rPr>
        <w:t>дағдылары</w:t>
      </w:r>
      <w:proofErr w:type="spellEnd"/>
      <w:r w:rsidRPr="00E26D8A">
        <w:rPr>
          <w:szCs w:val="28"/>
        </w:rPr>
        <w:t xml:space="preserve"> </w:t>
      </w:r>
      <w:proofErr w:type="spellStart"/>
      <w:r w:rsidRPr="00E26D8A">
        <w:rPr>
          <w:szCs w:val="28"/>
        </w:rPr>
        <w:t>мен</w:t>
      </w:r>
      <w:proofErr w:type="spellEnd"/>
      <w:r w:rsidRPr="00E26D8A">
        <w:rPr>
          <w:szCs w:val="28"/>
        </w:rPr>
        <w:t xml:space="preserve"> soft skills </w:t>
      </w:r>
      <w:proofErr w:type="spellStart"/>
      <w:r w:rsidRPr="00E26D8A">
        <w:rPr>
          <w:szCs w:val="28"/>
        </w:rPr>
        <w:t>дамытуға</w:t>
      </w:r>
      <w:proofErr w:type="spellEnd"/>
      <w:r w:rsidRPr="00E26D8A">
        <w:rPr>
          <w:szCs w:val="28"/>
        </w:rPr>
        <w:t xml:space="preserve"> </w:t>
      </w:r>
      <w:proofErr w:type="spellStart"/>
      <w:r w:rsidRPr="00E26D8A">
        <w:rPr>
          <w:szCs w:val="28"/>
        </w:rPr>
        <w:t>арналған</w:t>
      </w:r>
      <w:proofErr w:type="spellEnd"/>
      <w:r w:rsidRPr="00E26D8A">
        <w:rPr>
          <w:szCs w:val="28"/>
        </w:rPr>
        <w:t xml:space="preserve"> </w:t>
      </w:r>
      <w:proofErr w:type="spellStart"/>
      <w:r w:rsidRPr="00E26D8A">
        <w:rPr>
          <w:szCs w:val="28"/>
        </w:rPr>
        <w:t>әдістемелік</w:t>
      </w:r>
      <w:proofErr w:type="spellEnd"/>
      <w:r w:rsidRPr="00E26D8A">
        <w:rPr>
          <w:szCs w:val="28"/>
        </w:rPr>
        <w:t xml:space="preserve"> </w:t>
      </w:r>
      <w:proofErr w:type="spellStart"/>
      <w:r w:rsidRPr="00E26D8A">
        <w:rPr>
          <w:szCs w:val="28"/>
        </w:rPr>
        <w:t>материалдар</w:t>
      </w:r>
      <w:proofErr w:type="spellEnd"/>
      <w:r w:rsidRPr="00E26D8A">
        <w:rPr>
          <w:szCs w:val="28"/>
        </w:rPr>
        <w:t xml:space="preserve">. </w:t>
      </w:r>
    </w:p>
    <w:p w14:paraId="72783BD9"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Қозғалмалы</w:t>
      </w:r>
      <w:proofErr w:type="spellEnd"/>
      <w:r w:rsidRPr="00E26D8A">
        <w:rPr>
          <w:szCs w:val="28"/>
        </w:rPr>
        <w:t xml:space="preserve">, </w:t>
      </w:r>
      <w:proofErr w:type="spellStart"/>
      <w:r w:rsidRPr="00E26D8A">
        <w:rPr>
          <w:szCs w:val="28"/>
        </w:rPr>
        <w:t>ұлттық</w:t>
      </w:r>
      <w:proofErr w:type="spellEnd"/>
      <w:r w:rsidRPr="00E26D8A">
        <w:rPr>
          <w:szCs w:val="28"/>
        </w:rPr>
        <w:t xml:space="preserve">, </w:t>
      </w:r>
      <w:proofErr w:type="spellStart"/>
      <w:r w:rsidRPr="00E26D8A">
        <w:rPr>
          <w:szCs w:val="28"/>
        </w:rPr>
        <w:t>спорттық</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командалық</w:t>
      </w:r>
      <w:proofErr w:type="spellEnd"/>
      <w:r w:rsidRPr="00E26D8A">
        <w:rPr>
          <w:szCs w:val="28"/>
        </w:rPr>
        <w:t xml:space="preserve"> </w:t>
      </w:r>
      <w:proofErr w:type="spellStart"/>
      <w:r w:rsidRPr="00E26D8A">
        <w:rPr>
          <w:szCs w:val="28"/>
        </w:rPr>
        <w:t>ойындар</w:t>
      </w:r>
      <w:proofErr w:type="spellEnd"/>
      <w:r w:rsidRPr="00E26D8A">
        <w:rPr>
          <w:szCs w:val="28"/>
        </w:rPr>
        <w:t xml:space="preserve"> </w:t>
      </w:r>
      <w:proofErr w:type="spellStart"/>
      <w:r w:rsidRPr="00E26D8A">
        <w:rPr>
          <w:szCs w:val="28"/>
        </w:rPr>
        <w:t>жинақтары</w:t>
      </w:r>
      <w:proofErr w:type="spellEnd"/>
      <w:r w:rsidRPr="00E26D8A">
        <w:rPr>
          <w:szCs w:val="28"/>
        </w:rPr>
        <w:t xml:space="preserve">. </w:t>
      </w:r>
    </w:p>
    <w:p w14:paraId="099CF0E4"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Туристік</w:t>
      </w:r>
      <w:proofErr w:type="spellEnd"/>
      <w:r w:rsidRPr="00E26D8A">
        <w:rPr>
          <w:szCs w:val="28"/>
        </w:rPr>
        <w:t xml:space="preserve">, </w:t>
      </w:r>
      <w:proofErr w:type="spellStart"/>
      <w:r w:rsidRPr="00E26D8A">
        <w:rPr>
          <w:szCs w:val="28"/>
        </w:rPr>
        <w:t>спорттық-сауықтыру</w:t>
      </w:r>
      <w:proofErr w:type="spellEnd"/>
      <w:r w:rsidRPr="00E26D8A">
        <w:rPr>
          <w:szCs w:val="28"/>
        </w:rPr>
        <w:t xml:space="preserve"> </w:t>
      </w:r>
      <w:proofErr w:type="spellStart"/>
      <w:r w:rsidRPr="00E26D8A">
        <w:rPr>
          <w:szCs w:val="28"/>
        </w:rPr>
        <w:t>және</w:t>
      </w:r>
      <w:proofErr w:type="spellEnd"/>
      <w:r w:rsidRPr="00E26D8A">
        <w:rPr>
          <w:szCs w:val="28"/>
        </w:rPr>
        <w:t xml:space="preserve"> outdoor </w:t>
      </w:r>
      <w:proofErr w:type="spellStart"/>
      <w:r w:rsidRPr="00E26D8A">
        <w:rPr>
          <w:szCs w:val="28"/>
        </w:rPr>
        <w:t>іс-шараларды</w:t>
      </w:r>
      <w:proofErr w:type="spellEnd"/>
      <w:r w:rsidRPr="00E26D8A">
        <w:rPr>
          <w:szCs w:val="28"/>
        </w:rPr>
        <w:t xml:space="preserve"> </w:t>
      </w:r>
      <w:proofErr w:type="spellStart"/>
      <w:r w:rsidRPr="00E26D8A">
        <w:rPr>
          <w:szCs w:val="28"/>
        </w:rPr>
        <w:t>ұйымдастыруға</w:t>
      </w:r>
      <w:proofErr w:type="spellEnd"/>
      <w:r w:rsidRPr="00E26D8A">
        <w:rPr>
          <w:szCs w:val="28"/>
        </w:rPr>
        <w:t xml:space="preserve"> </w:t>
      </w:r>
      <w:proofErr w:type="spellStart"/>
      <w:r w:rsidRPr="00E26D8A">
        <w:rPr>
          <w:szCs w:val="28"/>
        </w:rPr>
        <w:t>арналған</w:t>
      </w:r>
      <w:proofErr w:type="spellEnd"/>
      <w:r w:rsidRPr="00E26D8A">
        <w:rPr>
          <w:szCs w:val="28"/>
        </w:rPr>
        <w:t xml:space="preserve"> </w:t>
      </w:r>
      <w:proofErr w:type="spellStart"/>
      <w:r w:rsidRPr="00E26D8A">
        <w:rPr>
          <w:szCs w:val="28"/>
        </w:rPr>
        <w:t>әдістемелік</w:t>
      </w:r>
      <w:proofErr w:type="spellEnd"/>
      <w:r w:rsidRPr="00E26D8A">
        <w:rPr>
          <w:szCs w:val="28"/>
        </w:rPr>
        <w:t xml:space="preserve"> </w:t>
      </w:r>
      <w:proofErr w:type="spellStart"/>
      <w:r w:rsidRPr="00E26D8A">
        <w:rPr>
          <w:szCs w:val="28"/>
        </w:rPr>
        <w:t>материалдар</w:t>
      </w:r>
      <w:proofErr w:type="spellEnd"/>
      <w:r w:rsidRPr="00E26D8A">
        <w:rPr>
          <w:szCs w:val="28"/>
        </w:rPr>
        <w:t xml:space="preserve">. </w:t>
      </w:r>
    </w:p>
    <w:p w14:paraId="64D21472"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Экологиялық</w:t>
      </w:r>
      <w:proofErr w:type="spellEnd"/>
      <w:r w:rsidRPr="00E26D8A">
        <w:rPr>
          <w:szCs w:val="28"/>
        </w:rPr>
        <w:t xml:space="preserve"> </w:t>
      </w:r>
      <w:proofErr w:type="spellStart"/>
      <w:r w:rsidRPr="00E26D8A">
        <w:rPr>
          <w:szCs w:val="28"/>
        </w:rPr>
        <w:t>тәрбие</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Таза</w:t>
      </w:r>
      <w:proofErr w:type="spellEnd"/>
      <w:r w:rsidRPr="00E26D8A">
        <w:rPr>
          <w:szCs w:val="28"/>
        </w:rPr>
        <w:t xml:space="preserve"> </w:t>
      </w:r>
      <w:proofErr w:type="spellStart"/>
      <w:r w:rsidRPr="00E26D8A">
        <w:rPr>
          <w:szCs w:val="28"/>
        </w:rPr>
        <w:t>Қазақстан</w:t>
      </w:r>
      <w:proofErr w:type="spellEnd"/>
      <w:r w:rsidRPr="00E26D8A">
        <w:rPr>
          <w:szCs w:val="28"/>
        </w:rPr>
        <w:t xml:space="preserve">» </w:t>
      </w:r>
      <w:proofErr w:type="spellStart"/>
      <w:r w:rsidRPr="00E26D8A">
        <w:rPr>
          <w:szCs w:val="28"/>
        </w:rPr>
        <w:t>бастамаларын</w:t>
      </w:r>
      <w:proofErr w:type="spellEnd"/>
      <w:r w:rsidRPr="00E26D8A">
        <w:rPr>
          <w:szCs w:val="28"/>
        </w:rPr>
        <w:t xml:space="preserve"> </w:t>
      </w:r>
      <w:proofErr w:type="spellStart"/>
      <w:r w:rsidRPr="00E26D8A">
        <w:rPr>
          <w:szCs w:val="28"/>
        </w:rPr>
        <w:t>іске</w:t>
      </w:r>
      <w:proofErr w:type="spellEnd"/>
      <w:r w:rsidRPr="00E26D8A">
        <w:rPr>
          <w:szCs w:val="28"/>
        </w:rPr>
        <w:t xml:space="preserve"> </w:t>
      </w:r>
      <w:proofErr w:type="spellStart"/>
      <w:r w:rsidRPr="00E26D8A">
        <w:rPr>
          <w:szCs w:val="28"/>
        </w:rPr>
        <w:t>асыру</w:t>
      </w:r>
      <w:proofErr w:type="spellEnd"/>
      <w:r w:rsidRPr="00E26D8A">
        <w:rPr>
          <w:szCs w:val="28"/>
        </w:rPr>
        <w:t xml:space="preserve"> </w:t>
      </w:r>
      <w:proofErr w:type="spellStart"/>
      <w:r w:rsidRPr="00E26D8A">
        <w:rPr>
          <w:szCs w:val="28"/>
        </w:rPr>
        <w:t>материалдары</w:t>
      </w:r>
      <w:proofErr w:type="spellEnd"/>
      <w:r w:rsidRPr="00E26D8A">
        <w:rPr>
          <w:szCs w:val="28"/>
        </w:rPr>
        <w:t xml:space="preserve">. </w:t>
      </w:r>
    </w:p>
    <w:p w14:paraId="6A674D67"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Өлкетану</w:t>
      </w:r>
      <w:proofErr w:type="spellEnd"/>
      <w:r w:rsidRPr="00E26D8A">
        <w:rPr>
          <w:szCs w:val="28"/>
        </w:rPr>
        <w:t xml:space="preserve">, </w:t>
      </w:r>
      <w:proofErr w:type="spellStart"/>
      <w:r w:rsidRPr="00E26D8A">
        <w:rPr>
          <w:szCs w:val="28"/>
        </w:rPr>
        <w:t>бағдарлау</w:t>
      </w:r>
      <w:proofErr w:type="spellEnd"/>
      <w:r w:rsidRPr="00E26D8A">
        <w:rPr>
          <w:szCs w:val="28"/>
        </w:rPr>
        <w:t xml:space="preserve">, </w:t>
      </w:r>
      <w:proofErr w:type="spellStart"/>
      <w:r w:rsidRPr="00E26D8A">
        <w:rPr>
          <w:szCs w:val="28"/>
        </w:rPr>
        <w:t>табиғаттағы</w:t>
      </w:r>
      <w:proofErr w:type="spellEnd"/>
      <w:r w:rsidRPr="00E26D8A">
        <w:rPr>
          <w:szCs w:val="28"/>
        </w:rPr>
        <w:t xml:space="preserve"> </w:t>
      </w:r>
      <w:proofErr w:type="spellStart"/>
      <w:r w:rsidRPr="00E26D8A">
        <w:rPr>
          <w:szCs w:val="28"/>
        </w:rPr>
        <w:t>қауіпсіз</w:t>
      </w:r>
      <w:proofErr w:type="spellEnd"/>
      <w:r w:rsidRPr="00E26D8A">
        <w:rPr>
          <w:szCs w:val="28"/>
        </w:rPr>
        <w:t xml:space="preserve"> </w:t>
      </w:r>
      <w:proofErr w:type="spellStart"/>
      <w:r w:rsidRPr="00E26D8A">
        <w:rPr>
          <w:szCs w:val="28"/>
        </w:rPr>
        <w:t>мінез-құлық</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туристік</w:t>
      </w:r>
      <w:proofErr w:type="spellEnd"/>
      <w:r w:rsidRPr="00E26D8A">
        <w:rPr>
          <w:szCs w:val="28"/>
        </w:rPr>
        <w:t xml:space="preserve"> </w:t>
      </w:r>
      <w:proofErr w:type="spellStart"/>
      <w:r w:rsidRPr="00E26D8A">
        <w:rPr>
          <w:szCs w:val="28"/>
        </w:rPr>
        <w:t>дайындық</w:t>
      </w:r>
      <w:proofErr w:type="spellEnd"/>
      <w:r w:rsidRPr="00E26D8A">
        <w:rPr>
          <w:szCs w:val="28"/>
        </w:rPr>
        <w:t xml:space="preserve"> </w:t>
      </w:r>
      <w:proofErr w:type="spellStart"/>
      <w:r w:rsidRPr="00E26D8A">
        <w:rPr>
          <w:szCs w:val="28"/>
        </w:rPr>
        <w:t>материалдар</w:t>
      </w:r>
      <w:proofErr w:type="spellEnd"/>
      <w:r>
        <w:rPr>
          <w:szCs w:val="28"/>
          <w:lang w:val="kk-KZ"/>
        </w:rPr>
        <w:t>ы</w:t>
      </w:r>
      <w:r w:rsidRPr="00E26D8A">
        <w:rPr>
          <w:szCs w:val="28"/>
        </w:rPr>
        <w:t xml:space="preserve">. </w:t>
      </w:r>
    </w:p>
    <w:p w14:paraId="18114927"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Жарақаттың</w:t>
      </w:r>
      <w:proofErr w:type="spellEnd"/>
      <w:r w:rsidRPr="00E26D8A">
        <w:rPr>
          <w:szCs w:val="28"/>
        </w:rPr>
        <w:t xml:space="preserve"> </w:t>
      </w:r>
      <w:proofErr w:type="spellStart"/>
      <w:r w:rsidRPr="00E26D8A">
        <w:rPr>
          <w:szCs w:val="28"/>
        </w:rPr>
        <w:t>алдын</w:t>
      </w:r>
      <w:proofErr w:type="spellEnd"/>
      <w:r w:rsidRPr="00E26D8A">
        <w:rPr>
          <w:szCs w:val="28"/>
        </w:rPr>
        <w:t xml:space="preserve"> </w:t>
      </w:r>
      <w:proofErr w:type="spellStart"/>
      <w:r w:rsidRPr="00E26D8A">
        <w:rPr>
          <w:szCs w:val="28"/>
        </w:rPr>
        <w:t>алу</w:t>
      </w:r>
      <w:proofErr w:type="spellEnd"/>
      <w:r w:rsidRPr="00E26D8A">
        <w:rPr>
          <w:szCs w:val="28"/>
        </w:rPr>
        <w:t xml:space="preserve">, </w:t>
      </w:r>
      <w:proofErr w:type="spellStart"/>
      <w:r w:rsidRPr="00E26D8A">
        <w:rPr>
          <w:szCs w:val="28"/>
        </w:rPr>
        <w:t>салауатты</w:t>
      </w:r>
      <w:proofErr w:type="spellEnd"/>
      <w:r w:rsidRPr="00E26D8A">
        <w:rPr>
          <w:szCs w:val="28"/>
        </w:rPr>
        <w:t xml:space="preserve"> </w:t>
      </w:r>
      <w:proofErr w:type="spellStart"/>
      <w:r w:rsidRPr="00E26D8A">
        <w:rPr>
          <w:szCs w:val="28"/>
        </w:rPr>
        <w:t>өмір</w:t>
      </w:r>
      <w:proofErr w:type="spellEnd"/>
      <w:r w:rsidRPr="00E26D8A">
        <w:rPr>
          <w:szCs w:val="28"/>
        </w:rPr>
        <w:t xml:space="preserve"> </w:t>
      </w:r>
      <w:proofErr w:type="spellStart"/>
      <w:r w:rsidRPr="00E26D8A">
        <w:rPr>
          <w:szCs w:val="28"/>
        </w:rPr>
        <w:t>салты</w:t>
      </w:r>
      <w:proofErr w:type="spellEnd"/>
      <w:r w:rsidRPr="00E26D8A">
        <w:rPr>
          <w:szCs w:val="28"/>
        </w:rPr>
        <w:t xml:space="preserve">, </w:t>
      </w:r>
      <w:proofErr w:type="spellStart"/>
      <w:r w:rsidRPr="00E26D8A">
        <w:rPr>
          <w:szCs w:val="28"/>
        </w:rPr>
        <w:t>су</w:t>
      </w:r>
      <w:proofErr w:type="spellEnd"/>
      <w:r w:rsidRPr="00E26D8A">
        <w:rPr>
          <w:szCs w:val="28"/>
        </w:rPr>
        <w:t xml:space="preserve"> </w:t>
      </w:r>
      <w:proofErr w:type="spellStart"/>
      <w:r w:rsidRPr="00E26D8A">
        <w:rPr>
          <w:szCs w:val="28"/>
        </w:rPr>
        <w:t>ішу</w:t>
      </w:r>
      <w:proofErr w:type="spellEnd"/>
      <w:r w:rsidRPr="00E26D8A">
        <w:rPr>
          <w:szCs w:val="28"/>
        </w:rPr>
        <w:t xml:space="preserve"> </w:t>
      </w:r>
      <w:proofErr w:type="spellStart"/>
      <w:r w:rsidRPr="00E26D8A">
        <w:rPr>
          <w:szCs w:val="28"/>
        </w:rPr>
        <w:t>режимі</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жеке</w:t>
      </w:r>
      <w:proofErr w:type="spellEnd"/>
      <w:r w:rsidRPr="00E26D8A">
        <w:rPr>
          <w:szCs w:val="28"/>
        </w:rPr>
        <w:t xml:space="preserve"> </w:t>
      </w:r>
      <w:r>
        <w:rPr>
          <w:szCs w:val="28"/>
          <w:lang w:val="kk-KZ"/>
        </w:rPr>
        <w:t>тазалық сақтау</w:t>
      </w:r>
      <w:r w:rsidRPr="00E26D8A">
        <w:rPr>
          <w:szCs w:val="28"/>
        </w:rPr>
        <w:t xml:space="preserve"> </w:t>
      </w:r>
      <w:proofErr w:type="spellStart"/>
      <w:r w:rsidRPr="00E26D8A">
        <w:rPr>
          <w:szCs w:val="28"/>
        </w:rPr>
        <w:t>материалдар</w:t>
      </w:r>
      <w:proofErr w:type="spellEnd"/>
      <w:r>
        <w:rPr>
          <w:szCs w:val="28"/>
          <w:lang w:val="kk-KZ"/>
        </w:rPr>
        <w:t>ы</w:t>
      </w:r>
      <w:r w:rsidRPr="00E26D8A">
        <w:rPr>
          <w:szCs w:val="28"/>
        </w:rPr>
        <w:t xml:space="preserve">. </w:t>
      </w:r>
    </w:p>
    <w:p w14:paraId="6A3023C0"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Тәрбиелік</w:t>
      </w:r>
      <w:proofErr w:type="spellEnd"/>
      <w:r w:rsidRPr="00E26D8A">
        <w:rPr>
          <w:szCs w:val="28"/>
        </w:rPr>
        <w:t xml:space="preserve">, </w:t>
      </w:r>
      <w:proofErr w:type="spellStart"/>
      <w:r w:rsidRPr="00E26D8A">
        <w:rPr>
          <w:szCs w:val="28"/>
        </w:rPr>
        <w:t>спорттық</w:t>
      </w:r>
      <w:proofErr w:type="spellEnd"/>
      <w:r w:rsidRPr="00E26D8A">
        <w:rPr>
          <w:szCs w:val="28"/>
        </w:rPr>
        <w:t xml:space="preserve">, </w:t>
      </w:r>
      <w:proofErr w:type="spellStart"/>
      <w:r w:rsidRPr="00E26D8A">
        <w:rPr>
          <w:szCs w:val="28"/>
        </w:rPr>
        <w:t>туристік</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мәдени-демалыс</w:t>
      </w:r>
      <w:proofErr w:type="spellEnd"/>
      <w:r w:rsidRPr="00E26D8A">
        <w:rPr>
          <w:szCs w:val="28"/>
        </w:rPr>
        <w:t xml:space="preserve"> </w:t>
      </w:r>
      <w:proofErr w:type="spellStart"/>
      <w:r w:rsidRPr="00E26D8A">
        <w:rPr>
          <w:szCs w:val="28"/>
        </w:rPr>
        <w:t>іс-шараларының</w:t>
      </w:r>
      <w:proofErr w:type="spellEnd"/>
      <w:r w:rsidRPr="00E26D8A">
        <w:rPr>
          <w:szCs w:val="28"/>
        </w:rPr>
        <w:t xml:space="preserve"> </w:t>
      </w:r>
      <w:proofErr w:type="spellStart"/>
      <w:r w:rsidRPr="00E26D8A">
        <w:rPr>
          <w:szCs w:val="28"/>
        </w:rPr>
        <w:t>сценарийлер</w:t>
      </w:r>
      <w:proofErr w:type="spellEnd"/>
      <w:r w:rsidRPr="00E26D8A">
        <w:rPr>
          <w:szCs w:val="28"/>
        </w:rPr>
        <w:t xml:space="preserve"> </w:t>
      </w:r>
      <w:proofErr w:type="spellStart"/>
      <w:r w:rsidRPr="00E26D8A">
        <w:rPr>
          <w:szCs w:val="28"/>
        </w:rPr>
        <w:t>жинақтары</w:t>
      </w:r>
      <w:proofErr w:type="spellEnd"/>
      <w:r w:rsidRPr="00E26D8A">
        <w:rPr>
          <w:szCs w:val="28"/>
        </w:rPr>
        <w:t xml:space="preserve">. </w:t>
      </w:r>
    </w:p>
    <w:p w14:paraId="53D85AA2"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Жобалық</w:t>
      </w:r>
      <w:proofErr w:type="spellEnd"/>
      <w:r w:rsidRPr="00E26D8A">
        <w:rPr>
          <w:szCs w:val="28"/>
        </w:rPr>
        <w:t xml:space="preserve"> </w:t>
      </w:r>
      <w:proofErr w:type="spellStart"/>
      <w:r w:rsidRPr="00E26D8A">
        <w:rPr>
          <w:szCs w:val="28"/>
        </w:rPr>
        <w:t>қызметті</w:t>
      </w:r>
      <w:proofErr w:type="spellEnd"/>
      <w:r w:rsidRPr="00E26D8A">
        <w:rPr>
          <w:szCs w:val="28"/>
        </w:rPr>
        <w:t xml:space="preserve">, </w:t>
      </w:r>
      <w:proofErr w:type="spellStart"/>
      <w:r w:rsidRPr="00E26D8A">
        <w:rPr>
          <w:szCs w:val="28"/>
        </w:rPr>
        <w:t>балалардың</w:t>
      </w:r>
      <w:proofErr w:type="spellEnd"/>
      <w:r w:rsidRPr="00E26D8A">
        <w:rPr>
          <w:szCs w:val="28"/>
        </w:rPr>
        <w:t xml:space="preserve"> </w:t>
      </w:r>
      <w:proofErr w:type="spellStart"/>
      <w:r w:rsidRPr="00E26D8A">
        <w:rPr>
          <w:szCs w:val="28"/>
        </w:rPr>
        <w:t>өзін-өзі</w:t>
      </w:r>
      <w:proofErr w:type="spellEnd"/>
      <w:r w:rsidRPr="00E26D8A">
        <w:rPr>
          <w:szCs w:val="28"/>
        </w:rPr>
        <w:t xml:space="preserve"> </w:t>
      </w:r>
      <w:proofErr w:type="spellStart"/>
      <w:r w:rsidRPr="00E26D8A">
        <w:rPr>
          <w:szCs w:val="28"/>
        </w:rPr>
        <w:t>басқаруын</w:t>
      </w:r>
      <w:proofErr w:type="spellEnd"/>
      <w:r w:rsidRPr="00E26D8A">
        <w:rPr>
          <w:szCs w:val="28"/>
        </w:rPr>
        <w:t xml:space="preserve"> </w:t>
      </w:r>
      <w:proofErr w:type="spellStart"/>
      <w:r w:rsidRPr="00E26D8A">
        <w:rPr>
          <w:szCs w:val="28"/>
        </w:rPr>
        <w:t>және</w:t>
      </w:r>
      <w:proofErr w:type="spellEnd"/>
      <w:r w:rsidRPr="00E26D8A">
        <w:rPr>
          <w:szCs w:val="28"/>
        </w:rPr>
        <w:t xml:space="preserve"> </w:t>
      </w:r>
      <w:proofErr w:type="spellStart"/>
      <w:r w:rsidRPr="00E26D8A">
        <w:rPr>
          <w:szCs w:val="28"/>
        </w:rPr>
        <w:t>командалық</w:t>
      </w:r>
      <w:proofErr w:type="spellEnd"/>
      <w:r w:rsidRPr="00E26D8A">
        <w:rPr>
          <w:szCs w:val="28"/>
        </w:rPr>
        <w:t xml:space="preserve"> </w:t>
      </w:r>
      <w:proofErr w:type="spellStart"/>
      <w:r w:rsidRPr="00E26D8A">
        <w:rPr>
          <w:szCs w:val="28"/>
        </w:rPr>
        <w:t>жұмысты</w:t>
      </w:r>
      <w:proofErr w:type="spellEnd"/>
      <w:r w:rsidRPr="00E26D8A">
        <w:rPr>
          <w:szCs w:val="28"/>
        </w:rPr>
        <w:t xml:space="preserve"> </w:t>
      </w:r>
      <w:proofErr w:type="spellStart"/>
      <w:r w:rsidRPr="00E26D8A">
        <w:rPr>
          <w:szCs w:val="28"/>
        </w:rPr>
        <w:t>ұйымдастыру</w:t>
      </w:r>
      <w:proofErr w:type="spellEnd"/>
      <w:r w:rsidRPr="00E26D8A">
        <w:rPr>
          <w:szCs w:val="28"/>
        </w:rPr>
        <w:t xml:space="preserve"> </w:t>
      </w:r>
      <w:proofErr w:type="spellStart"/>
      <w:r w:rsidRPr="00E26D8A">
        <w:rPr>
          <w:szCs w:val="28"/>
        </w:rPr>
        <w:t>материалдары</w:t>
      </w:r>
      <w:proofErr w:type="spellEnd"/>
      <w:r w:rsidRPr="00E26D8A">
        <w:rPr>
          <w:szCs w:val="28"/>
        </w:rPr>
        <w:t xml:space="preserve">. </w:t>
      </w:r>
    </w:p>
    <w:p w14:paraId="2E19E98C" w14:textId="77777777" w:rsidR="00D53DD4" w:rsidRPr="00E26D8A" w:rsidRDefault="00D53DD4" w:rsidP="00D53DD4">
      <w:pPr>
        <w:numPr>
          <w:ilvl w:val="0"/>
          <w:numId w:val="18"/>
        </w:numPr>
        <w:tabs>
          <w:tab w:val="clear" w:pos="720"/>
          <w:tab w:val="num" w:pos="851"/>
          <w:tab w:val="left" w:pos="1134"/>
        </w:tabs>
        <w:ind w:left="0" w:firstLine="709"/>
        <w:jc w:val="both"/>
        <w:rPr>
          <w:szCs w:val="28"/>
        </w:rPr>
      </w:pPr>
      <w:proofErr w:type="spellStart"/>
      <w:r w:rsidRPr="00E26D8A">
        <w:rPr>
          <w:szCs w:val="28"/>
        </w:rPr>
        <w:t>Уақытша</w:t>
      </w:r>
      <w:proofErr w:type="spellEnd"/>
      <w:r w:rsidRPr="00E26D8A">
        <w:rPr>
          <w:szCs w:val="28"/>
        </w:rPr>
        <w:t xml:space="preserve"> </w:t>
      </w:r>
      <w:proofErr w:type="spellStart"/>
      <w:r w:rsidRPr="00E26D8A">
        <w:rPr>
          <w:szCs w:val="28"/>
        </w:rPr>
        <w:t>балалар</w:t>
      </w:r>
      <w:proofErr w:type="spellEnd"/>
      <w:r w:rsidRPr="00E26D8A">
        <w:rPr>
          <w:szCs w:val="28"/>
        </w:rPr>
        <w:t xml:space="preserve"> </w:t>
      </w:r>
      <w:proofErr w:type="spellStart"/>
      <w:r w:rsidRPr="00E26D8A">
        <w:rPr>
          <w:szCs w:val="28"/>
        </w:rPr>
        <w:t>ұжымында</w:t>
      </w:r>
      <w:proofErr w:type="spellEnd"/>
      <w:r w:rsidRPr="00E26D8A">
        <w:rPr>
          <w:szCs w:val="28"/>
        </w:rPr>
        <w:t xml:space="preserve"> </w:t>
      </w:r>
      <w:proofErr w:type="spellStart"/>
      <w:r w:rsidRPr="00E26D8A">
        <w:rPr>
          <w:szCs w:val="28"/>
        </w:rPr>
        <w:t>балаларды</w:t>
      </w:r>
      <w:proofErr w:type="spellEnd"/>
      <w:r w:rsidRPr="00E26D8A">
        <w:rPr>
          <w:szCs w:val="28"/>
        </w:rPr>
        <w:t xml:space="preserve"> </w:t>
      </w:r>
      <w:proofErr w:type="spellStart"/>
      <w:r w:rsidRPr="00E26D8A">
        <w:rPr>
          <w:szCs w:val="28"/>
        </w:rPr>
        <w:t>бейімдеуге</w:t>
      </w:r>
      <w:proofErr w:type="spellEnd"/>
      <w:r w:rsidRPr="00E26D8A">
        <w:rPr>
          <w:szCs w:val="28"/>
        </w:rPr>
        <w:t xml:space="preserve"> </w:t>
      </w:r>
      <w:proofErr w:type="spellStart"/>
      <w:r w:rsidRPr="00E26D8A">
        <w:rPr>
          <w:szCs w:val="28"/>
        </w:rPr>
        <w:t>арналған</w:t>
      </w:r>
      <w:proofErr w:type="spellEnd"/>
      <w:r w:rsidRPr="00E26D8A">
        <w:rPr>
          <w:szCs w:val="28"/>
        </w:rPr>
        <w:t xml:space="preserve"> </w:t>
      </w:r>
      <w:proofErr w:type="spellStart"/>
      <w:r w:rsidRPr="00E26D8A">
        <w:rPr>
          <w:szCs w:val="28"/>
        </w:rPr>
        <w:t>психологиялық-педагогикалық</w:t>
      </w:r>
      <w:proofErr w:type="spellEnd"/>
      <w:r w:rsidRPr="00E26D8A">
        <w:rPr>
          <w:szCs w:val="28"/>
        </w:rPr>
        <w:t xml:space="preserve"> </w:t>
      </w:r>
      <w:proofErr w:type="spellStart"/>
      <w:r w:rsidRPr="00E26D8A">
        <w:rPr>
          <w:szCs w:val="28"/>
        </w:rPr>
        <w:t>материалдар</w:t>
      </w:r>
      <w:proofErr w:type="spellEnd"/>
      <w:r w:rsidRPr="00E26D8A">
        <w:rPr>
          <w:szCs w:val="28"/>
        </w:rPr>
        <w:t xml:space="preserve">. </w:t>
      </w:r>
    </w:p>
    <w:p w14:paraId="33215A88" w14:textId="77777777" w:rsidR="00D53DD4" w:rsidRPr="00E26D8A" w:rsidRDefault="00D53DD4" w:rsidP="00D53DD4">
      <w:pPr>
        <w:pStyle w:val="aff8"/>
        <w:tabs>
          <w:tab w:val="num" w:pos="851"/>
          <w:tab w:val="left" w:pos="1134"/>
        </w:tabs>
        <w:spacing w:before="0" w:beforeAutospacing="0" w:after="0" w:afterAutospacing="0"/>
        <w:ind w:firstLine="709"/>
        <w:jc w:val="both"/>
        <w:rPr>
          <w:sz w:val="28"/>
          <w:szCs w:val="28"/>
        </w:rPr>
      </w:pPr>
      <w:proofErr w:type="spellStart"/>
      <w:r w:rsidRPr="00E26D8A">
        <w:rPr>
          <w:sz w:val="28"/>
          <w:szCs w:val="28"/>
        </w:rPr>
        <w:t>Ұйым</w:t>
      </w:r>
      <w:proofErr w:type="spellEnd"/>
      <w:r w:rsidRPr="00E26D8A">
        <w:rPr>
          <w:sz w:val="28"/>
          <w:szCs w:val="28"/>
        </w:rPr>
        <w:t xml:space="preserve"> </w:t>
      </w:r>
      <w:proofErr w:type="spellStart"/>
      <w:r w:rsidRPr="00E26D8A">
        <w:rPr>
          <w:sz w:val="28"/>
          <w:szCs w:val="28"/>
        </w:rPr>
        <w:t>оқу-әдістемелік</w:t>
      </w:r>
      <w:proofErr w:type="spellEnd"/>
      <w:r w:rsidRPr="00E26D8A">
        <w:rPr>
          <w:sz w:val="28"/>
          <w:szCs w:val="28"/>
        </w:rPr>
        <w:t xml:space="preserve">, </w:t>
      </w:r>
      <w:proofErr w:type="spellStart"/>
      <w:r w:rsidRPr="00E26D8A">
        <w:rPr>
          <w:sz w:val="28"/>
          <w:szCs w:val="28"/>
        </w:rPr>
        <w:t>ғылыми</w:t>
      </w:r>
      <w:proofErr w:type="spellEnd"/>
      <w:r w:rsidRPr="00E26D8A">
        <w:rPr>
          <w:sz w:val="28"/>
          <w:szCs w:val="28"/>
        </w:rPr>
        <w:t xml:space="preserve">, </w:t>
      </w:r>
      <w:proofErr w:type="spellStart"/>
      <w:r w:rsidRPr="00E26D8A">
        <w:rPr>
          <w:sz w:val="28"/>
          <w:szCs w:val="28"/>
        </w:rPr>
        <w:t>анықтамалық</w:t>
      </w:r>
      <w:proofErr w:type="spellEnd"/>
      <w:r w:rsidRPr="00E26D8A">
        <w:rPr>
          <w:sz w:val="28"/>
          <w:szCs w:val="28"/>
        </w:rPr>
        <w:t xml:space="preserve"> </w:t>
      </w:r>
      <w:proofErr w:type="spellStart"/>
      <w:r w:rsidRPr="00E26D8A">
        <w:rPr>
          <w:sz w:val="28"/>
          <w:szCs w:val="28"/>
        </w:rPr>
        <w:t>және</w:t>
      </w:r>
      <w:proofErr w:type="spellEnd"/>
      <w:r w:rsidRPr="00E26D8A">
        <w:rPr>
          <w:sz w:val="28"/>
          <w:szCs w:val="28"/>
        </w:rPr>
        <w:t xml:space="preserve"> </w:t>
      </w:r>
      <w:proofErr w:type="spellStart"/>
      <w:r w:rsidRPr="00E26D8A">
        <w:rPr>
          <w:sz w:val="28"/>
          <w:szCs w:val="28"/>
        </w:rPr>
        <w:t>электрондық</w:t>
      </w:r>
      <w:proofErr w:type="spellEnd"/>
      <w:r w:rsidRPr="00E26D8A">
        <w:rPr>
          <w:sz w:val="28"/>
          <w:szCs w:val="28"/>
        </w:rPr>
        <w:t xml:space="preserve"> </w:t>
      </w:r>
      <w:proofErr w:type="spellStart"/>
      <w:r w:rsidRPr="00E26D8A">
        <w:rPr>
          <w:sz w:val="28"/>
          <w:szCs w:val="28"/>
        </w:rPr>
        <w:t>дереккөздер</w:t>
      </w:r>
      <w:proofErr w:type="spellEnd"/>
      <w:r w:rsidRPr="00E26D8A">
        <w:rPr>
          <w:sz w:val="28"/>
          <w:szCs w:val="28"/>
        </w:rPr>
        <w:t xml:space="preserve"> </w:t>
      </w:r>
      <w:proofErr w:type="spellStart"/>
      <w:r w:rsidRPr="00E26D8A">
        <w:rPr>
          <w:sz w:val="28"/>
          <w:szCs w:val="28"/>
        </w:rPr>
        <w:t>тізімін</w:t>
      </w:r>
      <w:proofErr w:type="spellEnd"/>
      <w:r w:rsidRPr="00E26D8A">
        <w:rPr>
          <w:sz w:val="28"/>
          <w:szCs w:val="28"/>
        </w:rPr>
        <w:t xml:space="preserve"> </w:t>
      </w:r>
      <w:proofErr w:type="spellStart"/>
      <w:r w:rsidRPr="00E26D8A">
        <w:rPr>
          <w:sz w:val="28"/>
          <w:szCs w:val="28"/>
        </w:rPr>
        <w:t>Бағдарламаның</w:t>
      </w:r>
      <w:proofErr w:type="spellEnd"/>
      <w:r w:rsidRPr="00E26D8A">
        <w:rPr>
          <w:sz w:val="28"/>
          <w:szCs w:val="28"/>
        </w:rPr>
        <w:t xml:space="preserve"> </w:t>
      </w:r>
      <w:proofErr w:type="spellStart"/>
      <w:r w:rsidRPr="00E26D8A">
        <w:rPr>
          <w:sz w:val="28"/>
          <w:szCs w:val="28"/>
        </w:rPr>
        <w:t>бейініне</w:t>
      </w:r>
      <w:proofErr w:type="spellEnd"/>
      <w:r w:rsidRPr="00E26D8A">
        <w:rPr>
          <w:sz w:val="28"/>
          <w:szCs w:val="28"/>
        </w:rPr>
        <w:t xml:space="preserve">, </w:t>
      </w:r>
      <w:proofErr w:type="spellStart"/>
      <w:r w:rsidRPr="00E26D8A">
        <w:rPr>
          <w:sz w:val="28"/>
          <w:szCs w:val="28"/>
        </w:rPr>
        <w:t>іске</w:t>
      </w:r>
      <w:proofErr w:type="spellEnd"/>
      <w:r w:rsidRPr="00E26D8A">
        <w:rPr>
          <w:sz w:val="28"/>
          <w:szCs w:val="28"/>
        </w:rPr>
        <w:t xml:space="preserve"> </w:t>
      </w:r>
      <w:proofErr w:type="spellStart"/>
      <w:r w:rsidRPr="00E26D8A">
        <w:rPr>
          <w:sz w:val="28"/>
          <w:szCs w:val="28"/>
        </w:rPr>
        <w:t>асыру</w:t>
      </w:r>
      <w:proofErr w:type="spellEnd"/>
      <w:r w:rsidRPr="00E26D8A">
        <w:rPr>
          <w:sz w:val="28"/>
          <w:szCs w:val="28"/>
        </w:rPr>
        <w:t xml:space="preserve"> </w:t>
      </w:r>
      <w:proofErr w:type="spellStart"/>
      <w:r w:rsidRPr="00E26D8A">
        <w:rPr>
          <w:sz w:val="28"/>
          <w:szCs w:val="28"/>
        </w:rPr>
        <w:t>жағдайларына</w:t>
      </w:r>
      <w:proofErr w:type="spellEnd"/>
      <w:r w:rsidRPr="00E26D8A">
        <w:rPr>
          <w:sz w:val="28"/>
          <w:szCs w:val="28"/>
        </w:rPr>
        <w:t xml:space="preserve"> </w:t>
      </w:r>
      <w:proofErr w:type="spellStart"/>
      <w:r w:rsidRPr="00E26D8A">
        <w:rPr>
          <w:sz w:val="28"/>
          <w:szCs w:val="28"/>
        </w:rPr>
        <w:t>және</w:t>
      </w:r>
      <w:proofErr w:type="spellEnd"/>
      <w:r w:rsidRPr="00E26D8A">
        <w:rPr>
          <w:sz w:val="28"/>
          <w:szCs w:val="28"/>
        </w:rPr>
        <w:t xml:space="preserve"> </w:t>
      </w:r>
      <w:proofErr w:type="spellStart"/>
      <w:r w:rsidRPr="00E26D8A">
        <w:rPr>
          <w:sz w:val="28"/>
          <w:szCs w:val="28"/>
        </w:rPr>
        <w:t>соңғы</w:t>
      </w:r>
      <w:proofErr w:type="spellEnd"/>
      <w:r w:rsidRPr="00E26D8A">
        <w:rPr>
          <w:sz w:val="28"/>
          <w:szCs w:val="28"/>
        </w:rPr>
        <w:t xml:space="preserve"> 5 </w:t>
      </w:r>
      <w:proofErr w:type="spellStart"/>
      <w:r w:rsidRPr="00E26D8A">
        <w:rPr>
          <w:sz w:val="28"/>
          <w:szCs w:val="28"/>
        </w:rPr>
        <w:t>жылдағы</w:t>
      </w:r>
      <w:proofErr w:type="spellEnd"/>
      <w:r w:rsidRPr="00E26D8A">
        <w:rPr>
          <w:sz w:val="28"/>
          <w:szCs w:val="28"/>
        </w:rPr>
        <w:t xml:space="preserve"> </w:t>
      </w:r>
      <w:proofErr w:type="spellStart"/>
      <w:r w:rsidRPr="00E26D8A">
        <w:rPr>
          <w:sz w:val="28"/>
          <w:szCs w:val="28"/>
        </w:rPr>
        <w:t>өзекті</w:t>
      </w:r>
      <w:proofErr w:type="spellEnd"/>
      <w:r w:rsidRPr="00E26D8A">
        <w:rPr>
          <w:sz w:val="28"/>
          <w:szCs w:val="28"/>
        </w:rPr>
        <w:t xml:space="preserve"> </w:t>
      </w:r>
      <w:proofErr w:type="spellStart"/>
      <w:r w:rsidRPr="00E26D8A">
        <w:rPr>
          <w:sz w:val="28"/>
          <w:szCs w:val="28"/>
        </w:rPr>
        <w:t>қазақстандық</w:t>
      </w:r>
      <w:proofErr w:type="spellEnd"/>
      <w:r w:rsidRPr="00E26D8A">
        <w:rPr>
          <w:sz w:val="28"/>
          <w:szCs w:val="28"/>
        </w:rPr>
        <w:t xml:space="preserve"> </w:t>
      </w:r>
      <w:proofErr w:type="spellStart"/>
      <w:r w:rsidRPr="00E26D8A">
        <w:rPr>
          <w:sz w:val="28"/>
          <w:szCs w:val="28"/>
        </w:rPr>
        <w:t>және</w:t>
      </w:r>
      <w:proofErr w:type="spellEnd"/>
      <w:r w:rsidRPr="00E26D8A">
        <w:rPr>
          <w:sz w:val="28"/>
          <w:szCs w:val="28"/>
        </w:rPr>
        <w:t xml:space="preserve"> </w:t>
      </w:r>
      <w:proofErr w:type="spellStart"/>
      <w:r w:rsidRPr="00E26D8A">
        <w:rPr>
          <w:sz w:val="28"/>
          <w:szCs w:val="28"/>
        </w:rPr>
        <w:t>шетелдік</w:t>
      </w:r>
      <w:proofErr w:type="spellEnd"/>
      <w:r w:rsidRPr="00E26D8A">
        <w:rPr>
          <w:sz w:val="28"/>
          <w:szCs w:val="28"/>
        </w:rPr>
        <w:t xml:space="preserve"> </w:t>
      </w:r>
      <w:proofErr w:type="spellStart"/>
      <w:r w:rsidRPr="00E26D8A">
        <w:rPr>
          <w:sz w:val="28"/>
          <w:szCs w:val="28"/>
        </w:rPr>
        <w:t>дереккөздерді</w:t>
      </w:r>
      <w:proofErr w:type="spellEnd"/>
      <w:r w:rsidRPr="00E26D8A">
        <w:rPr>
          <w:sz w:val="28"/>
          <w:szCs w:val="28"/>
        </w:rPr>
        <w:t xml:space="preserve"> </w:t>
      </w:r>
      <w:proofErr w:type="spellStart"/>
      <w:r w:rsidRPr="00E26D8A">
        <w:rPr>
          <w:sz w:val="28"/>
          <w:szCs w:val="28"/>
        </w:rPr>
        <w:t>ескере</w:t>
      </w:r>
      <w:proofErr w:type="spellEnd"/>
      <w:r w:rsidRPr="00E26D8A">
        <w:rPr>
          <w:sz w:val="28"/>
          <w:szCs w:val="28"/>
        </w:rPr>
        <w:t xml:space="preserve"> </w:t>
      </w:r>
      <w:proofErr w:type="spellStart"/>
      <w:r w:rsidRPr="00E26D8A">
        <w:rPr>
          <w:sz w:val="28"/>
          <w:szCs w:val="28"/>
        </w:rPr>
        <w:t>отырып</w:t>
      </w:r>
      <w:proofErr w:type="spellEnd"/>
      <w:r w:rsidRPr="00E26D8A">
        <w:rPr>
          <w:sz w:val="28"/>
          <w:szCs w:val="28"/>
        </w:rPr>
        <w:t xml:space="preserve"> </w:t>
      </w:r>
      <w:proofErr w:type="spellStart"/>
      <w:r w:rsidRPr="00E26D8A">
        <w:rPr>
          <w:sz w:val="28"/>
          <w:szCs w:val="28"/>
        </w:rPr>
        <w:t>толықтырады</w:t>
      </w:r>
      <w:proofErr w:type="spellEnd"/>
      <w:r w:rsidRPr="00E26D8A">
        <w:rPr>
          <w:sz w:val="28"/>
          <w:szCs w:val="28"/>
        </w:rPr>
        <w:t>.</w:t>
      </w:r>
    </w:p>
    <w:sectPr w:rsidR="00D53DD4" w:rsidRPr="00E26D8A" w:rsidSect="00DE3200">
      <w:footerReference w:type="default" r:id="rId8"/>
      <w:footerReference w:type="first" r:id="rId9"/>
      <w:pgSz w:w="11906" w:h="16838"/>
      <w:pgMar w:top="1134" w:right="850" w:bottom="1134" w:left="1417" w:header="1417" w:footer="141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21ADD" w14:textId="77777777" w:rsidR="006D1150" w:rsidRDefault="006D1150" w:rsidP="00E56216">
      <w:r>
        <w:separator/>
      </w:r>
    </w:p>
  </w:endnote>
  <w:endnote w:type="continuationSeparator" w:id="0">
    <w:p w14:paraId="763FC940" w14:textId="77777777" w:rsidR="006D1150" w:rsidRDefault="006D1150" w:rsidP="00E5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1093757"/>
      <w:docPartObj>
        <w:docPartGallery w:val="Page Numbers (Bottom of Page)"/>
        <w:docPartUnique/>
      </w:docPartObj>
    </w:sdtPr>
    <w:sdtEndPr/>
    <w:sdtContent>
      <w:p w14:paraId="27511E17" w14:textId="7C6C98DF" w:rsidR="00984A70" w:rsidRDefault="00984A70">
        <w:pPr>
          <w:pStyle w:val="a7"/>
          <w:jc w:val="center"/>
        </w:pPr>
        <w:r>
          <w:fldChar w:fldCharType="begin"/>
        </w:r>
        <w:r>
          <w:instrText>PAGE   \* MERGEFORMAT</w:instrText>
        </w:r>
        <w:r>
          <w:fldChar w:fldCharType="separate"/>
        </w:r>
        <w:r w:rsidR="00C520EC" w:rsidRPr="00C520EC">
          <w:rPr>
            <w:noProof/>
            <w:lang w:val="ru-RU"/>
          </w:rPr>
          <w:t>12</w:t>
        </w:r>
        <w:r>
          <w:fldChar w:fldCharType="end"/>
        </w:r>
      </w:p>
    </w:sdtContent>
  </w:sdt>
  <w:p w14:paraId="632CD8DE" w14:textId="77777777" w:rsidR="00984A70" w:rsidRDefault="00984A7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17963" w14:textId="7EBF46AC" w:rsidR="00984A70" w:rsidRDefault="00984A70" w:rsidP="00DE3200">
    <w:pPr>
      <w:pStyle w:val="a7"/>
      <w:ind w:firstLine="0"/>
      <w:jc w:val="center"/>
    </w:pPr>
  </w:p>
  <w:p w14:paraId="6B3E0406" w14:textId="77777777" w:rsidR="00984A70" w:rsidRDefault="00984A7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5CF65" w14:textId="77777777" w:rsidR="006D1150" w:rsidRDefault="006D1150" w:rsidP="00E56216">
      <w:r>
        <w:separator/>
      </w:r>
    </w:p>
  </w:footnote>
  <w:footnote w:type="continuationSeparator" w:id="0">
    <w:p w14:paraId="72D090BD" w14:textId="77777777" w:rsidR="006D1150" w:rsidRDefault="006D1150" w:rsidP="00E56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2D27444"/>
    <w:multiLevelType w:val="multilevel"/>
    <w:tmpl w:val="3EDCE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B0428E"/>
    <w:multiLevelType w:val="multilevel"/>
    <w:tmpl w:val="E9C82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C82539"/>
    <w:multiLevelType w:val="hybridMultilevel"/>
    <w:tmpl w:val="49884D02"/>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2" w15:restartNumberingAfterBreak="0">
    <w:nsid w:val="12A16912"/>
    <w:multiLevelType w:val="multilevel"/>
    <w:tmpl w:val="4B544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A8283C"/>
    <w:multiLevelType w:val="multilevel"/>
    <w:tmpl w:val="7E841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A32681"/>
    <w:multiLevelType w:val="multilevel"/>
    <w:tmpl w:val="B6B84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6B66A7"/>
    <w:multiLevelType w:val="multilevel"/>
    <w:tmpl w:val="D7463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3C078F"/>
    <w:multiLevelType w:val="hybridMultilevel"/>
    <w:tmpl w:val="5D62ED34"/>
    <w:lvl w:ilvl="0" w:tplc="9992F534">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96198"/>
    <w:multiLevelType w:val="multilevel"/>
    <w:tmpl w:val="BB7E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B33AF0"/>
    <w:multiLevelType w:val="multilevel"/>
    <w:tmpl w:val="A4F4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195558"/>
    <w:multiLevelType w:val="multilevel"/>
    <w:tmpl w:val="9BC6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476947"/>
    <w:multiLevelType w:val="hybridMultilevel"/>
    <w:tmpl w:val="1E5C103A"/>
    <w:lvl w:ilvl="0" w:tplc="A0B8314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7"/>
  </w:num>
  <w:num w:numId="11">
    <w:abstractNumId w:val="16"/>
  </w:num>
  <w:num w:numId="12">
    <w:abstractNumId w:val="12"/>
  </w:num>
  <w:num w:numId="13">
    <w:abstractNumId w:val="18"/>
  </w:num>
  <w:num w:numId="14">
    <w:abstractNumId w:val="14"/>
  </w:num>
  <w:num w:numId="15">
    <w:abstractNumId w:val="13"/>
  </w:num>
  <w:num w:numId="16">
    <w:abstractNumId w:val="9"/>
  </w:num>
  <w:num w:numId="17">
    <w:abstractNumId w:val="10"/>
  </w:num>
  <w:num w:numId="18">
    <w:abstractNumId w:val="19"/>
  </w:num>
  <w:num w:numId="19">
    <w:abstractNumId w:val="15"/>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94D"/>
    <w:rsid w:val="00034616"/>
    <w:rsid w:val="0006063C"/>
    <w:rsid w:val="00075127"/>
    <w:rsid w:val="000C1239"/>
    <w:rsid w:val="000C1C7D"/>
    <w:rsid w:val="00100661"/>
    <w:rsid w:val="00100CB1"/>
    <w:rsid w:val="00111B3A"/>
    <w:rsid w:val="0015074B"/>
    <w:rsid w:val="00152C76"/>
    <w:rsid w:val="00160BB4"/>
    <w:rsid w:val="0018136D"/>
    <w:rsid w:val="00195065"/>
    <w:rsid w:val="001F58B0"/>
    <w:rsid w:val="00204454"/>
    <w:rsid w:val="00204D35"/>
    <w:rsid w:val="00214AA3"/>
    <w:rsid w:val="00222321"/>
    <w:rsid w:val="00222E6A"/>
    <w:rsid w:val="00240D21"/>
    <w:rsid w:val="002470DA"/>
    <w:rsid w:val="002554AB"/>
    <w:rsid w:val="002936E5"/>
    <w:rsid w:val="0029639D"/>
    <w:rsid w:val="002C113B"/>
    <w:rsid w:val="002E3E36"/>
    <w:rsid w:val="00305D79"/>
    <w:rsid w:val="0031418E"/>
    <w:rsid w:val="00326F90"/>
    <w:rsid w:val="003308FF"/>
    <w:rsid w:val="003B6BB9"/>
    <w:rsid w:val="003D7653"/>
    <w:rsid w:val="003F6B43"/>
    <w:rsid w:val="004A44E6"/>
    <w:rsid w:val="00525B0B"/>
    <w:rsid w:val="005335BB"/>
    <w:rsid w:val="005514E2"/>
    <w:rsid w:val="005A6C5A"/>
    <w:rsid w:val="005C5F55"/>
    <w:rsid w:val="00655EAC"/>
    <w:rsid w:val="00690B29"/>
    <w:rsid w:val="00693876"/>
    <w:rsid w:val="006B48BD"/>
    <w:rsid w:val="006D1150"/>
    <w:rsid w:val="00751E5B"/>
    <w:rsid w:val="00752FC8"/>
    <w:rsid w:val="00776AE3"/>
    <w:rsid w:val="00780932"/>
    <w:rsid w:val="007B6B0B"/>
    <w:rsid w:val="007F59AC"/>
    <w:rsid w:val="007F754A"/>
    <w:rsid w:val="00810D50"/>
    <w:rsid w:val="00865B21"/>
    <w:rsid w:val="00871BEB"/>
    <w:rsid w:val="00886237"/>
    <w:rsid w:val="008F0ECE"/>
    <w:rsid w:val="00901976"/>
    <w:rsid w:val="00903938"/>
    <w:rsid w:val="0093026A"/>
    <w:rsid w:val="00947428"/>
    <w:rsid w:val="00984A70"/>
    <w:rsid w:val="00991121"/>
    <w:rsid w:val="009B61F6"/>
    <w:rsid w:val="009E67E4"/>
    <w:rsid w:val="009E7CB5"/>
    <w:rsid w:val="00A04025"/>
    <w:rsid w:val="00A342FC"/>
    <w:rsid w:val="00A63630"/>
    <w:rsid w:val="00A775E2"/>
    <w:rsid w:val="00A77E9C"/>
    <w:rsid w:val="00A81E3F"/>
    <w:rsid w:val="00AA0F75"/>
    <w:rsid w:val="00AA1334"/>
    <w:rsid w:val="00AA1D8D"/>
    <w:rsid w:val="00AB2EFB"/>
    <w:rsid w:val="00AE6842"/>
    <w:rsid w:val="00B31928"/>
    <w:rsid w:val="00B347B9"/>
    <w:rsid w:val="00B47730"/>
    <w:rsid w:val="00B91334"/>
    <w:rsid w:val="00BB6D8C"/>
    <w:rsid w:val="00BC2D8B"/>
    <w:rsid w:val="00C008BC"/>
    <w:rsid w:val="00C319EC"/>
    <w:rsid w:val="00C34F07"/>
    <w:rsid w:val="00C46C6A"/>
    <w:rsid w:val="00C520EC"/>
    <w:rsid w:val="00C6076F"/>
    <w:rsid w:val="00C65618"/>
    <w:rsid w:val="00C67B66"/>
    <w:rsid w:val="00C70BEE"/>
    <w:rsid w:val="00C725C9"/>
    <w:rsid w:val="00C80AAE"/>
    <w:rsid w:val="00CB0664"/>
    <w:rsid w:val="00CF19A9"/>
    <w:rsid w:val="00D101F4"/>
    <w:rsid w:val="00D45368"/>
    <w:rsid w:val="00D53DD4"/>
    <w:rsid w:val="00D614A4"/>
    <w:rsid w:val="00D903B2"/>
    <w:rsid w:val="00DD2262"/>
    <w:rsid w:val="00DD6E9B"/>
    <w:rsid w:val="00DE3200"/>
    <w:rsid w:val="00E13D31"/>
    <w:rsid w:val="00E16827"/>
    <w:rsid w:val="00E200D0"/>
    <w:rsid w:val="00E25B3B"/>
    <w:rsid w:val="00E56216"/>
    <w:rsid w:val="00ED7CE9"/>
    <w:rsid w:val="00F1354A"/>
    <w:rsid w:val="00F3526A"/>
    <w:rsid w:val="00F41431"/>
    <w:rsid w:val="00F44AD8"/>
    <w:rsid w:val="00F53B2D"/>
    <w:rsid w:val="00F6160E"/>
    <w:rsid w:val="00F922E3"/>
    <w:rsid w:val="00FC4AF4"/>
    <w:rsid w:val="00FC693F"/>
    <w:rsid w:val="00FE1D99"/>
    <w:rsid w:val="00FE5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F9C20E"/>
  <w14:defaultImageDpi w14:val="300"/>
  <w15:docId w15:val="{60ECA72D-E753-4180-B717-E799C679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ind w:firstLine="709"/>
    </w:pPr>
    <w:rPr>
      <w:rFonts w:ascii="Times New Roman" w:eastAsia="Times New Roman" w:hAnsi="Times New Roman"/>
      <w:sz w:val="28"/>
    </w:rPr>
  </w:style>
  <w:style w:type="paragraph" w:styleId="1">
    <w:name w:val="heading 1"/>
    <w:basedOn w:val="a1"/>
    <w:next w:val="a1"/>
    <w:link w:val="10"/>
    <w:autoRedefine/>
    <w:uiPriority w:val="9"/>
    <w:qFormat/>
    <w:rsid w:val="00751E5B"/>
    <w:pPr>
      <w:keepNext/>
      <w:keepLines/>
      <w:spacing w:before="160" w:after="80"/>
      <w:ind w:firstLine="0"/>
      <w:jc w:val="center"/>
      <w:outlineLvl w:val="0"/>
    </w:pPr>
    <w:rPr>
      <w:rFonts w:eastAsiaTheme="majorEastAsia" w:cs="Times New Roman"/>
      <w:b/>
      <w:bCs/>
      <w:szCs w:val="28"/>
      <w:lang w:val="ru-RU"/>
    </w:rPr>
  </w:style>
  <w:style w:type="paragraph" w:styleId="21">
    <w:name w:val="heading 2"/>
    <w:basedOn w:val="a1"/>
    <w:next w:val="a1"/>
    <w:link w:val="22"/>
    <w:autoRedefine/>
    <w:uiPriority w:val="9"/>
    <w:unhideWhenUsed/>
    <w:qFormat/>
    <w:rsid w:val="00F41431"/>
    <w:pPr>
      <w:keepNext/>
      <w:keepLines/>
      <w:ind w:firstLine="0"/>
      <w:jc w:val="center"/>
      <w:outlineLvl w:val="1"/>
    </w:pPr>
    <w:rPr>
      <w:rFonts w:eastAsiaTheme="majorEastAsia" w:cstheme="majorBidi"/>
      <w:b/>
      <w:bCs/>
      <w:szCs w:val="26"/>
    </w:rPr>
  </w:style>
  <w:style w:type="paragraph" w:styleId="31">
    <w:name w:val="heading 3"/>
    <w:basedOn w:val="a1"/>
    <w:next w:val="a1"/>
    <w:link w:val="32"/>
    <w:autoRedefine/>
    <w:uiPriority w:val="9"/>
    <w:unhideWhenUsed/>
    <w:qFormat/>
    <w:rsid w:val="00A81E3F"/>
    <w:pPr>
      <w:keepNext/>
      <w:keepLines/>
      <w:spacing w:before="160" w:after="80"/>
      <w:ind w:firstLine="0"/>
      <w:outlineLvl w:val="2"/>
    </w:pPr>
    <w:rPr>
      <w:rFonts w:eastAsiaTheme="majorEastAsia" w:cstheme="majorBidi"/>
      <w:b/>
      <w:bCs/>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751E5B"/>
    <w:rPr>
      <w:rFonts w:ascii="Times New Roman" w:eastAsiaTheme="majorEastAsia" w:hAnsi="Times New Roman" w:cs="Times New Roman"/>
      <w:b/>
      <w:bCs/>
      <w:sz w:val="28"/>
      <w:szCs w:val="28"/>
      <w:lang w:val="ru-RU"/>
    </w:rPr>
  </w:style>
  <w:style w:type="character" w:customStyle="1" w:styleId="22">
    <w:name w:val="Заголовок 2 Знак"/>
    <w:basedOn w:val="a2"/>
    <w:link w:val="21"/>
    <w:uiPriority w:val="9"/>
    <w:rsid w:val="00F41431"/>
    <w:rPr>
      <w:rFonts w:ascii="Times New Roman" w:eastAsiaTheme="majorEastAsia" w:hAnsi="Times New Roman" w:cstheme="majorBidi"/>
      <w:b/>
      <w:bCs/>
      <w:sz w:val="28"/>
      <w:szCs w:val="26"/>
    </w:rPr>
  </w:style>
  <w:style w:type="character" w:customStyle="1" w:styleId="32">
    <w:name w:val="Заголовок 3 Знак"/>
    <w:basedOn w:val="a2"/>
    <w:link w:val="31"/>
    <w:uiPriority w:val="9"/>
    <w:rsid w:val="00A81E3F"/>
    <w:rPr>
      <w:rFonts w:ascii="Times New Roman" w:eastAsiaTheme="majorEastAsia" w:hAnsi="Times New Roman" w:cstheme="majorBidi"/>
      <w:b/>
      <w:bCs/>
      <w:sz w:val="28"/>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886237"/>
    <w:pPr>
      <w:spacing w:before="100" w:beforeAutospacing="1" w:after="100" w:afterAutospacing="1"/>
      <w:ind w:firstLine="0"/>
    </w:pPr>
    <w:rPr>
      <w:rFonts w:cs="Times New Roman"/>
      <w:sz w:val="24"/>
      <w:szCs w:val="24"/>
    </w:rPr>
  </w:style>
  <w:style w:type="paragraph" w:customStyle="1" w:styleId="isselectedend">
    <w:name w:val="isselectedend"/>
    <w:basedOn w:val="a1"/>
    <w:rsid w:val="00780932"/>
    <w:pPr>
      <w:spacing w:before="100" w:beforeAutospacing="1" w:after="100" w:afterAutospacing="1"/>
      <w:ind w:firstLine="0"/>
    </w:pPr>
    <w:rPr>
      <w:rFonts w:cs="Times New Roman"/>
      <w:sz w:val="24"/>
      <w:szCs w:val="24"/>
    </w:rPr>
  </w:style>
  <w:style w:type="character" w:customStyle="1" w:styleId="ypks7kbdpwfgdykd3qb9">
    <w:name w:val="ypks7kbdpwfgdykd3qb9"/>
    <w:basedOn w:val="a2"/>
    <w:rsid w:val="00D53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06355">
      <w:bodyDiv w:val="1"/>
      <w:marLeft w:val="0"/>
      <w:marRight w:val="0"/>
      <w:marTop w:val="0"/>
      <w:marBottom w:val="0"/>
      <w:divBdr>
        <w:top w:val="none" w:sz="0" w:space="0" w:color="auto"/>
        <w:left w:val="none" w:sz="0" w:space="0" w:color="auto"/>
        <w:bottom w:val="none" w:sz="0" w:space="0" w:color="auto"/>
        <w:right w:val="none" w:sz="0" w:space="0" w:color="auto"/>
      </w:divBdr>
    </w:div>
    <w:div w:id="193081785">
      <w:bodyDiv w:val="1"/>
      <w:marLeft w:val="0"/>
      <w:marRight w:val="0"/>
      <w:marTop w:val="0"/>
      <w:marBottom w:val="0"/>
      <w:divBdr>
        <w:top w:val="none" w:sz="0" w:space="0" w:color="auto"/>
        <w:left w:val="none" w:sz="0" w:space="0" w:color="auto"/>
        <w:bottom w:val="none" w:sz="0" w:space="0" w:color="auto"/>
        <w:right w:val="none" w:sz="0" w:space="0" w:color="auto"/>
      </w:divBdr>
    </w:div>
    <w:div w:id="253589033">
      <w:bodyDiv w:val="1"/>
      <w:marLeft w:val="0"/>
      <w:marRight w:val="0"/>
      <w:marTop w:val="0"/>
      <w:marBottom w:val="0"/>
      <w:divBdr>
        <w:top w:val="none" w:sz="0" w:space="0" w:color="auto"/>
        <w:left w:val="none" w:sz="0" w:space="0" w:color="auto"/>
        <w:bottom w:val="none" w:sz="0" w:space="0" w:color="auto"/>
        <w:right w:val="none" w:sz="0" w:space="0" w:color="auto"/>
      </w:divBdr>
    </w:div>
    <w:div w:id="321471910">
      <w:bodyDiv w:val="1"/>
      <w:marLeft w:val="0"/>
      <w:marRight w:val="0"/>
      <w:marTop w:val="0"/>
      <w:marBottom w:val="0"/>
      <w:divBdr>
        <w:top w:val="none" w:sz="0" w:space="0" w:color="auto"/>
        <w:left w:val="none" w:sz="0" w:space="0" w:color="auto"/>
        <w:bottom w:val="none" w:sz="0" w:space="0" w:color="auto"/>
        <w:right w:val="none" w:sz="0" w:space="0" w:color="auto"/>
      </w:divBdr>
    </w:div>
    <w:div w:id="372774019">
      <w:bodyDiv w:val="1"/>
      <w:marLeft w:val="0"/>
      <w:marRight w:val="0"/>
      <w:marTop w:val="0"/>
      <w:marBottom w:val="0"/>
      <w:divBdr>
        <w:top w:val="none" w:sz="0" w:space="0" w:color="auto"/>
        <w:left w:val="none" w:sz="0" w:space="0" w:color="auto"/>
        <w:bottom w:val="none" w:sz="0" w:space="0" w:color="auto"/>
        <w:right w:val="none" w:sz="0" w:space="0" w:color="auto"/>
      </w:divBdr>
    </w:div>
    <w:div w:id="413622799">
      <w:bodyDiv w:val="1"/>
      <w:marLeft w:val="0"/>
      <w:marRight w:val="0"/>
      <w:marTop w:val="0"/>
      <w:marBottom w:val="0"/>
      <w:divBdr>
        <w:top w:val="none" w:sz="0" w:space="0" w:color="auto"/>
        <w:left w:val="none" w:sz="0" w:space="0" w:color="auto"/>
        <w:bottom w:val="none" w:sz="0" w:space="0" w:color="auto"/>
        <w:right w:val="none" w:sz="0" w:space="0" w:color="auto"/>
      </w:divBdr>
    </w:div>
    <w:div w:id="504832338">
      <w:bodyDiv w:val="1"/>
      <w:marLeft w:val="0"/>
      <w:marRight w:val="0"/>
      <w:marTop w:val="0"/>
      <w:marBottom w:val="0"/>
      <w:divBdr>
        <w:top w:val="none" w:sz="0" w:space="0" w:color="auto"/>
        <w:left w:val="none" w:sz="0" w:space="0" w:color="auto"/>
        <w:bottom w:val="none" w:sz="0" w:space="0" w:color="auto"/>
        <w:right w:val="none" w:sz="0" w:space="0" w:color="auto"/>
      </w:divBdr>
    </w:div>
    <w:div w:id="738090111">
      <w:bodyDiv w:val="1"/>
      <w:marLeft w:val="0"/>
      <w:marRight w:val="0"/>
      <w:marTop w:val="0"/>
      <w:marBottom w:val="0"/>
      <w:divBdr>
        <w:top w:val="none" w:sz="0" w:space="0" w:color="auto"/>
        <w:left w:val="none" w:sz="0" w:space="0" w:color="auto"/>
        <w:bottom w:val="none" w:sz="0" w:space="0" w:color="auto"/>
        <w:right w:val="none" w:sz="0" w:space="0" w:color="auto"/>
      </w:divBdr>
    </w:div>
    <w:div w:id="1224174685">
      <w:bodyDiv w:val="1"/>
      <w:marLeft w:val="0"/>
      <w:marRight w:val="0"/>
      <w:marTop w:val="0"/>
      <w:marBottom w:val="0"/>
      <w:divBdr>
        <w:top w:val="none" w:sz="0" w:space="0" w:color="auto"/>
        <w:left w:val="none" w:sz="0" w:space="0" w:color="auto"/>
        <w:bottom w:val="none" w:sz="0" w:space="0" w:color="auto"/>
        <w:right w:val="none" w:sz="0" w:space="0" w:color="auto"/>
      </w:divBdr>
    </w:div>
    <w:div w:id="1653753175">
      <w:bodyDiv w:val="1"/>
      <w:marLeft w:val="0"/>
      <w:marRight w:val="0"/>
      <w:marTop w:val="0"/>
      <w:marBottom w:val="0"/>
      <w:divBdr>
        <w:top w:val="none" w:sz="0" w:space="0" w:color="auto"/>
        <w:left w:val="none" w:sz="0" w:space="0" w:color="auto"/>
        <w:bottom w:val="none" w:sz="0" w:space="0" w:color="auto"/>
        <w:right w:val="none" w:sz="0" w:space="0" w:color="auto"/>
      </w:divBdr>
    </w:div>
    <w:div w:id="1743913222">
      <w:bodyDiv w:val="1"/>
      <w:marLeft w:val="0"/>
      <w:marRight w:val="0"/>
      <w:marTop w:val="0"/>
      <w:marBottom w:val="0"/>
      <w:divBdr>
        <w:top w:val="none" w:sz="0" w:space="0" w:color="auto"/>
        <w:left w:val="none" w:sz="0" w:space="0" w:color="auto"/>
        <w:bottom w:val="none" w:sz="0" w:space="0" w:color="auto"/>
        <w:right w:val="none" w:sz="0" w:space="0" w:color="auto"/>
      </w:divBdr>
    </w:div>
    <w:div w:id="1759714165">
      <w:bodyDiv w:val="1"/>
      <w:marLeft w:val="0"/>
      <w:marRight w:val="0"/>
      <w:marTop w:val="0"/>
      <w:marBottom w:val="0"/>
      <w:divBdr>
        <w:top w:val="none" w:sz="0" w:space="0" w:color="auto"/>
        <w:left w:val="none" w:sz="0" w:space="0" w:color="auto"/>
        <w:bottom w:val="none" w:sz="0" w:space="0" w:color="auto"/>
        <w:right w:val="none" w:sz="0" w:space="0" w:color="auto"/>
      </w:divBdr>
    </w:div>
    <w:div w:id="1810631831">
      <w:bodyDiv w:val="1"/>
      <w:marLeft w:val="0"/>
      <w:marRight w:val="0"/>
      <w:marTop w:val="0"/>
      <w:marBottom w:val="0"/>
      <w:divBdr>
        <w:top w:val="none" w:sz="0" w:space="0" w:color="auto"/>
        <w:left w:val="none" w:sz="0" w:space="0" w:color="auto"/>
        <w:bottom w:val="none" w:sz="0" w:space="0" w:color="auto"/>
        <w:right w:val="none" w:sz="0" w:space="0" w:color="auto"/>
      </w:divBdr>
    </w:div>
    <w:div w:id="1941183644">
      <w:bodyDiv w:val="1"/>
      <w:marLeft w:val="0"/>
      <w:marRight w:val="0"/>
      <w:marTop w:val="0"/>
      <w:marBottom w:val="0"/>
      <w:divBdr>
        <w:top w:val="none" w:sz="0" w:space="0" w:color="auto"/>
        <w:left w:val="none" w:sz="0" w:space="0" w:color="auto"/>
        <w:bottom w:val="none" w:sz="0" w:space="0" w:color="auto"/>
        <w:right w:val="none" w:sz="0" w:space="0" w:color="auto"/>
      </w:divBdr>
    </w:div>
    <w:div w:id="2085764084">
      <w:bodyDiv w:val="1"/>
      <w:marLeft w:val="0"/>
      <w:marRight w:val="0"/>
      <w:marTop w:val="0"/>
      <w:marBottom w:val="0"/>
      <w:divBdr>
        <w:top w:val="none" w:sz="0" w:space="0" w:color="auto"/>
        <w:left w:val="none" w:sz="0" w:space="0" w:color="auto"/>
        <w:bottom w:val="none" w:sz="0" w:space="0" w:color="auto"/>
        <w:right w:val="none" w:sz="0" w:space="0" w:color="auto"/>
      </w:divBdr>
    </w:div>
    <w:div w:id="2127038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3325D-850E-456A-BF66-162E7A7B5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34</Pages>
  <Words>9241</Words>
  <Characters>52679</Characters>
  <Application>Microsoft Office Word</Application>
  <DocSecurity>0</DocSecurity>
  <Lines>438</Lines>
  <Paragraphs>123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Rumcdo7</cp:lastModifiedBy>
  <cp:revision>51</cp:revision>
  <dcterms:created xsi:type="dcterms:W3CDTF">2026-06-10T17:32:00Z</dcterms:created>
  <dcterms:modified xsi:type="dcterms:W3CDTF">2026-06-15T11:33:00Z</dcterms:modified>
  <cp:category/>
</cp:coreProperties>
</file>